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D2742" w14:textId="1BD5C40A" w:rsidR="001C7FD1" w:rsidRDefault="001C7FD1">
      <w:pPr>
        <w:jc w:val="center"/>
      </w:pPr>
    </w:p>
    <w:p w14:paraId="6037BA49" w14:textId="77777777" w:rsidR="001C7FD1" w:rsidRDefault="003F5285">
      <w:pPr>
        <w:spacing w:before="160" w:after="0" w:line="72" w:lineRule="auto"/>
      </w:pPr>
      <w:r>
        <w:rPr>
          <w:rFonts w:eastAsia="Arial"/>
          <w:color w:val="FFFFFF"/>
          <w:sz w:val="8"/>
        </w:rPr>
        <w:t xml:space="preserve"> </w:t>
      </w:r>
    </w:p>
    <w:p w14:paraId="54F25BE8" w14:textId="77777777" w:rsidR="001C7FD1" w:rsidRDefault="003F5285">
      <w:pPr>
        <w:pStyle w:val="Title"/>
        <w:jc w:val="center"/>
      </w:pPr>
      <w:r>
        <w:t>FUNCTIONAL NEEDS ANALYSIS</w:t>
      </w:r>
    </w:p>
    <w:p w14:paraId="70BCC7DE" w14:textId="77777777" w:rsidR="001C7FD1" w:rsidRDefault="003F5285">
      <w:pPr>
        <w:pStyle w:val="Subtitle"/>
        <w:jc w:val="center"/>
      </w:pPr>
      <w:r>
        <w:t>Client, Parent &amp; Carer Intake Assessment Pack</w:t>
      </w:r>
    </w:p>
    <w:tbl>
      <w:tblPr>
        <w:tblW w:w="9640" w:type="dxa"/>
        <w:tblInd w:w="120" w:type="dxa"/>
        <w:tblBorders>
          <w:top w:val="single" w:sz="6" w:space="0" w:color="DDD9C3"/>
          <w:left w:val="single" w:sz="6" w:space="0" w:color="DDD9C3"/>
          <w:bottom w:val="single" w:sz="6" w:space="0" w:color="DDD9C3"/>
          <w:right w:val="single" w:sz="6" w:space="0" w:color="DDD9C3"/>
          <w:insideH w:val="single" w:sz="6" w:space="0" w:color="DDD9C3"/>
          <w:insideV w:val="single" w:sz="6" w:space="0" w:color="DDD9C3"/>
        </w:tblBorders>
        <w:tblLayout w:type="fixed"/>
        <w:tblLook w:val="04A0" w:firstRow="1" w:lastRow="0" w:firstColumn="1" w:lastColumn="0" w:noHBand="0" w:noVBand="1"/>
      </w:tblPr>
      <w:tblGrid>
        <w:gridCol w:w="9640"/>
      </w:tblGrid>
      <w:tr w:rsidR="001C7FD1" w14:paraId="331B0842" w14:textId="77777777">
        <w:tc>
          <w:tcPr>
            <w:tcW w:w="9640" w:type="dxa"/>
            <w:shd w:val="clear" w:color="auto" w:fill="EEECE1"/>
            <w:tcMar>
              <w:top w:w="90" w:type="dxa"/>
              <w:left w:w="120" w:type="dxa"/>
              <w:bottom w:w="90" w:type="dxa"/>
              <w:right w:w="120" w:type="dxa"/>
            </w:tcMar>
            <w:vAlign w:val="center"/>
          </w:tcPr>
          <w:p w14:paraId="154C81C4" w14:textId="77777777" w:rsidR="001C7FD1" w:rsidRDefault="003F5285">
            <w:pPr>
              <w:spacing w:after="0" w:line="240" w:lineRule="auto"/>
              <w:jc w:val="center"/>
            </w:pPr>
            <w:r>
              <w:rPr>
                <w:rFonts w:eastAsia="Arial"/>
                <w:b/>
                <w:i/>
                <w:color w:val="4B1F26"/>
                <w:sz w:val="28"/>
              </w:rPr>
              <w:t>A strengths-based, all-ages intake for understanding everyday function, support needs, barriers and goals.</w:t>
            </w:r>
          </w:p>
        </w:tc>
      </w:tr>
    </w:tbl>
    <w:p w14:paraId="2F188D77" w14:textId="77777777" w:rsidR="001C7FD1" w:rsidRDefault="003F5285">
      <w:pPr>
        <w:spacing w:before="240" w:after="0" w:line="72" w:lineRule="auto"/>
      </w:pPr>
      <w:r>
        <w:rPr>
          <w:rFonts w:eastAsia="Arial"/>
          <w:color w:val="FFFFFF"/>
          <w:sz w:val="8"/>
        </w:rPr>
        <w:t xml:space="preserve"> </w:t>
      </w:r>
    </w:p>
    <w:p w14:paraId="5BF7DEA1" w14:textId="77777777" w:rsidR="001C7FD1" w:rsidRDefault="003F5285">
      <w:pPr>
        <w:spacing w:after="100"/>
        <w:jc w:val="center"/>
      </w:pPr>
      <w:r>
        <w:rPr>
          <w:rFonts w:eastAsia="Arial"/>
          <w:b/>
          <w:color w:val="4B1F26"/>
        </w:rPr>
        <w:t>Suitable for children, young people and adults</w:t>
      </w:r>
    </w:p>
    <w:p w14:paraId="4F249C81" w14:textId="77777777" w:rsidR="001C7FD1" w:rsidRDefault="003F5285">
      <w:pPr>
        <w:spacing w:after="100"/>
        <w:jc w:val="center"/>
      </w:pPr>
      <w:r>
        <w:rPr>
          <w:rFonts w:eastAsia="Arial"/>
        </w:rPr>
        <w:t>May be completed by the person, parent, carer, guardian or trusted supporter</w:t>
      </w:r>
    </w:p>
    <w:p w14:paraId="4A94EEC8" w14:textId="77777777" w:rsidR="001C7FD1" w:rsidRDefault="003F5285">
      <w:pPr>
        <w:spacing w:after="100"/>
        <w:jc w:val="center"/>
      </w:pPr>
      <w:r>
        <w:rPr>
          <w:rFonts w:eastAsia="Arial"/>
          <w:b/>
          <w:color w:val="666666"/>
        </w:rPr>
        <w:t>Digital-fillable Word form | Version 1.0 | August 2026</w:t>
      </w:r>
    </w:p>
    <w:p w14:paraId="4E995A67" w14:textId="77777777" w:rsidR="001C7FD1" w:rsidRDefault="003F5285">
      <w:pPr>
        <w:spacing w:before="360" w:after="0" w:line="72" w:lineRule="auto"/>
      </w:pPr>
      <w:r>
        <w:rPr>
          <w:rFonts w:eastAsia="Arial"/>
          <w:color w:val="FFFFFF"/>
          <w:sz w:val="8"/>
        </w:rPr>
        <w:t xml:space="preserve"> </w:t>
      </w:r>
    </w:p>
    <w:tbl>
      <w:tblPr>
        <w:tblW w:w="9640" w:type="dxa"/>
        <w:tblInd w:w="120" w:type="dxa"/>
        <w:tblBorders>
          <w:top w:val="single" w:sz="6" w:space="0" w:color="DDD9C3"/>
          <w:left w:val="single" w:sz="6" w:space="0" w:color="DDD9C3"/>
          <w:bottom w:val="single" w:sz="6" w:space="0" w:color="DDD9C3"/>
          <w:right w:val="single" w:sz="6" w:space="0" w:color="DDD9C3"/>
          <w:insideH w:val="single" w:sz="6" w:space="0" w:color="DDD9C3"/>
          <w:insideV w:val="single" w:sz="6" w:space="0" w:color="DDD9C3"/>
        </w:tblBorders>
        <w:tblLayout w:type="fixed"/>
        <w:tblLook w:val="04A0" w:firstRow="1" w:lastRow="0" w:firstColumn="1" w:lastColumn="0" w:noHBand="0" w:noVBand="1"/>
      </w:tblPr>
      <w:tblGrid>
        <w:gridCol w:w="9640"/>
      </w:tblGrid>
      <w:tr w:rsidR="001C7FD1" w14:paraId="3C321775" w14:textId="77777777">
        <w:trPr>
          <w:cantSplit/>
        </w:trPr>
        <w:tc>
          <w:tcPr>
            <w:tcW w:w="9640" w:type="dxa"/>
            <w:shd w:val="clear" w:color="auto" w:fill="EEECE1"/>
            <w:tcMar>
              <w:top w:w="90" w:type="dxa"/>
              <w:left w:w="120" w:type="dxa"/>
              <w:bottom w:w="90" w:type="dxa"/>
              <w:right w:w="120" w:type="dxa"/>
            </w:tcMar>
            <w:vAlign w:val="center"/>
          </w:tcPr>
          <w:p w14:paraId="6C2E02E6" w14:textId="77777777" w:rsidR="001C7FD1" w:rsidRDefault="003F5285">
            <w:pPr>
              <w:spacing w:after="0" w:line="240" w:lineRule="auto"/>
            </w:pPr>
            <w:r>
              <w:rPr>
                <w:rFonts w:eastAsia="Arial"/>
                <w:b/>
                <w:color w:val="4B1F26"/>
              </w:rPr>
              <w:t xml:space="preserve">Confidentiality: </w:t>
            </w:r>
            <w:r>
              <w:rPr>
                <w:rFonts w:eastAsia="Arial"/>
              </w:rPr>
              <w:t>This document may contain sensitive personal, health, family and safety information. Store and share it only in line with consent, privacy, safeguarding and recordkeeping requirements.</w:t>
            </w:r>
          </w:p>
        </w:tc>
      </w:tr>
    </w:tbl>
    <w:p w14:paraId="68BABE8A" w14:textId="77777777" w:rsidR="001C7FD1" w:rsidRDefault="003F5285">
      <w:pPr>
        <w:spacing w:before="100" w:after="0" w:line="72" w:lineRule="auto"/>
      </w:pPr>
      <w:r>
        <w:rPr>
          <w:rFonts w:eastAsia="Arial"/>
          <w:color w:val="FFFFFF"/>
          <w:sz w:val="8"/>
        </w:rPr>
        <w:t xml:space="preserve"> </w:t>
      </w:r>
    </w:p>
    <w:p w14:paraId="5F2CA892" w14:textId="77777777" w:rsidR="001C7FD1" w:rsidRDefault="003F5285">
      <w:pPr>
        <w:spacing w:before="160" w:after="0" w:line="72" w:lineRule="auto"/>
      </w:pPr>
      <w:r>
        <w:rPr>
          <w:rFonts w:eastAsia="Arial"/>
          <w:color w:val="FFFFFF"/>
          <w:sz w:val="8"/>
        </w:rPr>
        <w:t xml:space="preserve"> </w:t>
      </w:r>
    </w:p>
    <w:p w14:paraId="4F4BCD38" w14:textId="77777777" w:rsidR="001C7FD1" w:rsidRDefault="003F5285">
      <w:pPr>
        <w:spacing w:after="80"/>
        <w:jc w:val="center"/>
      </w:pPr>
      <w:r>
        <w:rPr>
          <w:rFonts w:eastAsia="Arial"/>
          <w:b/>
          <w:i/>
          <w:color w:val="4B1F26"/>
          <w:sz w:val="28"/>
        </w:rPr>
        <w:t>Creating stronger communities through connection, culture, inclusion and opportunity.</w:t>
      </w:r>
    </w:p>
    <w:p w14:paraId="2A0CB191" w14:textId="77777777" w:rsidR="001C7FD1" w:rsidRDefault="003F5285">
      <w:r>
        <w:br w:type="page"/>
      </w:r>
    </w:p>
    <w:p w14:paraId="4404C172" w14:textId="77777777" w:rsidR="001C7FD1" w:rsidRDefault="003F5285">
      <w:pPr>
        <w:pStyle w:val="Heading1"/>
      </w:pPr>
      <w:r>
        <w:lastRenderedPageBreak/>
        <w:t>About this intake pack</w:t>
      </w:r>
    </w:p>
    <w:p w14:paraId="057E0DFB" w14:textId="77777777" w:rsidR="001C7FD1" w:rsidRDefault="003F5285">
      <w:pPr>
        <w:spacing w:after="160" w:line="269" w:lineRule="auto"/>
      </w:pPr>
      <w:r>
        <w:rPr>
          <w:rFonts w:eastAsia="Arial"/>
        </w:rPr>
        <w:t>This intake gathers the lived experience and observations needed to plan a Functional Needs Analysis (FNA). It focuses on what the person can do, what matters to them, where barriers occur, what support is already provided and what would improve safety, participation, independence and quality of life. It is designed for any age and does not assume that every section applies.</w:t>
      </w:r>
    </w:p>
    <w:tbl>
      <w:tblPr>
        <w:tblW w:w="9640" w:type="dxa"/>
        <w:tblInd w:w="120" w:type="dxa"/>
        <w:tblBorders>
          <w:top w:val="single" w:sz="6" w:space="0" w:color="DDD9C3"/>
          <w:left w:val="single" w:sz="6" w:space="0" w:color="DDD9C3"/>
          <w:bottom w:val="single" w:sz="6" w:space="0" w:color="DDD9C3"/>
          <w:right w:val="single" w:sz="6" w:space="0" w:color="DDD9C3"/>
          <w:insideH w:val="single" w:sz="6" w:space="0" w:color="DDD9C3"/>
          <w:insideV w:val="single" w:sz="6" w:space="0" w:color="DDD9C3"/>
        </w:tblBorders>
        <w:tblLayout w:type="fixed"/>
        <w:tblLook w:val="04A0" w:firstRow="1" w:lastRow="0" w:firstColumn="1" w:lastColumn="0" w:noHBand="0" w:noVBand="1"/>
      </w:tblPr>
      <w:tblGrid>
        <w:gridCol w:w="9640"/>
      </w:tblGrid>
      <w:tr w:rsidR="001C7FD1" w14:paraId="06AAAC66" w14:textId="77777777">
        <w:trPr>
          <w:cantSplit/>
        </w:trPr>
        <w:tc>
          <w:tcPr>
            <w:tcW w:w="9640" w:type="dxa"/>
            <w:shd w:val="clear" w:color="auto" w:fill="EAF3F7"/>
            <w:tcMar>
              <w:top w:w="90" w:type="dxa"/>
              <w:left w:w="120" w:type="dxa"/>
              <w:bottom w:w="90" w:type="dxa"/>
              <w:right w:w="120" w:type="dxa"/>
            </w:tcMar>
            <w:vAlign w:val="center"/>
          </w:tcPr>
          <w:p w14:paraId="4FEB084F" w14:textId="77777777" w:rsidR="001C7FD1" w:rsidRDefault="003F5285">
            <w:pPr>
              <w:spacing w:after="0" w:line="240" w:lineRule="auto"/>
            </w:pPr>
            <w:r>
              <w:rPr>
                <w:rFonts w:eastAsia="Arial"/>
                <w:b/>
                <w:color w:val="2A7DB8"/>
              </w:rPr>
              <w:t xml:space="preserve">How to complete digitally: </w:t>
            </w:r>
            <w:r>
              <w:rPr>
                <w:rFonts w:eastAsia="Arial"/>
              </w:rPr>
              <w:t>Click or tap the grey response text and type over it. Rows expand as you type. Enter a rating only where requested. Save a new copy before sending it back. If a question is not relevant, type N/A. If you have not observed something, type Not observed rather than guessing.</w:t>
            </w:r>
          </w:p>
        </w:tc>
      </w:tr>
    </w:tbl>
    <w:p w14:paraId="5CA47588" w14:textId="77777777" w:rsidR="001C7FD1" w:rsidRDefault="003F5285">
      <w:pPr>
        <w:spacing w:before="100" w:after="0" w:line="72" w:lineRule="auto"/>
      </w:pPr>
      <w:r>
        <w:rPr>
          <w:rFonts w:eastAsia="Arial"/>
          <w:color w:val="FFFFFF"/>
          <w:sz w:val="8"/>
        </w:rPr>
        <w:t xml:space="preserve"> </w:t>
      </w:r>
    </w:p>
    <w:tbl>
      <w:tblPr>
        <w:tblW w:w="9640" w:type="dxa"/>
        <w:tblInd w:w="120" w:type="dxa"/>
        <w:tblBorders>
          <w:top w:val="single" w:sz="6" w:space="0" w:color="DDD9C3"/>
          <w:left w:val="single" w:sz="6" w:space="0" w:color="DDD9C3"/>
          <w:bottom w:val="single" w:sz="6" w:space="0" w:color="DDD9C3"/>
          <w:right w:val="single" w:sz="6" w:space="0" w:color="DDD9C3"/>
          <w:insideH w:val="single" w:sz="6" w:space="0" w:color="DDD9C3"/>
          <w:insideV w:val="single" w:sz="6" w:space="0" w:color="DDD9C3"/>
        </w:tblBorders>
        <w:tblLayout w:type="fixed"/>
        <w:tblLook w:val="04A0" w:firstRow="1" w:lastRow="0" w:firstColumn="1" w:lastColumn="0" w:noHBand="0" w:noVBand="1"/>
      </w:tblPr>
      <w:tblGrid>
        <w:gridCol w:w="9640"/>
      </w:tblGrid>
      <w:tr w:rsidR="001C7FD1" w14:paraId="5A6B0C07" w14:textId="77777777">
        <w:trPr>
          <w:cantSplit/>
        </w:trPr>
        <w:tc>
          <w:tcPr>
            <w:tcW w:w="9640" w:type="dxa"/>
            <w:shd w:val="clear" w:color="auto" w:fill="EEECE1"/>
            <w:tcMar>
              <w:top w:w="90" w:type="dxa"/>
              <w:left w:w="120" w:type="dxa"/>
              <w:bottom w:w="90" w:type="dxa"/>
              <w:right w:w="120" w:type="dxa"/>
            </w:tcMar>
            <w:vAlign w:val="center"/>
          </w:tcPr>
          <w:p w14:paraId="2C3DD041" w14:textId="77777777" w:rsidR="001C7FD1" w:rsidRDefault="003F5285">
            <w:pPr>
              <w:spacing w:after="0" w:line="240" w:lineRule="auto"/>
            </w:pPr>
            <w:r>
              <w:rPr>
                <w:rFonts w:eastAsia="Arial"/>
                <w:b/>
                <w:color w:val="4B1F26"/>
              </w:rPr>
              <w:t xml:space="preserve">Person's voice: </w:t>
            </w:r>
            <w:r>
              <w:rPr>
                <w:rFonts w:eastAsia="Arial"/>
              </w:rPr>
              <w:t>Wherever possible, include the person's own words, preferences and goals. A parent or carer may complete the form, but their observations should be identified as such. Differences between the person's view and the parent/carer view are useful information, not an error.</w:t>
            </w:r>
          </w:p>
        </w:tc>
      </w:tr>
    </w:tbl>
    <w:p w14:paraId="57B94E25" w14:textId="77777777" w:rsidR="001C7FD1" w:rsidRDefault="003F5285">
      <w:pPr>
        <w:spacing w:before="100" w:after="0" w:line="72" w:lineRule="auto"/>
      </w:pPr>
      <w:r>
        <w:rPr>
          <w:rFonts w:eastAsia="Arial"/>
          <w:color w:val="FFFFFF"/>
          <w:sz w:val="8"/>
        </w:rPr>
        <w:t xml:space="preserve"> </w:t>
      </w:r>
    </w:p>
    <w:tbl>
      <w:tblPr>
        <w:tblW w:w="9640" w:type="dxa"/>
        <w:tblInd w:w="120" w:type="dxa"/>
        <w:tblBorders>
          <w:top w:val="single" w:sz="6" w:space="0" w:color="DDD9C3"/>
          <w:left w:val="single" w:sz="6" w:space="0" w:color="DDD9C3"/>
          <w:bottom w:val="single" w:sz="6" w:space="0" w:color="DDD9C3"/>
          <w:right w:val="single" w:sz="6" w:space="0" w:color="DDD9C3"/>
          <w:insideH w:val="single" w:sz="6" w:space="0" w:color="DDD9C3"/>
          <w:insideV w:val="single" w:sz="6" w:space="0" w:color="DDD9C3"/>
        </w:tblBorders>
        <w:tblLayout w:type="fixed"/>
        <w:tblLook w:val="04A0" w:firstRow="1" w:lastRow="0" w:firstColumn="1" w:lastColumn="0" w:noHBand="0" w:noVBand="1"/>
      </w:tblPr>
      <w:tblGrid>
        <w:gridCol w:w="9640"/>
      </w:tblGrid>
      <w:tr w:rsidR="001C7FD1" w14:paraId="0E98F6A8" w14:textId="77777777">
        <w:trPr>
          <w:cantSplit/>
        </w:trPr>
        <w:tc>
          <w:tcPr>
            <w:tcW w:w="9640" w:type="dxa"/>
            <w:shd w:val="clear" w:color="auto" w:fill="EEECE1"/>
            <w:tcMar>
              <w:top w:w="90" w:type="dxa"/>
              <w:left w:w="120" w:type="dxa"/>
              <w:bottom w:w="90" w:type="dxa"/>
              <w:right w:w="120" w:type="dxa"/>
            </w:tcMar>
            <w:vAlign w:val="center"/>
          </w:tcPr>
          <w:p w14:paraId="7AF7C6F7" w14:textId="77777777" w:rsidR="001C7FD1" w:rsidRDefault="003F5285">
            <w:pPr>
              <w:spacing w:after="0" w:line="240" w:lineRule="auto"/>
            </w:pPr>
            <w:r>
              <w:rPr>
                <w:rFonts w:eastAsia="Arial"/>
                <w:b/>
                <w:color w:val="4B1F26"/>
              </w:rPr>
              <w:t xml:space="preserve">Clinical status: </w:t>
            </w:r>
            <w:r>
              <w:rPr>
                <w:rFonts w:eastAsia="Arial"/>
              </w:rPr>
              <w:t>This is a Wara Yindi non-standardised intake and functional interview aid. It is not a diagnostic test, does not produce a validated total score and does not replace official standardised measures, direct observation, clinical judgement or discipline-specific assessment. Formal tools must be administered and interpreted within the practitioner's scope and current licensing or permission requirements.</w:t>
            </w:r>
          </w:p>
        </w:tc>
      </w:tr>
    </w:tbl>
    <w:p w14:paraId="1D3B4780" w14:textId="77777777" w:rsidR="001C7FD1" w:rsidRDefault="003F5285">
      <w:pPr>
        <w:spacing w:before="100" w:after="0" w:line="72" w:lineRule="auto"/>
      </w:pPr>
      <w:r>
        <w:rPr>
          <w:rFonts w:eastAsia="Arial"/>
          <w:color w:val="FFFFFF"/>
          <w:sz w:val="8"/>
        </w:rPr>
        <w:t xml:space="preserve"> </w:t>
      </w:r>
    </w:p>
    <w:tbl>
      <w:tblPr>
        <w:tblW w:w="9640" w:type="dxa"/>
        <w:tblInd w:w="120" w:type="dxa"/>
        <w:tblBorders>
          <w:top w:val="single" w:sz="6" w:space="0" w:color="DDD9C3"/>
          <w:left w:val="single" w:sz="6" w:space="0" w:color="DDD9C3"/>
          <w:bottom w:val="single" w:sz="6" w:space="0" w:color="DDD9C3"/>
          <w:right w:val="single" w:sz="6" w:space="0" w:color="DDD9C3"/>
          <w:insideH w:val="single" w:sz="6" w:space="0" w:color="DDD9C3"/>
          <w:insideV w:val="single" w:sz="6" w:space="0" w:color="DDD9C3"/>
        </w:tblBorders>
        <w:tblLayout w:type="fixed"/>
        <w:tblLook w:val="04A0" w:firstRow="1" w:lastRow="0" w:firstColumn="1" w:lastColumn="0" w:noHBand="0" w:noVBand="1"/>
      </w:tblPr>
      <w:tblGrid>
        <w:gridCol w:w="9640"/>
      </w:tblGrid>
      <w:tr w:rsidR="001C7FD1" w14:paraId="647E3DD2" w14:textId="77777777">
        <w:trPr>
          <w:cantSplit/>
        </w:trPr>
        <w:tc>
          <w:tcPr>
            <w:tcW w:w="9640" w:type="dxa"/>
            <w:shd w:val="clear" w:color="auto" w:fill="F7E8E8"/>
            <w:tcMar>
              <w:top w:w="90" w:type="dxa"/>
              <w:left w:w="120" w:type="dxa"/>
              <w:bottom w:w="90" w:type="dxa"/>
              <w:right w:w="120" w:type="dxa"/>
            </w:tcMar>
            <w:vAlign w:val="center"/>
          </w:tcPr>
          <w:p w14:paraId="0632C362" w14:textId="77777777" w:rsidR="001C7FD1" w:rsidRDefault="003F5285">
            <w:pPr>
              <w:spacing w:after="0" w:line="240" w:lineRule="auto"/>
            </w:pPr>
            <w:r>
              <w:rPr>
                <w:rFonts w:eastAsia="Arial"/>
                <w:b/>
                <w:color w:val="4B1F26"/>
              </w:rPr>
              <w:t xml:space="preserve">Immediate safety: </w:t>
            </w:r>
            <w:r>
              <w:rPr>
                <w:rFonts w:eastAsia="Arial"/>
              </w:rPr>
              <w:t>If anyone is in immediate danger, do not wait for the assessment process. Contact emergency services on 000 and follow the person's current crisis, safeguarding or medical plan. Wara Yindi staff must also follow organisational escalation, incident and mandatory reporting procedures.</w:t>
            </w:r>
          </w:p>
        </w:tc>
      </w:tr>
    </w:tbl>
    <w:p w14:paraId="5A169C78" w14:textId="77777777" w:rsidR="001C7FD1" w:rsidRDefault="003F5285">
      <w:pPr>
        <w:spacing w:before="100" w:after="0" w:line="72" w:lineRule="auto"/>
      </w:pPr>
      <w:r>
        <w:rPr>
          <w:rFonts w:eastAsia="Arial"/>
          <w:color w:val="FFFFFF"/>
          <w:sz w:val="8"/>
        </w:rPr>
        <w:t xml:space="preserve"> </w:t>
      </w:r>
    </w:p>
    <w:p w14:paraId="307D991D" w14:textId="77777777" w:rsidR="001C7FD1" w:rsidRDefault="003F5285">
      <w:pPr>
        <w:pStyle w:val="Heading2"/>
      </w:pPr>
      <w:r>
        <w:t>Named assessment components</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900"/>
        <w:gridCol w:w="4140"/>
        <w:gridCol w:w="4600"/>
      </w:tblGrid>
      <w:tr w:rsidR="001C7FD1" w14:paraId="31C87BEC" w14:textId="77777777">
        <w:trPr>
          <w:tblHeader/>
        </w:trPr>
        <w:tc>
          <w:tcPr>
            <w:tcW w:w="900" w:type="dxa"/>
            <w:shd w:val="clear" w:color="auto" w:fill="4B1F26"/>
            <w:tcMar>
              <w:top w:w="90" w:type="dxa"/>
              <w:left w:w="120" w:type="dxa"/>
              <w:bottom w:w="90" w:type="dxa"/>
              <w:right w:w="120" w:type="dxa"/>
            </w:tcMar>
            <w:vAlign w:val="center"/>
          </w:tcPr>
          <w:p w14:paraId="5D67A821" w14:textId="77777777" w:rsidR="001C7FD1" w:rsidRDefault="003F5285">
            <w:pPr>
              <w:spacing w:after="0" w:line="240" w:lineRule="auto"/>
              <w:jc w:val="center"/>
            </w:pPr>
            <w:r>
              <w:rPr>
                <w:rFonts w:eastAsia="Arial"/>
                <w:b/>
                <w:color w:val="FFFFFF"/>
              </w:rPr>
              <w:t>No.</w:t>
            </w:r>
          </w:p>
        </w:tc>
        <w:tc>
          <w:tcPr>
            <w:tcW w:w="4140" w:type="dxa"/>
            <w:shd w:val="clear" w:color="auto" w:fill="4B1F26"/>
            <w:tcMar>
              <w:top w:w="90" w:type="dxa"/>
              <w:left w:w="120" w:type="dxa"/>
              <w:bottom w:w="90" w:type="dxa"/>
              <w:right w:w="120" w:type="dxa"/>
            </w:tcMar>
            <w:vAlign w:val="center"/>
          </w:tcPr>
          <w:p w14:paraId="6CA9D579" w14:textId="77777777" w:rsidR="001C7FD1" w:rsidRDefault="003F5285">
            <w:pPr>
              <w:spacing w:after="0" w:line="240" w:lineRule="auto"/>
            </w:pPr>
            <w:r>
              <w:rPr>
                <w:rFonts w:eastAsia="Arial"/>
                <w:b/>
                <w:color w:val="FFFFFF"/>
              </w:rPr>
              <w:t>Named assessment component</w:t>
            </w:r>
          </w:p>
        </w:tc>
        <w:tc>
          <w:tcPr>
            <w:tcW w:w="4600" w:type="dxa"/>
            <w:shd w:val="clear" w:color="auto" w:fill="4B1F26"/>
            <w:tcMar>
              <w:top w:w="90" w:type="dxa"/>
              <w:left w:w="120" w:type="dxa"/>
              <w:bottom w:w="90" w:type="dxa"/>
              <w:right w:w="120" w:type="dxa"/>
            </w:tcMar>
            <w:vAlign w:val="center"/>
          </w:tcPr>
          <w:p w14:paraId="4A6F7AD8" w14:textId="77777777" w:rsidR="001C7FD1" w:rsidRDefault="003F5285">
            <w:pPr>
              <w:spacing w:after="0" w:line="240" w:lineRule="auto"/>
            </w:pPr>
            <w:r>
              <w:rPr>
                <w:rFonts w:eastAsia="Arial"/>
                <w:b/>
                <w:color w:val="FFFFFF"/>
              </w:rPr>
              <w:t>Who completes / when it applies</w:t>
            </w:r>
          </w:p>
        </w:tc>
      </w:tr>
      <w:tr w:rsidR="001C7FD1" w14:paraId="55745B38" w14:textId="77777777">
        <w:trPr>
          <w:cantSplit/>
        </w:trPr>
        <w:tc>
          <w:tcPr>
            <w:tcW w:w="900" w:type="dxa"/>
          </w:tcPr>
          <w:p w14:paraId="7346E333" w14:textId="77777777" w:rsidR="001C7FD1" w:rsidRDefault="003F5285">
            <w:pPr>
              <w:spacing w:after="0" w:line="240" w:lineRule="auto"/>
              <w:jc w:val="center"/>
            </w:pPr>
            <w:r>
              <w:rPr>
                <w:rFonts w:eastAsia="Arial"/>
                <w:b/>
                <w:color w:val="4B1F26"/>
              </w:rPr>
              <w:t>1</w:t>
            </w:r>
          </w:p>
        </w:tc>
        <w:tc>
          <w:tcPr>
            <w:tcW w:w="4140" w:type="dxa"/>
          </w:tcPr>
          <w:p w14:paraId="01870CE6" w14:textId="77777777" w:rsidR="001C7FD1" w:rsidRDefault="003F5285">
            <w:pPr>
              <w:spacing w:after="0" w:line="240" w:lineRule="auto"/>
            </w:pPr>
            <w:r>
              <w:rPr>
                <w:rFonts w:eastAsia="Arial"/>
                <w:b/>
                <w:color w:val="4B1F26"/>
              </w:rPr>
              <w:t>Wara Yindi Assessment Context and Consent Record</w:t>
            </w:r>
          </w:p>
        </w:tc>
        <w:tc>
          <w:tcPr>
            <w:tcW w:w="4600" w:type="dxa"/>
          </w:tcPr>
          <w:p w14:paraId="3506804A" w14:textId="77777777" w:rsidR="001C7FD1" w:rsidRDefault="003F5285">
            <w:pPr>
              <w:spacing w:after="0" w:line="240" w:lineRule="auto"/>
            </w:pPr>
            <w:r>
              <w:rPr>
                <w:rFonts w:eastAsia="Arial"/>
              </w:rPr>
              <w:t>All ages; person and/or authorised representative.</w:t>
            </w:r>
          </w:p>
        </w:tc>
      </w:tr>
      <w:tr w:rsidR="001C7FD1" w14:paraId="0C785DB9" w14:textId="77777777">
        <w:trPr>
          <w:cantSplit/>
        </w:trPr>
        <w:tc>
          <w:tcPr>
            <w:tcW w:w="900" w:type="dxa"/>
            <w:shd w:val="clear" w:color="auto" w:fill="F5F4EF"/>
          </w:tcPr>
          <w:p w14:paraId="6BDC4B7F" w14:textId="77777777" w:rsidR="001C7FD1" w:rsidRDefault="003F5285">
            <w:pPr>
              <w:spacing w:after="0" w:line="240" w:lineRule="auto"/>
              <w:jc w:val="center"/>
            </w:pPr>
            <w:r>
              <w:rPr>
                <w:rFonts w:eastAsia="Arial"/>
                <w:b/>
                <w:color w:val="4B1F26"/>
              </w:rPr>
              <w:t>2</w:t>
            </w:r>
          </w:p>
        </w:tc>
        <w:tc>
          <w:tcPr>
            <w:tcW w:w="4140" w:type="dxa"/>
            <w:shd w:val="clear" w:color="auto" w:fill="F5F4EF"/>
          </w:tcPr>
          <w:p w14:paraId="7D4928B1" w14:textId="77777777" w:rsidR="001C7FD1" w:rsidRDefault="003F5285">
            <w:pPr>
              <w:spacing w:after="0" w:line="240" w:lineRule="auto"/>
            </w:pPr>
            <w:r>
              <w:rPr>
                <w:rFonts w:eastAsia="Arial"/>
                <w:b/>
                <w:color w:val="4B1F26"/>
              </w:rPr>
              <w:t>Wara Yindi Strengths, Identity and Goals Profile</w:t>
            </w:r>
          </w:p>
        </w:tc>
        <w:tc>
          <w:tcPr>
            <w:tcW w:w="4600" w:type="dxa"/>
            <w:shd w:val="clear" w:color="auto" w:fill="F5F4EF"/>
          </w:tcPr>
          <w:p w14:paraId="7AAAFB51" w14:textId="77777777" w:rsidR="001C7FD1" w:rsidRDefault="003F5285">
            <w:pPr>
              <w:spacing w:after="0" w:line="240" w:lineRule="auto"/>
            </w:pPr>
            <w:r>
              <w:rPr>
                <w:rFonts w:eastAsia="Arial"/>
              </w:rPr>
              <w:t>All ages; person, parent/carer or supporter.</w:t>
            </w:r>
          </w:p>
        </w:tc>
      </w:tr>
      <w:tr w:rsidR="001C7FD1" w14:paraId="4CB76974" w14:textId="77777777">
        <w:trPr>
          <w:cantSplit/>
        </w:trPr>
        <w:tc>
          <w:tcPr>
            <w:tcW w:w="900" w:type="dxa"/>
          </w:tcPr>
          <w:p w14:paraId="00B02919" w14:textId="77777777" w:rsidR="001C7FD1" w:rsidRDefault="003F5285">
            <w:pPr>
              <w:spacing w:after="0" w:line="240" w:lineRule="auto"/>
              <w:jc w:val="center"/>
            </w:pPr>
            <w:r>
              <w:rPr>
                <w:rFonts w:eastAsia="Arial"/>
                <w:b/>
                <w:color w:val="4B1F26"/>
              </w:rPr>
              <w:t>3</w:t>
            </w:r>
          </w:p>
        </w:tc>
        <w:tc>
          <w:tcPr>
            <w:tcW w:w="4140" w:type="dxa"/>
          </w:tcPr>
          <w:p w14:paraId="012561FA" w14:textId="77777777" w:rsidR="001C7FD1" w:rsidRDefault="003F5285">
            <w:pPr>
              <w:spacing w:after="0" w:line="240" w:lineRule="auto"/>
            </w:pPr>
            <w:r>
              <w:rPr>
                <w:rFonts w:eastAsia="Arial"/>
                <w:b/>
                <w:color w:val="4B1F26"/>
              </w:rPr>
              <w:t>Wara Yindi Health, Development and Life History Profile</w:t>
            </w:r>
          </w:p>
        </w:tc>
        <w:tc>
          <w:tcPr>
            <w:tcW w:w="4600" w:type="dxa"/>
          </w:tcPr>
          <w:p w14:paraId="122C68A6" w14:textId="77777777" w:rsidR="001C7FD1" w:rsidRDefault="003F5285">
            <w:pPr>
              <w:spacing w:after="0" w:line="240" w:lineRule="auto"/>
            </w:pPr>
            <w:r>
              <w:rPr>
                <w:rFonts w:eastAsia="Arial"/>
              </w:rPr>
              <w:t>All ages; early development questions only where relevant.</w:t>
            </w:r>
          </w:p>
        </w:tc>
      </w:tr>
      <w:tr w:rsidR="001C7FD1" w14:paraId="32F5DAB4" w14:textId="77777777">
        <w:trPr>
          <w:cantSplit/>
        </w:trPr>
        <w:tc>
          <w:tcPr>
            <w:tcW w:w="900" w:type="dxa"/>
            <w:shd w:val="clear" w:color="auto" w:fill="F5F4EF"/>
          </w:tcPr>
          <w:p w14:paraId="33555AB9" w14:textId="77777777" w:rsidR="001C7FD1" w:rsidRDefault="003F5285">
            <w:pPr>
              <w:spacing w:after="0" w:line="240" w:lineRule="auto"/>
              <w:jc w:val="center"/>
            </w:pPr>
            <w:r>
              <w:rPr>
                <w:rFonts w:eastAsia="Arial"/>
                <w:b/>
                <w:color w:val="4B1F26"/>
              </w:rPr>
              <w:t>4</w:t>
            </w:r>
          </w:p>
        </w:tc>
        <w:tc>
          <w:tcPr>
            <w:tcW w:w="4140" w:type="dxa"/>
            <w:shd w:val="clear" w:color="auto" w:fill="F5F4EF"/>
          </w:tcPr>
          <w:p w14:paraId="6C86499D" w14:textId="77777777" w:rsidR="001C7FD1" w:rsidRDefault="003F5285">
            <w:pPr>
              <w:spacing w:after="0" w:line="240" w:lineRule="auto"/>
            </w:pPr>
            <w:r>
              <w:rPr>
                <w:rFonts w:eastAsia="Arial"/>
                <w:b/>
                <w:color w:val="4B1F26"/>
              </w:rPr>
              <w:t>Wara Yindi Development and Learning Skills Profile</w:t>
            </w:r>
          </w:p>
        </w:tc>
        <w:tc>
          <w:tcPr>
            <w:tcW w:w="4600" w:type="dxa"/>
            <w:shd w:val="clear" w:color="auto" w:fill="F5F4EF"/>
          </w:tcPr>
          <w:p w14:paraId="76C30724" w14:textId="77777777" w:rsidR="001C7FD1" w:rsidRDefault="003F5285">
            <w:pPr>
              <w:spacing w:after="0" w:line="240" w:lineRule="auto"/>
            </w:pPr>
            <w:r>
              <w:rPr>
                <w:rFonts w:eastAsia="Arial"/>
              </w:rPr>
              <w:t>All ages; rate against age expectations where relevant.</w:t>
            </w:r>
          </w:p>
        </w:tc>
      </w:tr>
      <w:tr w:rsidR="001C7FD1" w14:paraId="2A24776A" w14:textId="77777777">
        <w:trPr>
          <w:cantSplit/>
        </w:trPr>
        <w:tc>
          <w:tcPr>
            <w:tcW w:w="900" w:type="dxa"/>
          </w:tcPr>
          <w:p w14:paraId="1CD3F127" w14:textId="77777777" w:rsidR="001C7FD1" w:rsidRDefault="003F5285">
            <w:pPr>
              <w:spacing w:after="0" w:line="240" w:lineRule="auto"/>
              <w:jc w:val="center"/>
            </w:pPr>
            <w:r>
              <w:rPr>
                <w:rFonts w:eastAsia="Arial"/>
                <w:b/>
                <w:color w:val="4B1F26"/>
              </w:rPr>
              <w:t>5</w:t>
            </w:r>
          </w:p>
        </w:tc>
        <w:tc>
          <w:tcPr>
            <w:tcW w:w="4140" w:type="dxa"/>
          </w:tcPr>
          <w:p w14:paraId="09D71CC5" w14:textId="77777777" w:rsidR="001C7FD1" w:rsidRDefault="003F5285">
            <w:pPr>
              <w:spacing w:after="0" w:line="240" w:lineRule="auto"/>
            </w:pPr>
            <w:r>
              <w:rPr>
                <w:rFonts w:eastAsia="Arial"/>
                <w:b/>
                <w:color w:val="4B1F26"/>
              </w:rPr>
              <w:t>Wara Yindi Communication and Social Connection Profile</w:t>
            </w:r>
          </w:p>
        </w:tc>
        <w:tc>
          <w:tcPr>
            <w:tcW w:w="4600" w:type="dxa"/>
          </w:tcPr>
          <w:p w14:paraId="1C775C81" w14:textId="77777777" w:rsidR="001C7FD1" w:rsidRDefault="003F5285">
            <w:pPr>
              <w:spacing w:after="0" w:line="240" w:lineRule="auto"/>
            </w:pPr>
            <w:r>
              <w:rPr>
                <w:rFonts w:eastAsia="Arial"/>
              </w:rPr>
              <w:t>All ages and all communication methods.</w:t>
            </w:r>
          </w:p>
        </w:tc>
      </w:tr>
      <w:tr w:rsidR="001C7FD1" w14:paraId="2108C8EE" w14:textId="77777777">
        <w:trPr>
          <w:cantSplit/>
        </w:trPr>
        <w:tc>
          <w:tcPr>
            <w:tcW w:w="900" w:type="dxa"/>
            <w:shd w:val="clear" w:color="auto" w:fill="F5F4EF"/>
          </w:tcPr>
          <w:p w14:paraId="5405D9F9" w14:textId="77777777" w:rsidR="001C7FD1" w:rsidRDefault="003F5285">
            <w:pPr>
              <w:spacing w:after="0" w:line="240" w:lineRule="auto"/>
              <w:jc w:val="center"/>
            </w:pPr>
            <w:r>
              <w:rPr>
                <w:rFonts w:eastAsia="Arial"/>
                <w:b/>
                <w:color w:val="4B1F26"/>
              </w:rPr>
              <w:t>6</w:t>
            </w:r>
          </w:p>
        </w:tc>
        <w:tc>
          <w:tcPr>
            <w:tcW w:w="4140" w:type="dxa"/>
            <w:shd w:val="clear" w:color="auto" w:fill="F5F4EF"/>
          </w:tcPr>
          <w:p w14:paraId="7F8815B2" w14:textId="77777777" w:rsidR="001C7FD1" w:rsidRDefault="003F5285">
            <w:pPr>
              <w:spacing w:after="0" w:line="240" w:lineRule="auto"/>
            </w:pPr>
            <w:r>
              <w:rPr>
                <w:rFonts w:eastAsia="Arial"/>
                <w:b/>
                <w:color w:val="4B1F26"/>
              </w:rPr>
              <w:t>Wara Yindi Sensory and Body Awareness Profile</w:t>
            </w:r>
          </w:p>
        </w:tc>
        <w:tc>
          <w:tcPr>
            <w:tcW w:w="4600" w:type="dxa"/>
            <w:shd w:val="clear" w:color="auto" w:fill="F5F4EF"/>
          </w:tcPr>
          <w:p w14:paraId="22B5519D" w14:textId="77777777" w:rsidR="001C7FD1" w:rsidRDefault="003F5285">
            <w:pPr>
              <w:spacing w:after="0" w:line="240" w:lineRule="auto"/>
            </w:pPr>
            <w:r>
              <w:rPr>
                <w:rFonts w:eastAsia="Arial"/>
              </w:rPr>
              <w:t>All ages; include sensory preferences and regulation supports.</w:t>
            </w:r>
          </w:p>
        </w:tc>
      </w:tr>
      <w:tr w:rsidR="001C7FD1" w14:paraId="19E1FC39" w14:textId="77777777">
        <w:trPr>
          <w:cantSplit/>
        </w:trPr>
        <w:tc>
          <w:tcPr>
            <w:tcW w:w="900" w:type="dxa"/>
          </w:tcPr>
          <w:p w14:paraId="69112495" w14:textId="77777777" w:rsidR="001C7FD1" w:rsidRDefault="003F5285">
            <w:pPr>
              <w:spacing w:after="0" w:line="240" w:lineRule="auto"/>
              <w:jc w:val="center"/>
            </w:pPr>
            <w:r>
              <w:rPr>
                <w:rFonts w:eastAsia="Arial"/>
                <w:b/>
                <w:color w:val="4B1F26"/>
              </w:rPr>
              <w:t>7</w:t>
            </w:r>
          </w:p>
        </w:tc>
        <w:tc>
          <w:tcPr>
            <w:tcW w:w="4140" w:type="dxa"/>
          </w:tcPr>
          <w:p w14:paraId="51B544F7" w14:textId="77777777" w:rsidR="001C7FD1" w:rsidRDefault="003F5285">
            <w:pPr>
              <w:spacing w:after="0" w:line="240" w:lineRule="auto"/>
            </w:pPr>
            <w:r>
              <w:rPr>
                <w:rFonts w:eastAsia="Arial"/>
                <w:b/>
                <w:color w:val="4B1F26"/>
              </w:rPr>
              <w:t>Wara Yindi Attention, Planning and Self-Regulation Profile</w:t>
            </w:r>
          </w:p>
        </w:tc>
        <w:tc>
          <w:tcPr>
            <w:tcW w:w="4600" w:type="dxa"/>
          </w:tcPr>
          <w:p w14:paraId="32239398" w14:textId="77777777" w:rsidR="001C7FD1" w:rsidRDefault="003F5285">
            <w:pPr>
              <w:spacing w:after="0" w:line="240" w:lineRule="auto"/>
            </w:pPr>
            <w:r>
              <w:rPr>
                <w:rFonts w:eastAsia="Arial"/>
              </w:rPr>
              <w:t>All ages; use age-appropriate expectations.</w:t>
            </w:r>
          </w:p>
        </w:tc>
      </w:tr>
      <w:tr w:rsidR="001C7FD1" w14:paraId="0D35FFA5" w14:textId="77777777">
        <w:trPr>
          <w:cantSplit/>
        </w:trPr>
        <w:tc>
          <w:tcPr>
            <w:tcW w:w="900" w:type="dxa"/>
            <w:shd w:val="clear" w:color="auto" w:fill="F5F4EF"/>
          </w:tcPr>
          <w:p w14:paraId="0D95CD8F" w14:textId="77777777" w:rsidR="001C7FD1" w:rsidRDefault="003F5285">
            <w:pPr>
              <w:spacing w:after="0" w:line="240" w:lineRule="auto"/>
              <w:jc w:val="center"/>
            </w:pPr>
            <w:r>
              <w:rPr>
                <w:rFonts w:eastAsia="Arial"/>
                <w:b/>
                <w:color w:val="4B1F26"/>
              </w:rPr>
              <w:lastRenderedPageBreak/>
              <w:t>8</w:t>
            </w:r>
          </w:p>
        </w:tc>
        <w:tc>
          <w:tcPr>
            <w:tcW w:w="4140" w:type="dxa"/>
            <w:shd w:val="clear" w:color="auto" w:fill="F5F4EF"/>
          </w:tcPr>
          <w:p w14:paraId="46FB98ED" w14:textId="77777777" w:rsidR="001C7FD1" w:rsidRDefault="003F5285">
            <w:pPr>
              <w:spacing w:after="0" w:line="240" w:lineRule="auto"/>
            </w:pPr>
            <w:r>
              <w:rPr>
                <w:rFonts w:eastAsia="Arial"/>
                <w:b/>
                <w:color w:val="4B1F26"/>
              </w:rPr>
              <w:t>Wara Yindi Emotional Wellbeing and Behaviour Profile</w:t>
            </w:r>
          </w:p>
        </w:tc>
        <w:tc>
          <w:tcPr>
            <w:tcW w:w="4600" w:type="dxa"/>
            <w:shd w:val="clear" w:color="auto" w:fill="F5F4EF"/>
          </w:tcPr>
          <w:p w14:paraId="3D269BDB" w14:textId="77777777" w:rsidR="001C7FD1" w:rsidRDefault="003F5285">
            <w:pPr>
              <w:spacing w:after="0" w:line="240" w:lineRule="auto"/>
            </w:pPr>
            <w:r>
              <w:rPr>
                <w:rFonts w:eastAsia="Arial"/>
              </w:rPr>
              <w:t>All ages; include strengths, triggers and recovery supports.</w:t>
            </w:r>
          </w:p>
        </w:tc>
      </w:tr>
      <w:tr w:rsidR="001C7FD1" w14:paraId="00E289AD" w14:textId="77777777">
        <w:trPr>
          <w:cantSplit/>
        </w:trPr>
        <w:tc>
          <w:tcPr>
            <w:tcW w:w="900" w:type="dxa"/>
          </w:tcPr>
          <w:p w14:paraId="6B9D23AC" w14:textId="77777777" w:rsidR="001C7FD1" w:rsidRDefault="003F5285">
            <w:pPr>
              <w:spacing w:after="0" w:line="240" w:lineRule="auto"/>
              <w:jc w:val="center"/>
            </w:pPr>
            <w:r>
              <w:rPr>
                <w:rFonts w:eastAsia="Arial"/>
                <w:b/>
                <w:color w:val="4B1F26"/>
              </w:rPr>
              <w:t>9</w:t>
            </w:r>
          </w:p>
        </w:tc>
        <w:tc>
          <w:tcPr>
            <w:tcW w:w="4140" w:type="dxa"/>
          </w:tcPr>
          <w:p w14:paraId="066E694F" w14:textId="77777777" w:rsidR="001C7FD1" w:rsidRDefault="003F5285">
            <w:pPr>
              <w:spacing w:after="0" w:line="240" w:lineRule="auto"/>
            </w:pPr>
            <w:r>
              <w:rPr>
                <w:rFonts w:eastAsia="Arial"/>
                <w:b/>
                <w:color w:val="4B1F26"/>
              </w:rPr>
              <w:t>Wara Yindi Mobility and Physical Access Profile</w:t>
            </w:r>
          </w:p>
        </w:tc>
        <w:tc>
          <w:tcPr>
            <w:tcW w:w="4600" w:type="dxa"/>
          </w:tcPr>
          <w:p w14:paraId="54CABDDC" w14:textId="77777777" w:rsidR="001C7FD1" w:rsidRDefault="003F5285">
            <w:pPr>
              <w:spacing w:after="0" w:line="240" w:lineRule="auto"/>
            </w:pPr>
            <w:r>
              <w:rPr>
                <w:rFonts w:eastAsia="Arial"/>
              </w:rPr>
              <w:t>All ages; include pain, fatigue, equipment and environments.</w:t>
            </w:r>
          </w:p>
        </w:tc>
      </w:tr>
      <w:tr w:rsidR="001C7FD1" w14:paraId="233FA384" w14:textId="77777777">
        <w:trPr>
          <w:cantSplit/>
        </w:trPr>
        <w:tc>
          <w:tcPr>
            <w:tcW w:w="900" w:type="dxa"/>
            <w:shd w:val="clear" w:color="auto" w:fill="F5F4EF"/>
          </w:tcPr>
          <w:p w14:paraId="0DC862C7" w14:textId="77777777" w:rsidR="001C7FD1" w:rsidRDefault="003F5285">
            <w:pPr>
              <w:spacing w:after="0" w:line="240" w:lineRule="auto"/>
              <w:jc w:val="center"/>
            </w:pPr>
            <w:r>
              <w:rPr>
                <w:rFonts w:eastAsia="Arial"/>
                <w:b/>
                <w:color w:val="4B1F26"/>
              </w:rPr>
              <w:t>10</w:t>
            </w:r>
          </w:p>
        </w:tc>
        <w:tc>
          <w:tcPr>
            <w:tcW w:w="4140" w:type="dxa"/>
            <w:shd w:val="clear" w:color="auto" w:fill="F5F4EF"/>
          </w:tcPr>
          <w:p w14:paraId="5B823739" w14:textId="77777777" w:rsidR="001C7FD1" w:rsidRDefault="003F5285">
            <w:pPr>
              <w:spacing w:after="0" w:line="240" w:lineRule="auto"/>
            </w:pPr>
            <w:r>
              <w:rPr>
                <w:rFonts w:eastAsia="Arial"/>
                <w:b/>
                <w:color w:val="4B1F26"/>
              </w:rPr>
              <w:t>Wara Yindi Personal Care and Health Management Profile</w:t>
            </w:r>
          </w:p>
        </w:tc>
        <w:tc>
          <w:tcPr>
            <w:tcW w:w="4600" w:type="dxa"/>
            <w:shd w:val="clear" w:color="auto" w:fill="F5F4EF"/>
          </w:tcPr>
          <w:p w14:paraId="2D8D5D43" w14:textId="77777777" w:rsidR="001C7FD1" w:rsidRDefault="003F5285">
            <w:pPr>
              <w:spacing w:after="0" w:line="240" w:lineRule="auto"/>
            </w:pPr>
            <w:r>
              <w:rPr>
                <w:rFonts w:eastAsia="Arial"/>
              </w:rPr>
              <w:t>All ages; complete only age-relevant activities.</w:t>
            </w:r>
          </w:p>
        </w:tc>
      </w:tr>
      <w:tr w:rsidR="001C7FD1" w14:paraId="3BB1ACA7" w14:textId="77777777">
        <w:trPr>
          <w:cantSplit/>
        </w:trPr>
        <w:tc>
          <w:tcPr>
            <w:tcW w:w="900" w:type="dxa"/>
          </w:tcPr>
          <w:p w14:paraId="5B70C011" w14:textId="77777777" w:rsidR="001C7FD1" w:rsidRDefault="003F5285">
            <w:pPr>
              <w:spacing w:after="0" w:line="240" w:lineRule="auto"/>
              <w:jc w:val="center"/>
            </w:pPr>
            <w:r>
              <w:rPr>
                <w:rFonts w:eastAsia="Arial"/>
                <w:b/>
                <w:color w:val="4B1F26"/>
              </w:rPr>
              <w:t>11</w:t>
            </w:r>
          </w:p>
        </w:tc>
        <w:tc>
          <w:tcPr>
            <w:tcW w:w="4140" w:type="dxa"/>
          </w:tcPr>
          <w:p w14:paraId="0F852019" w14:textId="77777777" w:rsidR="001C7FD1" w:rsidRDefault="003F5285">
            <w:pPr>
              <w:spacing w:after="0" w:line="240" w:lineRule="auto"/>
            </w:pPr>
            <w:r>
              <w:rPr>
                <w:rFonts w:eastAsia="Arial"/>
                <w:b/>
                <w:color w:val="4B1F26"/>
              </w:rPr>
              <w:t>Wara Yindi Home and Independent Living Profile</w:t>
            </w:r>
          </w:p>
        </w:tc>
        <w:tc>
          <w:tcPr>
            <w:tcW w:w="4600" w:type="dxa"/>
          </w:tcPr>
          <w:p w14:paraId="012D2359" w14:textId="77777777" w:rsidR="001C7FD1" w:rsidRDefault="003F5285">
            <w:pPr>
              <w:spacing w:after="0" w:line="240" w:lineRule="auto"/>
            </w:pPr>
            <w:r>
              <w:rPr>
                <w:rFonts w:eastAsia="Arial"/>
              </w:rPr>
              <w:t>Adolescents/adults, or younger people where skill development is relevant.</w:t>
            </w:r>
          </w:p>
        </w:tc>
      </w:tr>
      <w:tr w:rsidR="001C7FD1" w14:paraId="3B78FBB5" w14:textId="77777777">
        <w:trPr>
          <w:cantSplit/>
        </w:trPr>
        <w:tc>
          <w:tcPr>
            <w:tcW w:w="900" w:type="dxa"/>
            <w:shd w:val="clear" w:color="auto" w:fill="F5F4EF"/>
          </w:tcPr>
          <w:p w14:paraId="2A3959AA" w14:textId="77777777" w:rsidR="001C7FD1" w:rsidRDefault="003F5285">
            <w:pPr>
              <w:spacing w:after="0" w:line="240" w:lineRule="auto"/>
              <w:jc w:val="center"/>
            </w:pPr>
            <w:r>
              <w:rPr>
                <w:rFonts w:eastAsia="Arial"/>
                <w:b/>
                <w:color w:val="4B1F26"/>
              </w:rPr>
              <w:t>12</w:t>
            </w:r>
          </w:p>
        </w:tc>
        <w:tc>
          <w:tcPr>
            <w:tcW w:w="4140" w:type="dxa"/>
            <w:shd w:val="clear" w:color="auto" w:fill="F5F4EF"/>
          </w:tcPr>
          <w:p w14:paraId="75318946" w14:textId="77777777" w:rsidR="001C7FD1" w:rsidRDefault="003F5285">
            <w:pPr>
              <w:spacing w:after="0" w:line="240" w:lineRule="auto"/>
            </w:pPr>
            <w:r>
              <w:rPr>
                <w:rFonts w:eastAsia="Arial"/>
                <w:b/>
                <w:color w:val="4B1F26"/>
              </w:rPr>
              <w:t>Wara Yindi Education, Work and Productive Participation Profile</w:t>
            </w:r>
          </w:p>
        </w:tc>
        <w:tc>
          <w:tcPr>
            <w:tcW w:w="4600" w:type="dxa"/>
            <w:shd w:val="clear" w:color="auto" w:fill="F5F4EF"/>
          </w:tcPr>
          <w:p w14:paraId="086C3D51" w14:textId="77777777" w:rsidR="001C7FD1" w:rsidRDefault="003F5285">
            <w:pPr>
              <w:spacing w:after="0" w:line="240" w:lineRule="auto"/>
            </w:pPr>
            <w:r>
              <w:rPr>
                <w:rFonts w:eastAsia="Arial"/>
              </w:rPr>
              <w:t>Education, training, volunteering, parenting, caring or employment.</w:t>
            </w:r>
          </w:p>
        </w:tc>
      </w:tr>
      <w:tr w:rsidR="001C7FD1" w14:paraId="02440EA1" w14:textId="77777777">
        <w:trPr>
          <w:cantSplit/>
        </w:trPr>
        <w:tc>
          <w:tcPr>
            <w:tcW w:w="900" w:type="dxa"/>
          </w:tcPr>
          <w:p w14:paraId="2B5D19D5" w14:textId="77777777" w:rsidR="001C7FD1" w:rsidRDefault="003F5285">
            <w:pPr>
              <w:spacing w:after="0" w:line="240" w:lineRule="auto"/>
              <w:jc w:val="center"/>
            </w:pPr>
            <w:r>
              <w:rPr>
                <w:rFonts w:eastAsia="Arial"/>
                <w:b/>
                <w:color w:val="4B1F26"/>
              </w:rPr>
              <w:t>13</w:t>
            </w:r>
          </w:p>
        </w:tc>
        <w:tc>
          <w:tcPr>
            <w:tcW w:w="4140" w:type="dxa"/>
          </w:tcPr>
          <w:p w14:paraId="2DB4DA5F" w14:textId="77777777" w:rsidR="001C7FD1" w:rsidRDefault="003F5285">
            <w:pPr>
              <w:spacing w:after="0" w:line="240" w:lineRule="auto"/>
            </w:pPr>
            <w:r>
              <w:rPr>
                <w:rFonts w:eastAsia="Arial"/>
                <w:b/>
                <w:color w:val="4B1F26"/>
              </w:rPr>
              <w:t>Wara Yindi Relationships, Community and Participation Profile</w:t>
            </w:r>
          </w:p>
        </w:tc>
        <w:tc>
          <w:tcPr>
            <w:tcW w:w="4600" w:type="dxa"/>
          </w:tcPr>
          <w:p w14:paraId="0E2A27C3" w14:textId="77777777" w:rsidR="001C7FD1" w:rsidRDefault="003F5285">
            <w:pPr>
              <w:spacing w:after="0" w:line="240" w:lineRule="auto"/>
            </w:pPr>
            <w:r>
              <w:rPr>
                <w:rFonts w:eastAsia="Arial"/>
              </w:rPr>
              <w:t>All ages; include culture, belonging and informal support.</w:t>
            </w:r>
          </w:p>
        </w:tc>
      </w:tr>
      <w:tr w:rsidR="001C7FD1" w14:paraId="0C7D7450" w14:textId="77777777">
        <w:trPr>
          <w:cantSplit/>
        </w:trPr>
        <w:tc>
          <w:tcPr>
            <w:tcW w:w="900" w:type="dxa"/>
            <w:shd w:val="clear" w:color="auto" w:fill="F5F4EF"/>
          </w:tcPr>
          <w:p w14:paraId="07F1DF1A" w14:textId="77777777" w:rsidR="001C7FD1" w:rsidRDefault="003F5285">
            <w:pPr>
              <w:spacing w:after="0" w:line="240" w:lineRule="auto"/>
              <w:jc w:val="center"/>
            </w:pPr>
            <w:r>
              <w:rPr>
                <w:rFonts w:eastAsia="Arial"/>
                <w:b/>
                <w:color w:val="4B1F26"/>
              </w:rPr>
              <w:t>14</w:t>
            </w:r>
          </w:p>
        </w:tc>
        <w:tc>
          <w:tcPr>
            <w:tcW w:w="4140" w:type="dxa"/>
            <w:shd w:val="clear" w:color="auto" w:fill="F5F4EF"/>
          </w:tcPr>
          <w:p w14:paraId="6508AD28" w14:textId="77777777" w:rsidR="001C7FD1" w:rsidRDefault="003F5285">
            <w:pPr>
              <w:spacing w:after="0" w:line="240" w:lineRule="auto"/>
            </w:pPr>
            <w:r>
              <w:rPr>
                <w:rFonts w:eastAsia="Arial"/>
                <w:b/>
                <w:color w:val="4B1F26"/>
              </w:rPr>
              <w:t>Wara Yindi Safety, Supervision and Safeguarding Profile</w:t>
            </w:r>
          </w:p>
        </w:tc>
        <w:tc>
          <w:tcPr>
            <w:tcW w:w="4600" w:type="dxa"/>
            <w:shd w:val="clear" w:color="auto" w:fill="F5F4EF"/>
          </w:tcPr>
          <w:p w14:paraId="18E7B7A8" w14:textId="77777777" w:rsidR="001C7FD1" w:rsidRDefault="003F5285">
            <w:pPr>
              <w:spacing w:after="0" w:line="240" w:lineRule="auto"/>
            </w:pPr>
            <w:r>
              <w:rPr>
                <w:rFonts w:eastAsia="Arial"/>
              </w:rPr>
              <w:t>All ages; sensitive questions may be completed with a practitioner.</w:t>
            </w:r>
          </w:p>
        </w:tc>
      </w:tr>
      <w:tr w:rsidR="001C7FD1" w14:paraId="35B3C8F8" w14:textId="77777777">
        <w:trPr>
          <w:cantSplit/>
        </w:trPr>
        <w:tc>
          <w:tcPr>
            <w:tcW w:w="900" w:type="dxa"/>
          </w:tcPr>
          <w:p w14:paraId="43E3D117" w14:textId="77777777" w:rsidR="001C7FD1" w:rsidRDefault="003F5285">
            <w:pPr>
              <w:spacing w:after="0" w:line="240" w:lineRule="auto"/>
              <w:jc w:val="center"/>
            </w:pPr>
            <w:r>
              <w:rPr>
                <w:rFonts w:eastAsia="Arial"/>
                <w:b/>
                <w:color w:val="4B1F26"/>
              </w:rPr>
              <w:t>15</w:t>
            </w:r>
          </w:p>
        </w:tc>
        <w:tc>
          <w:tcPr>
            <w:tcW w:w="4140" w:type="dxa"/>
          </w:tcPr>
          <w:p w14:paraId="15D949C2" w14:textId="77777777" w:rsidR="001C7FD1" w:rsidRDefault="003F5285">
            <w:pPr>
              <w:spacing w:after="0" w:line="240" w:lineRule="auto"/>
            </w:pPr>
            <w:r>
              <w:rPr>
                <w:rFonts w:eastAsia="Arial"/>
                <w:b/>
                <w:color w:val="4B1F26"/>
              </w:rPr>
              <w:t>Wara Yindi Quality of Life and Environmental Barriers Profile</w:t>
            </w:r>
          </w:p>
        </w:tc>
        <w:tc>
          <w:tcPr>
            <w:tcW w:w="4600" w:type="dxa"/>
          </w:tcPr>
          <w:p w14:paraId="4BEF4841" w14:textId="77777777" w:rsidR="001C7FD1" w:rsidRDefault="003F5285">
            <w:pPr>
              <w:spacing w:after="0" w:line="240" w:lineRule="auto"/>
            </w:pPr>
            <w:r>
              <w:rPr>
                <w:rFonts w:eastAsia="Arial"/>
              </w:rPr>
              <w:t>All ages; parent/carer may provide a proxy view.</w:t>
            </w:r>
          </w:p>
        </w:tc>
      </w:tr>
      <w:tr w:rsidR="001C7FD1" w14:paraId="1C662044" w14:textId="77777777">
        <w:trPr>
          <w:cantSplit/>
        </w:trPr>
        <w:tc>
          <w:tcPr>
            <w:tcW w:w="900" w:type="dxa"/>
            <w:shd w:val="clear" w:color="auto" w:fill="F5F4EF"/>
          </w:tcPr>
          <w:p w14:paraId="4D31A663" w14:textId="77777777" w:rsidR="001C7FD1" w:rsidRDefault="003F5285">
            <w:pPr>
              <w:spacing w:after="0" w:line="240" w:lineRule="auto"/>
              <w:jc w:val="center"/>
            </w:pPr>
            <w:r>
              <w:rPr>
                <w:rFonts w:eastAsia="Arial"/>
                <w:b/>
                <w:color w:val="4B1F26"/>
              </w:rPr>
              <w:t>16</w:t>
            </w:r>
          </w:p>
        </w:tc>
        <w:tc>
          <w:tcPr>
            <w:tcW w:w="4140" w:type="dxa"/>
            <w:shd w:val="clear" w:color="auto" w:fill="F5F4EF"/>
          </w:tcPr>
          <w:p w14:paraId="04C90B12" w14:textId="77777777" w:rsidR="001C7FD1" w:rsidRDefault="003F5285">
            <w:pPr>
              <w:spacing w:after="0" w:line="240" w:lineRule="auto"/>
            </w:pPr>
            <w:r>
              <w:rPr>
                <w:rFonts w:eastAsia="Arial"/>
                <w:b/>
                <w:color w:val="4B1F26"/>
              </w:rPr>
              <w:t>Wara Yindi Parent/Carer Capacity and Family Impact Profile</w:t>
            </w:r>
          </w:p>
        </w:tc>
        <w:tc>
          <w:tcPr>
            <w:tcW w:w="4600" w:type="dxa"/>
            <w:shd w:val="clear" w:color="auto" w:fill="F5F4EF"/>
          </w:tcPr>
          <w:p w14:paraId="2FBA629E" w14:textId="77777777" w:rsidR="001C7FD1" w:rsidRDefault="003F5285">
            <w:pPr>
              <w:spacing w:after="0" w:line="240" w:lineRule="auto"/>
            </w:pPr>
            <w:r>
              <w:rPr>
                <w:rFonts w:eastAsia="Arial"/>
              </w:rPr>
              <w:t>Optional; complete when unpaid care or family support is relevant.</w:t>
            </w:r>
          </w:p>
        </w:tc>
      </w:tr>
      <w:tr w:rsidR="001C7FD1" w14:paraId="0F0A0CC8" w14:textId="77777777">
        <w:trPr>
          <w:cantSplit/>
        </w:trPr>
        <w:tc>
          <w:tcPr>
            <w:tcW w:w="900" w:type="dxa"/>
          </w:tcPr>
          <w:p w14:paraId="14F09484" w14:textId="77777777" w:rsidR="001C7FD1" w:rsidRDefault="003F5285">
            <w:pPr>
              <w:spacing w:after="0" w:line="240" w:lineRule="auto"/>
              <w:jc w:val="center"/>
            </w:pPr>
            <w:r>
              <w:rPr>
                <w:rFonts w:eastAsia="Arial"/>
                <w:b/>
                <w:color w:val="4B1F26"/>
              </w:rPr>
              <w:t>17</w:t>
            </w:r>
          </w:p>
        </w:tc>
        <w:tc>
          <w:tcPr>
            <w:tcW w:w="4140" w:type="dxa"/>
          </w:tcPr>
          <w:p w14:paraId="6C7E4E30" w14:textId="77777777" w:rsidR="001C7FD1" w:rsidRDefault="003F5285">
            <w:pPr>
              <w:spacing w:after="0" w:line="240" w:lineRule="auto"/>
            </w:pPr>
            <w:r>
              <w:rPr>
                <w:rFonts w:eastAsia="Arial"/>
                <w:b/>
                <w:color w:val="4B1F26"/>
              </w:rPr>
              <w:t>Wara Yindi Daily Routine and Weekly Support Map</w:t>
            </w:r>
          </w:p>
        </w:tc>
        <w:tc>
          <w:tcPr>
            <w:tcW w:w="4600" w:type="dxa"/>
          </w:tcPr>
          <w:p w14:paraId="448A7728" w14:textId="77777777" w:rsidR="001C7FD1" w:rsidRDefault="003F5285">
            <w:pPr>
              <w:spacing w:after="0" w:line="240" w:lineRule="auto"/>
            </w:pPr>
            <w:r>
              <w:rPr>
                <w:rFonts w:eastAsia="Arial"/>
              </w:rPr>
              <w:t>Complete where support timing, intensity or gaps need to be evidenced.</w:t>
            </w:r>
          </w:p>
        </w:tc>
      </w:tr>
      <w:tr w:rsidR="001C7FD1" w14:paraId="316F4FC9" w14:textId="77777777">
        <w:trPr>
          <w:cantSplit/>
        </w:trPr>
        <w:tc>
          <w:tcPr>
            <w:tcW w:w="900" w:type="dxa"/>
            <w:shd w:val="clear" w:color="auto" w:fill="F5F4EF"/>
          </w:tcPr>
          <w:p w14:paraId="0F990091" w14:textId="77777777" w:rsidR="001C7FD1" w:rsidRDefault="003F5285">
            <w:pPr>
              <w:spacing w:after="0" w:line="240" w:lineRule="auto"/>
              <w:jc w:val="center"/>
            </w:pPr>
            <w:r>
              <w:rPr>
                <w:rFonts w:eastAsia="Arial"/>
                <w:b/>
                <w:color w:val="4B1F26"/>
              </w:rPr>
              <w:t>18</w:t>
            </w:r>
          </w:p>
        </w:tc>
        <w:tc>
          <w:tcPr>
            <w:tcW w:w="4140" w:type="dxa"/>
            <w:shd w:val="clear" w:color="auto" w:fill="F5F4EF"/>
          </w:tcPr>
          <w:p w14:paraId="7BB77F15" w14:textId="77777777" w:rsidR="001C7FD1" w:rsidRDefault="003F5285">
            <w:pPr>
              <w:spacing w:after="0" w:line="240" w:lineRule="auto"/>
            </w:pPr>
            <w:r>
              <w:rPr>
                <w:rFonts w:eastAsia="Arial"/>
                <w:b/>
                <w:color w:val="4B1F26"/>
              </w:rPr>
              <w:t>Wara Yindi Practitioner Functional Summary and Assessment Plan</w:t>
            </w:r>
          </w:p>
        </w:tc>
        <w:tc>
          <w:tcPr>
            <w:tcW w:w="4600" w:type="dxa"/>
            <w:shd w:val="clear" w:color="auto" w:fill="F5F4EF"/>
          </w:tcPr>
          <w:p w14:paraId="4993429D" w14:textId="77777777" w:rsidR="001C7FD1" w:rsidRDefault="003F5285">
            <w:pPr>
              <w:spacing w:after="0" w:line="240" w:lineRule="auto"/>
            </w:pPr>
            <w:r>
              <w:rPr>
                <w:rFonts w:eastAsia="Arial"/>
              </w:rPr>
              <w:t>Practitioner use after intake, interview and evidence review.</w:t>
            </w:r>
          </w:p>
        </w:tc>
      </w:tr>
    </w:tbl>
    <w:p w14:paraId="1654A831" w14:textId="77777777" w:rsidR="001C7FD1" w:rsidRDefault="003F5285">
      <w:r>
        <w:br w:type="page"/>
      </w:r>
    </w:p>
    <w:p w14:paraId="48C50EEE" w14:textId="77777777" w:rsidR="001C7FD1" w:rsidRDefault="003F5285">
      <w:pPr>
        <w:pStyle w:val="Heading1"/>
      </w:pPr>
      <w:r>
        <w:lastRenderedPageBreak/>
        <w:t>1. Assessment context, person details and consent</w:t>
      </w:r>
    </w:p>
    <w:p w14:paraId="4ADAA3F7" w14:textId="77777777" w:rsidR="001C7FD1" w:rsidRDefault="003F5285">
      <w:pPr>
        <w:spacing w:after="160" w:line="269" w:lineRule="auto"/>
      </w:pPr>
      <w:r>
        <w:rPr>
          <w:rFonts w:eastAsia="Arial"/>
        </w:rPr>
        <w:t>Complete the information below before the detailed functional profiles. Use the person's preferred words, communication methods and identity terms.</w:t>
      </w:r>
    </w:p>
    <w:p w14:paraId="40D11CF6" w14:textId="77777777" w:rsidR="001C7FD1" w:rsidRDefault="003F5285">
      <w:pPr>
        <w:pStyle w:val="Heading2"/>
      </w:pPr>
      <w:r>
        <w:t>1.1 Assessment administration</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100"/>
        <w:gridCol w:w="6540"/>
      </w:tblGrid>
      <w:tr w:rsidR="001C7FD1" w14:paraId="300DC92A" w14:textId="77777777">
        <w:trPr>
          <w:cantSplit/>
          <w:tblHeader/>
        </w:trPr>
        <w:tc>
          <w:tcPr>
            <w:tcW w:w="3100" w:type="dxa"/>
            <w:shd w:val="clear" w:color="auto" w:fill="4B1F26"/>
            <w:tcMar>
              <w:top w:w="90" w:type="dxa"/>
              <w:left w:w="120" w:type="dxa"/>
              <w:bottom w:w="90" w:type="dxa"/>
              <w:right w:w="120" w:type="dxa"/>
            </w:tcMar>
            <w:vAlign w:val="center"/>
          </w:tcPr>
          <w:p w14:paraId="3150E83A" w14:textId="77777777" w:rsidR="001C7FD1" w:rsidRDefault="003F5285">
            <w:pPr>
              <w:spacing w:after="0" w:line="240" w:lineRule="auto"/>
            </w:pPr>
            <w:r>
              <w:rPr>
                <w:rFonts w:eastAsia="Arial"/>
                <w:b/>
                <w:color w:val="FFFFFF"/>
              </w:rPr>
              <w:t>Information</w:t>
            </w:r>
          </w:p>
        </w:tc>
        <w:tc>
          <w:tcPr>
            <w:tcW w:w="6540" w:type="dxa"/>
            <w:shd w:val="clear" w:color="auto" w:fill="4B1F26"/>
            <w:tcMar>
              <w:top w:w="90" w:type="dxa"/>
              <w:left w:w="120" w:type="dxa"/>
              <w:bottom w:w="90" w:type="dxa"/>
              <w:right w:w="120" w:type="dxa"/>
            </w:tcMar>
            <w:vAlign w:val="center"/>
          </w:tcPr>
          <w:p w14:paraId="07E9D144" w14:textId="77777777" w:rsidR="001C7FD1" w:rsidRDefault="003F5285">
            <w:pPr>
              <w:spacing w:after="0" w:line="240" w:lineRule="auto"/>
            </w:pPr>
            <w:r>
              <w:rPr>
                <w:rFonts w:eastAsia="Arial"/>
                <w:b/>
                <w:color w:val="FFFFFF"/>
              </w:rPr>
              <w:t>Response</w:t>
            </w:r>
          </w:p>
        </w:tc>
      </w:tr>
      <w:tr w:rsidR="001C7FD1" w14:paraId="41E2BBCE" w14:textId="77777777">
        <w:trPr>
          <w:cantSplit/>
        </w:trPr>
        <w:tc>
          <w:tcPr>
            <w:tcW w:w="3100" w:type="dxa"/>
            <w:shd w:val="clear" w:color="auto" w:fill="EEECE1"/>
          </w:tcPr>
          <w:p w14:paraId="1BEB1139" w14:textId="77777777" w:rsidR="001C7FD1" w:rsidRDefault="003F5285">
            <w:pPr>
              <w:spacing w:after="0" w:line="240" w:lineRule="auto"/>
            </w:pPr>
            <w:r>
              <w:rPr>
                <w:rFonts w:eastAsia="Arial"/>
                <w:b/>
                <w:color w:val="4B1F26"/>
              </w:rPr>
              <w:t>Date intake commenced</w:t>
            </w:r>
          </w:p>
        </w:tc>
        <w:tc>
          <w:tcPr>
            <w:tcW w:w="6540" w:type="dxa"/>
          </w:tcPr>
          <w:p w14:paraId="24007DB1" w14:textId="77777777" w:rsidR="001C7FD1" w:rsidRDefault="003F5285">
            <w:pPr>
              <w:spacing w:after="0" w:line="240" w:lineRule="auto"/>
            </w:pPr>
            <w:sdt>
              <w:sdtPr>
                <w:alias w:val="D001"/>
                <w:tag w:val="D001"/>
                <w:id w:val="100001"/>
                <w:text/>
              </w:sdtPr>
              <w:sdtEndPr/>
              <w:sdtContent>
                <w:r>
                  <w:rPr>
                    <w:rFonts w:eastAsia="Arial"/>
                    <w:color w:val="555555"/>
                  </w:rPr>
                  <w:t>DD/MM/YYYY</w:t>
                </w:r>
              </w:sdtContent>
            </w:sdt>
          </w:p>
        </w:tc>
      </w:tr>
      <w:tr w:rsidR="001C7FD1" w14:paraId="7A5B8535" w14:textId="77777777">
        <w:trPr>
          <w:cantSplit/>
        </w:trPr>
        <w:tc>
          <w:tcPr>
            <w:tcW w:w="3100" w:type="dxa"/>
            <w:shd w:val="clear" w:color="auto" w:fill="EEECE1"/>
          </w:tcPr>
          <w:p w14:paraId="324B92C5" w14:textId="77777777" w:rsidR="001C7FD1" w:rsidRDefault="003F5285">
            <w:pPr>
              <w:spacing w:after="0" w:line="240" w:lineRule="auto"/>
            </w:pPr>
            <w:r>
              <w:rPr>
                <w:rFonts w:eastAsia="Arial"/>
                <w:b/>
                <w:color w:val="4B1F26"/>
              </w:rPr>
              <w:t>Date intake completed</w:t>
            </w:r>
          </w:p>
        </w:tc>
        <w:tc>
          <w:tcPr>
            <w:tcW w:w="6540" w:type="dxa"/>
            <w:shd w:val="clear" w:color="auto" w:fill="F5F4EF"/>
          </w:tcPr>
          <w:p w14:paraId="184A6D9B" w14:textId="77777777" w:rsidR="001C7FD1" w:rsidRDefault="003F5285">
            <w:pPr>
              <w:spacing w:after="0" w:line="240" w:lineRule="auto"/>
            </w:pPr>
            <w:sdt>
              <w:sdtPr>
                <w:alias w:val="D002"/>
                <w:tag w:val="D002"/>
                <w:id w:val="100002"/>
                <w:text/>
              </w:sdtPr>
              <w:sdtEndPr/>
              <w:sdtContent>
                <w:r>
                  <w:rPr>
                    <w:rFonts w:eastAsia="Arial"/>
                    <w:color w:val="555555"/>
                  </w:rPr>
                  <w:t>DD/MM/YYYY</w:t>
                </w:r>
              </w:sdtContent>
            </w:sdt>
          </w:p>
        </w:tc>
      </w:tr>
      <w:tr w:rsidR="001C7FD1" w14:paraId="79AF3123" w14:textId="77777777">
        <w:trPr>
          <w:cantSplit/>
        </w:trPr>
        <w:tc>
          <w:tcPr>
            <w:tcW w:w="3100" w:type="dxa"/>
            <w:shd w:val="clear" w:color="auto" w:fill="EEECE1"/>
          </w:tcPr>
          <w:p w14:paraId="24124169" w14:textId="77777777" w:rsidR="001C7FD1" w:rsidRDefault="003F5285">
            <w:pPr>
              <w:spacing w:after="0" w:line="240" w:lineRule="auto"/>
            </w:pPr>
            <w:r>
              <w:rPr>
                <w:rFonts w:eastAsia="Arial"/>
                <w:b/>
                <w:color w:val="4B1F26"/>
              </w:rPr>
              <w:t>Wara Yindi practitioner</w:t>
            </w:r>
          </w:p>
        </w:tc>
        <w:tc>
          <w:tcPr>
            <w:tcW w:w="6540" w:type="dxa"/>
          </w:tcPr>
          <w:p w14:paraId="6B64160F" w14:textId="77777777" w:rsidR="001C7FD1" w:rsidRDefault="003F5285">
            <w:pPr>
              <w:spacing w:after="0" w:line="240" w:lineRule="auto"/>
            </w:pPr>
            <w:sdt>
              <w:sdtPr>
                <w:alias w:val="T003"/>
                <w:tag w:val="T003"/>
                <w:id w:val="100003"/>
                <w:text/>
              </w:sdtPr>
              <w:sdtEndPr/>
              <w:sdtContent>
                <w:r>
                  <w:rPr>
                    <w:rFonts w:eastAsia="Arial"/>
                    <w:color w:val="555555"/>
                  </w:rPr>
                  <w:t>Click or tap to type</w:t>
                </w:r>
              </w:sdtContent>
            </w:sdt>
          </w:p>
        </w:tc>
      </w:tr>
      <w:tr w:rsidR="001C7FD1" w14:paraId="1CA375DF" w14:textId="77777777">
        <w:trPr>
          <w:cantSplit/>
        </w:trPr>
        <w:tc>
          <w:tcPr>
            <w:tcW w:w="3100" w:type="dxa"/>
            <w:shd w:val="clear" w:color="auto" w:fill="EEECE1"/>
          </w:tcPr>
          <w:p w14:paraId="50FCF6F0" w14:textId="77777777" w:rsidR="001C7FD1" w:rsidRDefault="003F5285">
            <w:pPr>
              <w:spacing w:after="0" w:line="240" w:lineRule="auto"/>
            </w:pPr>
            <w:r>
              <w:rPr>
                <w:rFonts w:eastAsia="Arial"/>
                <w:b/>
                <w:color w:val="4B1F26"/>
              </w:rPr>
              <w:t>Referral source and contact</w:t>
            </w:r>
          </w:p>
        </w:tc>
        <w:tc>
          <w:tcPr>
            <w:tcW w:w="6540" w:type="dxa"/>
            <w:shd w:val="clear" w:color="auto" w:fill="F5F4EF"/>
          </w:tcPr>
          <w:p w14:paraId="139A2C55" w14:textId="77777777" w:rsidR="001C7FD1" w:rsidRDefault="003F5285">
            <w:pPr>
              <w:spacing w:after="0" w:line="240" w:lineRule="auto"/>
            </w:pPr>
            <w:sdt>
              <w:sdtPr>
                <w:alias w:val="T004"/>
                <w:tag w:val="T004"/>
                <w:id w:val="100004"/>
                <w:text/>
              </w:sdtPr>
              <w:sdtEndPr/>
              <w:sdtContent>
                <w:r>
                  <w:rPr>
                    <w:rFonts w:eastAsia="Arial"/>
                    <w:color w:val="555555"/>
                  </w:rPr>
                  <w:t>Click or tap to type</w:t>
                </w:r>
              </w:sdtContent>
            </w:sdt>
          </w:p>
        </w:tc>
      </w:tr>
      <w:tr w:rsidR="001C7FD1" w14:paraId="47E23B21" w14:textId="77777777">
        <w:trPr>
          <w:cantSplit/>
        </w:trPr>
        <w:tc>
          <w:tcPr>
            <w:tcW w:w="3100" w:type="dxa"/>
            <w:shd w:val="clear" w:color="auto" w:fill="EEECE1"/>
          </w:tcPr>
          <w:p w14:paraId="45EDC04E" w14:textId="77777777" w:rsidR="001C7FD1" w:rsidRDefault="003F5285">
            <w:pPr>
              <w:spacing w:after="0" w:line="240" w:lineRule="auto"/>
            </w:pPr>
            <w:r>
              <w:rPr>
                <w:rFonts w:eastAsia="Arial"/>
                <w:b/>
                <w:color w:val="4B1F26"/>
              </w:rPr>
              <w:t>Reason for the Functional Needs Analysis</w:t>
            </w:r>
          </w:p>
        </w:tc>
        <w:tc>
          <w:tcPr>
            <w:tcW w:w="6540" w:type="dxa"/>
          </w:tcPr>
          <w:p w14:paraId="4CF75770" w14:textId="77777777" w:rsidR="001C7FD1" w:rsidRDefault="003F5285">
            <w:pPr>
              <w:spacing w:after="0" w:line="240" w:lineRule="auto"/>
            </w:pPr>
            <w:sdt>
              <w:sdtPr>
                <w:alias w:val="T005"/>
                <w:tag w:val="T005"/>
                <w:id w:val="100005"/>
                <w:text/>
              </w:sdtPr>
              <w:sdtEndPr/>
              <w:sdtContent>
                <w:r>
                  <w:rPr>
                    <w:rFonts w:eastAsia="Arial"/>
                    <w:color w:val="555555"/>
                  </w:rPr>
                  <w:t>Click or tap to type</w:t>
                </w:r>
              </w:sdtContent>
            </w:sdt>
          </w:p>
        </w:tc>
      </w:tr>
      <w:tr w:rsidR="001C7FD1" w14:paraId="1F0EEF1B" w14:textId="77777777">
        <w:trPr>
          <w:cantSplit/>
        </w:trPr>
        <w:tc>
          <w:tcPr>
            <w:tcW w:w="3100" w:type="dxa"/>
            <w:shd w:val="clear" w:color="auto" w:fill="EEECE1"/>
          </w:tcPr>
          <w:p w14:paraId="4D0339DA" w14:textId="77777777" w:rsidR="001C7FD1" w:rsidRDefault="003F5285">
            <w:pPr>
              <w:spacing w:after="0" w:line="240" w:lineRule="auto"/>
            </w:pPr>
            <w:r>
              <w:rPr>
                <w:rFonts w:eastAsia="Arial"/>
                <w:b/>
                <w:color w:val="4B1F26"/>
              </w:rPr>
              <w:t>Intended use of the report</w:t>
            </w:r>
          </w:p>
          <w:p w14:paraId="0FCF4A5F" w14:textId="77777777" w:rsidR="001C7FD1" w:rsidRDefault="003F5285">
            <w:pPr>
              <w:spacing w:after="0" w:line="240" w:lineRule="auto"/>
            </w:pPr>
            <w:r>
              <w:rPr>
                <w:rFonts w:eastAsia="Arial"/>
                <w:i/>
                <w:color w:val="666666"/>
              </w:rPr>
              <w:t>For example: NDIS access, plan reassessment, support planning, education, housing or service review.</w:t>
            </w:r>
          </w:p>
        </w:tc>
        <w:tc>
          <w:tcPr>
            <w:tcW w:w="6540" w:type="dxa"/>
            <w:shd w:val="clear" w:color="auto" w:fill="F5F4EF"/>
          </w:tcPr>
          <w:p w14:paraId="1E64E0C0" w14:textId="77777777" w:rsidR="001C7FD1" w:rsidRDefault="003F5285">
            <w:pPr>
              <w:spacing w:after="0" w:line="240" w:lineRule="auto"/>
            </w:pPr>
            <w:sdt>
              <w:sdtPr>
                <w:alias w:val="T006"/>
                <w:tag w:val="T006"/>
                <w:id w:val="100006"/>
                <w:text/>
              </w:sdtPr>
              <w:sdtEndPr/>
              <w:sdtContent>
                <w:r>
                  <w:rPr>
                    <w:rFonts w:eastAsia="Arial"/>
                    <w:color w:val="555555"/>
                  </w:rPr>
                  <w:t>Click or tap to type</w:t>
                </w:r>
              </w:sdtContent>
            </w:sdt>
          </w:p>
        </w:tc>
      </w:tr>
      <w:tr w:rsidR="001C7FD1" w14:paraId="110644F2" w14:textId="77777777">
        <w:trPr>
          <w:cantSplit/>
        </w:trPr>
        <w:tc>
          <w:tcPr>
            <w:tcW w:w="3100" w:type="dxa"/>
            <w:shd w:val="clear" w:color="auto" w:fill="EEECE1"/>
          </w:tcPr>
          <w:p w14:paraId="1AF7B1FB" w14:textId="77777777" w:rsidR="001C7FD1" w:rsidRDefault="003F5285">
            <w:pPr>
              <w:spacing w:after="0" w:line="240" w:lineRule="auto"/>
            </w:pPr>
            <w:r>
              <w:rPr>
                <w:rFonts w:eastAsia="Arial"/>
                <w:b/>
                <w:color w:val="4B1F26"/>
              </w:rPr>
              <w:t>Required report date or key deadline</w:t>
            </w:r>
          </w:p>
        </w:tc>
        <w:tc>
          <w:tcPr>
            <w:tcW w:w="6540" w:type="dxa"/>
          </w:tcPr>
          <w:p w14:paraId="2B73B57D" w14:textId="77777777" w:rsidR="001C7FD1" w:rsidRDefault="003F5285">
            <w:pPr>
              <w:spacing w:after="0" w:line="240" w:lineRule="auto"/>
            </w:pPr>
            <w:sdt>
              <w:sdtPr>
                <w:alias w:val="D007"/>
                <w:tag w:val="D007"/>
                <w:id w:val="100007"/>
                <w:text/>
              </w:sdtPr>
              <w:sdtEndPr/>
              <w:sdtContent>
                <w:r>
                  <w:rPr>
                    <w:rFonts w:eastAsia="Arial"/>
                    <w:color w:val="555555"/>
                  </w:rPr>
                  <w:t>DD/MM/YYYY</w:t>
                </w:r>
              </w:sdtContent>
            </w:sdt>
          </w:p>
        </w:tc>
      </w:tr>
      <w:tr w:rsidR="001C7FD1" w14:paraId="3B928C03" w14:textId="77777777">
        <w:trPr>
          <w:cantSplit/>
        </w:trPr>
        <w:tc>
          <w:tcPr>
            <w:tcW w:w="3100" w:type="dxa"/>
            <w:shd w:val="clear" w:color="auto" w:fill="EEECE1"/>
          </w:tcPr>
          <w:p w14:paraId="388FA4CC" w14:textId="77777777" w:rsidR="001C7FD1" w:rsidRDefault="003F5285">
            <w:pPr>
              <w:spacing w:after="0" w:line="240" w:lineRule="auto"/>
            </w:pPr>
            <w:r>
              <w:rPr>
                <w:rFonts w:eastAsia="Arial"/>
                <w:b/>
                <w:color w:val="4B1F26"/>
              </w:rPr>
              <w:t>Preferred assessment location / format</w:t>
            </w:r>
          </w:p>
        </w:tc>
        <w:tc>
          <w:tcPr>
            <w:tcW w:w="6540" w:type="dxa"/>
            <w:shd w:val="clear" w:color="auto" w:fill="F5F4EF"/>
          </w:tcPr>
          <w:p w14:paraId="79B1F861" w14:textId="77777777" w:rsidR="001C7FD1" w:rsidRDefault="003F5285">
            <w:pPr>
              <w:spacing w:after="0" w:line="240" w:lineRule="auto"/>
            </w:pPr>
            <w:sdt>
              <w:sdtPr>
                <w:alias w:val="T008"/>
                <w:tag w:val="T008"/>
                <w:id w:val="100008"/>
                <w:text/>
              </w:sdtPr>
              <w:sdtEndPr/>
              <w:sdtContent>
                <w:r>
                  <w:rPr>
                    <w:rFonts w:eastAsia="Arial"/>
                    <w:color w:val="555555"/>
                  </w:rPr>
                  <w:t>Click or tap to type</w:t>
                </w:r>
              </w:sdtContent>
            </w:sdt>
          </w:p>
        </w:tc>
      </w:tr>
      <w:tr w:rsidR="001C7FD1" w14:paraId="29527AB6" w14:textId="77777777">
        <w:trPr>
          <w:cantSplit/>
        </w:trPr>
        <w:tc>
          <w:tcPr>
            <w:tcW w:w="3100" w:type="dxa"/>
            <w:shd w:val="clear" w:color="auto" w:fill="EEECE1"/>
          </w:tcPr>
          <w:p w14:paraId="001222CA" w14:textId="77777777" w:rsidR="001C7FD1" w:rsidRDefault="003F5285">
            <w:pPr>
              <w:spacing w:after="0" w:line="240" w:lineRule="auto"/>
            </w:pPr>
            <w:r>
              <w:rPr>
                <w:rFonts w:eastAsia="Arial"/>
                <w:b/>
                <w:color w:val="4B1F26"/>
              </w:rPr>
              <w:t>Priority and urgency</w:t>
            </w:r>
          </w:p>
        </w:tc>
        <w:tc>
          <w:tcPr>
            <w:tcW w:w="6540" w:type="dxa"/>
          </w:tcPr>
          <w:p w14:paraId="52CD4EBD" w14:textId="77777777" w:rsidR="001C7FD1" w:rsidRDefault="003F5285">
            <w:pPr>
              <w:spacing w:after="0" w:line="240" w:lineRule="auto"/>
            </w:pPr>
            <w:sdt>
              <w:sdtPr>
                <w:alias w:val="S009"/>
                <w:tag w:val="S009"/>
                <w:id w:val="100009"/>
                <w:text/>
              </w:sdtPr>
              <w:sdtEndPr/>
              <w:sdtContent>
                <w:r>
                  <w:rPr>
                    <w:rFonts w:eastAsia="Arial"/>
                    <w:color w:val="555555"/>
                  </w:rPr>
                  <w:t>Click or tap to select/type</w:t>
                </w:r>
              </w:sdtContent>
            </w:sdt>
          </w:p>
        </w:tc>
      </w:tr>
    </w:tbl>
    <w:p w14:paraId="5C3A5542" w14:textId="77777777" w:rsidR="001C7FD1" w:rsidRDefault="003F5285">
      <w:pPr>
        <w:pStyle w:val="Heading2"/>
      </w:pPr>
      <w:r>
        <w:t>1.2 Person details</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100"/>
        <w:gridCol w:w="6540"/>
      </w:tblGrid>
      <w:tr w:rsidR="001C7FD1" w14:paraId="461BDFBA" w14:textId="77777777">
        <w:trPr>
          <w:cantSplit/>
          <w:tblHeader/>
        </w:trPr>
        <w:tc>
          <w:tcPr>
            <w:tcW w:w="3100" w:type="dxa"/>
            <w:shd w:val="clear" w:color="auto" w:fill="4B1F26"/>
            <w:tcMar>
              <w:top w:w="90" w:type="dxa"/>
              <w:left w:w="120" w:type="dxa"/>
              <w:bottom w:w="90" w:type="dxa"/>
              <w:right w:w="120" w:type="dxa"/>
            </w:tcMar>
            <w:vAlign w:val="center"/>
          </w:tcPr>
          <w:p w14:paraId="44E5A735" w14:textId="77777777" w:rsidR="001C7FD1" w:rsidRDefault="003F5285">
            <w:pPr>
              <w:spacing w:after="0" w:line="240" w:lineRule="auto"/>
            </w:pPr>
            <w:r>
              <w:rPr>
                <w:rFonts w:eastAsia="Arial"/>
                <w:b/>
                <w:color w:val="FFFFFF"/>
              </w:rPr>
              <w:t>Information</w:t>
            </w:r>
          </w:p>
        </w:tc>
        <w:tc>
          <w:tcPr>
            <w:tcW w:w="6540" w:type="dxa"/>
            <w:shd w:val="clear" w:color="auto" w:fill="4B1F26"/>
            <w:tcMar>
              <w:top w:w="90" w:type="dxa"/>
              <w:left w:w="120" w:type="dxa"/>
              <w:bottom w:w="90" w:type="dxa"/>
              <w:right w:w="120" w:type="dxa"/>
            </w:tcMar>
            <w:vAlign w:val="center"/>
          </w:tcPr>
          <w:p w14:paraId="394C7B1D" w14:textId="77777777" w:rsidR="001C7FD1" w:rsidRDefault="003F5285">
            <w:pPr>
              <w:spacing w:after="0" w:line="240" w:lineRule="auto"/>
            </w:pPr>
            <w:r>
              <w:rPr>
                <w:rFonts w:eastAsia="Arial"/>
                <w:b/>
                <w:color w:val="FFFFFF"/>
              </w:rPr>
              <w:t>Response</w:t>
            </w:r>
          </w:p>
        </w:tc>
      </w:tr>
      <w:tr w:rsidR="001C7FD1" w14:paraId="765CBE03" w14:textId="77777777">
        <w:trPr>
          <w:cantSplit/>
        </w:trPr>
        <w:tc>
          <w:tcPr>
            <w:tcW w:w="3100" w:type="dxa"/>
            <w:shd w:val="clear" w:color="auto" w:fill="EEECE1"/>
          </w:tcPr>
          <w:p w14:paraId="3662B465" w14:textId="77777777" w:rsidR="001C7FD1" w:rsidRDefault="003F5285">
            <w:pPr>
              <w:spacing w:after="0" w:line="240" w:lineRule="auto"/>
            </w:pPr>
            <w:r>
              <w:rPr>
                <w:rFonts w:eastAsia="Arial"/>
                <w:b/>
                <w:color w:val="4B1F26"/>
              </w:rPr>
              <w:t>Full legal name</w:t>
            </w:r>
          </w:p>
        </w:tc>
        <w:tc>
          <w:tcPr>
            <w:tcW w:w="6540" w:type="dxa"/>
          </w:tcPr>
          <w:p w14:paraId="03AF47A9" w14:textId="77777777" w:rsidR="001C7FD1" w:rsidRDefault="003F5285">
            <w:pPr>
              <w:spacing w:after="0" w:line="240" w:lineRule="auto"/>
            </w:pPr>
            <w:sdt>
              <w:sdtPr>
                <w:alias w:val="T010"/>
                <w:tag w:val="T010"/>
                <w:id w:val="100010"/>
                <w:text/>
              </w:sdtPr>
              <w:sdtEndPr/>
              <w:sdtContent>
                <w:r>
                  <w:rPr>
                    <w:rFonts w:eastAsia="Arial"/>
                    <w:color w:val="555555"/>
                  </w:rPr>
                  <w:t>Click or tap to type</w:t>
                </w:r>
              </w:sdtContent>
            </w:sdt>
          </w:p>
        </w:tc>
      </w:tr>
      <w:tr w:rsidR="001C7FD1" w14:paraId="2EC46718" w14:textId="77777777">
        <w:trPr>
          <w:cantSplit/>
        </w:trPr>
        <w:tc>
          <w:tcPr>
            <w:tcW w:w="3100" w:type="dxa"/>
            <w:shd w:val="clear" w:color="auto" w:fill="EEECE1"/>
          </w:tcPr>
          <w:p w14:paraId="5EF26BF4" w14:textId="77777777" w:rsidR="001C7FD1" w:rsidRDefault="003F5285">
            <w:pPr>
              <w:spacing w:after="0" w:line="240" w:lineRule="auto"/>
            </w:pPr>
            <w:r>
              <w:rPr>
                <w:rFonts w:eastAsia="Arial"/>
                <w:b/>
                <w:color w:val="4B1F26"/>
              </w:rPr>
              <w:t>Preferred name</w:t>
            </w:r>
          </w:p>
        </w:tc>
        <w:tc>
          <w:tcPr>
            <w:tcW w:w="6540" w:type="dxa"/>
            <w:shd w:val="clear" w:color="auto" w:fill="F5F4EF"/>
          </w:tcPr>
          <w:p w14:paraId="15245B04" w14:textId="77777777" w:rsidR="001C7FD1" w:rsidRDefault="003F5285">
            <w:pPr>
              <w:spacing w:after="0" w:line="240" w:lineRule="auto"/>
            </w:pPr>
            <w:sdt>
              <w:sdtPr>
                <w:alias w:val="T011"/>
                <w:tag w:val="T011"/>
                <w:id w:val="100011"/>
                <w:text/>
              </w:sdtPr>
              <w:sdtEndPr/>
              <w:sdtContent>
                <w:r>
                  <w:rPr>
                    <w:rFonts w:eastAsia="Arial"/>
                    <w:color w:val="555555"/>
                  </w:rPr>
                  <w:t>Click or tap to type</w:t>
                </w:r>
              </w:sdtContent>
            </w:sdt>
          </w:p>
        </w:tc>
      </w:tr>
      <w:tr w:rsidR="001C7FD1" w14:paraId="0069A577" w14:textId="77777777">
        <w:trPr>
          <w:cantSplit/>
        </w:trPr>
        <w:tc>
          <w:tcPr>
            <w:tcW w:w="3100" w:type="dxa"/>
            <w:shd w:val="clear" w:color="auto" w:fill="EEECE1"/>
          </w:tcPr>
          <w:p w14:paraId="3FB3D7DD" w14:textId="77777777" w:rsidR="001C7FD1" w:rsidRDefault="003F5285">
            <w:pPr>
              <w:spacing w:after="0" w:line="240" w:lineRule="auto"/>
            </w:pPr>
            <w:r>
              <w:rPr>
                <w:rFonts w:eastAsia="Arial"/>
                <w:b/>
                <w:color w:val="4B1F26"/>
              </w:rPr>
              <w:t>Pronouns</w:t>
            </w:r>
          </w:p>
        </w:tc>
        <w:tc>
          <w:tcPr>
            <w:tcW w:w="6540" w:type="dxa"/>
          </w:tcPr>
          <w:p w14:paraId="716D1272" w14:textId="77777777" w:rsidR="001C7FD1" w:rsidRDefault="003F5285">
            <w:pPr>
              <w:spacing w:after="0" w:line="240" w:lineRule="auto"/>
            </w:pPr>
            <w:sdt>
              <w:sdtPr>
                <w:alias w:val="T012"/>
                <w:tag w:val="T012"/>
                <w:id w:val="100012"/>
                <w:text/>
              </w:sdtPr>
              <w:sdtEndPr/>
              <w:sdtContent>
                <w:r>
                  <w:rPr>
                    <w:rFonts w:eastAsia="Arial"/>
                    <w:color w:val="555555"/>
                  </w:rPr>
                  <w:t>Click or tap to type</w:t>
                </w:r>
              </w:sdtContent>
            </w:sdt>
          </w:p>
        </w:tc>
      </w:tr>
      <w:tr w:rsidR="001C7FD1" w14:paraId="43B1B1C7" w14:textId="77777777">
        <w:trPr>
          <w:cantSplit/>
        </w:trPr>
        <w:tc>
          <w:tcPr>
            <w:tcW w:w="3100" w:type="dxa"/>
            <w:shd w:val="clear" w:color="auto" w:fill="EEECE1"/>
          </w:tcPr>
          <w:p w14:paraId="6FFD780E" w14:textId="77777777" w:rsidR="001C7FD1" w:rsidRDefault="003F5285">
            <w:pPr>
              <w:spacing w:after="0" w:line="240" w:lineRule="auto"/>
            </w:pPr>
            <w:r>
              <w:rPr>
                <w:rFonts w:eastAsia="Arial"/>
                <w:b/>
                <w:color w:val="4B1F26"/>
              </w:rPr>
              <w:t>Date of birth and current age</w:t>
            </w:r>
          </w:p>
        </w:tc>
        <w:tc>
          <w:tcPr>
            <w:tcW w:w="6540" w:type="dxa"/>
            <w:shd w:val="clear" w:color="auto" w:fill="F5F4EF"/>
          </w:tcPr>
          <w:p w14:paraId="69F3A945" w14:textId="77777777" w:rsidR="001C7FD1" w:rsidRDefault="003F5285">
            <w:pPr>
              <w:spacing w:after="0" w:line="240" w:lineRule="auto"/>
            </w:pPr>
            <w:sdt>
              <w:sdtPr>
                <w:alias w:val="D013"/>
                <w:tag w:val="D013"/>
                <w:id w:val="100013"/>
                <w:text/>
              </w:sdtPr>
              <w:sdtEndPr/>
              <w:sdtContent>
                <w:r>
                  <w:rPr>
                    <w:rFonts w:eastAsia="Arial"/>
                    <w:color w:val="555555"/>
                  </w:rPr>
                  <w:t>DD/MM/YYYY</w:t>
                </w:r>
              </w:sdtContent>
            </w:sdt>
          </w:p>
        </w:tc>
      </w:tr>
      <w:tr w:rsidR="001C7FD1" w14:paraId="1EDEF490" w14:textId="77777777">
        <w:trPr>
          <w:cantSplit/>
        </w:trPr>
        <w:tc>
          <w:tcPr>
            <w:tcW w:w="3100" w:type="dxa"/>
            <w:shd w:val="clear" w:color="auto" w:fill="EEECE1"/>
          </w:tcPr>
          <w:p w14:paraId="12FE06D9" w14:textId="77777777" w:rsidR="001C7FD1" w:rsidRDefault="003F5285">
            <w:pPr>
              <w:spacing w:after="0" w:line="240" w:lineRule="auto"/>
            </w:pPr>
            <w:r>
              <w:rPr>
                <w:rFonts w:eastAsia="Arial"/>
                <w:b/>
                <w:color w:val="4B1F26"/>
              </w:rPr>
              <w:t>Address / usual residence</w:t>
            </w:r>
          </w:p>
        </w:tc>
        <w:tc>
          <w:tcPr>
            <w:tcW w:w="6540" w:type="dxa"/>
          </w:tcPr>
          <w:p w14:paraId="3659675C" w14:textId="77777777" w:rsidR="001C7FD1" w:rsidRDefault="003F5285">
            <w:pPr>
              <w:spacing w:after="0" w:line="240" w:lineRule="auto"/>
            </w:pPr>
            <w:sdt>
              <w:sdtPr>
                <w:alias w:val="T014"/>
                <w:tag w:val="T014"/>
                <w:id w:val="100014"/>
                <w:text/>
              </w:sdtPr>
              <w:sdtEndPr/>
              <w:sdtContent>
                <w:r>
                  <w:rPr>
                    <w:rFonts w:eastAsia="Arial"/>
                    <w:color w:val="555555"/>
                  </w:rPr>
                  <w:t>Click or tap to type</w:t>
                </w:r>
              </w:sdtContent>
            </w:sdt>
          </w:p>
        </w:tc>
      </w:tr>
      <w:tr w:rsidR="001C7FD1" w14:paraId="2DA6655C" w14:textId="77777777">
        <w:trPr>
          <w:cantSplit/>
        </w:trPr>
        <w:tc>
          <w:tcPr>
            <w:tcW w:w="3100" w:type="dxa"/>
            <w:shd w:val="clear" w:color="auto" w:fill="EEECE1"/>
          </w:tcPr>
          <w:p w14:paraId="6A58FE5E" w14:textId="77777777" w:rsidR="001C7FD1" w:rsidRDefault="003F5285">
            <w:pPr>
              <w:spacing w:after="0" w:line="240" w:lineRule="auto"/>
            </w:pPr>
            <w:r>
              <w:rPr>
                <w:rFonts w:eastAsia="Arial"/>
                <w:b/>
                <w:color w:val="4B1F26"/>
              </w:rPr>
              <w:t>Phone and email</w:t>
            </w:r>
          </w:p>
        </w:tc>
        <w:tc>
          <w:tcPr>
            <w:tcW w:w="6540" w:type="dxa"/>
            <w:shd w:val="clear" w:color="auto" w:fill="F5F4EF"/>
          </w:tcPr>
          <w:p w14:paraId="732355FB" w14:textId="77777777" w:rsidR="001C7FD1" w:rsidRDefault="003F5285">
            <w:pPr>
              <w:spacing w:after="0" w:line="240" w:lineRule="auto"/>
            </w:pPr>
            <w:sdt>
              <w:sdtPr>
                <w:alias w:val="T015"/>
                <w:tag w:val="T015"/>
                <w:id w:val="100015"/>
                <w:text/>
              </w:sdtPr>
              <w:sdtEndPr/>
              <w:sdtContent>
                <w:r>
                  <w:rPr>
                    <w:rFonts w:eastAsia="Arial"/>
                    <w:color w:val="555555"/>
                  </w:rPr>
                  <w:t>Click or tap to type</w:t>
                </w:r>
              </w:sdtContent>
            </w:sdt>
          </w:p>
        </w:tc>
      </w:tr>
      <w:tr w:rsidR="001C7FD1" w14:paraId="3D79D1B3" w14:textId="77777777">
        <w:trPr>
          <w:cantSplit/>
        </w:trPr>
        <w:tc>
          <w:tcPr>
            <w:tcW w:w="3100" w:type="dxa"/>
            <w:shd w:val="clear" w:color="auto" w:fill="EEECE1"/>
          </w:tcPr>
          <w:p w14:paraId="638B58E8" w14:textId="77777777" w:rsidR="001C7FD1" w:rsidRDefault="003F5285">
            <w:pPr>
              <w:spacing w:after="0" w:line="240" w:lineRule="auto"/>
            </w:pPr>
            <w:r>
              <w:rPr>
                <w:rFonts w:eastAsia="Arial"/>
                <w:b/>
                <w:color w:val="4B1F26"/>
              </w:rPr>
              <w:t>NDIS number, if applicable</w:t>
            </w:r>
          </w:p>
        </w:tc>
        <w:tc>
          <w:tcPr>
            <w:tcW w:w="6540" w:type="dxa"/>
          </w:tcPr>
          <w:p w14:paraId="73DE97FE" w14:textId="77777777" w:rsidR="001C7FD1" w:rsidRDefault="003F5285">
            <w:pPr>
              <w:spacing w:after="0" w:line="240" w:lineRule="auto"/>
            </w:pPr>
            <w:sdt>
              <w:sdtPr>
                <w:alias w:val="T016"/>
                <w:tag w:val="T016"/>
                <w:id w:val="100016"/>
                <w:text/>
              </w:sdtPr>
              <w:sdtEndPr/>
              <w:sdtContent>
                <w:r>
                  <w:rPr>
                    <w:rFonts w:eastAsia="Arial"/>
                    <w:color w:val="555555"/>
                  </w:rPr>
                  <w:t>Click or tap to type</w:t>
                </w:r>
              </w:sdtContent>
            </w:sdt>
          </w:p>
        </w:tc>
      </w:tr>
      <w:tr w:rsidR="001C7FD1" w14:paraId="16CEC920" w14:textId="77777777">
        <w:trPr>
          <w:cantSplit/>
        </w:trPr>
        <w:tc>
          <w:tcPr>
            <w:tcW w:w="3100" w:type="dxa"/>
            <w:shd w:val="clear" w:color="auto" w:fill="EEECE1"/>
          </w:tcPr>
          <w:p w14:paraId="056EA58F" w14:textId="77777777" w:rsidR="001C7FD1" w:rsidRDefault="003F5285">
            <w:pPr>
              <w:spacing w:after="0" w:line="240" w:lineRule="auto"/>
            </w:pPr>
            <w:r>
              <w:rPr>
                <w:rFonts w:eastAsia="Arial"/>
                <w:b/>
                <w:color w:val="4B1F26"/>
              </w:rPr>
              <w:t>NDIS plan dates and management type</w:t>
            </w:r>
          </w:p>
        </w:tc>
        <w:tc>
          <w:tcPr>
            <w:tcW w:w="6540" w:type="dxa"/>
            <w:shd w:val="clear" w:color="auto" w:fill="F5F4EF"/>
          </w:tcPr>
          <w:p w14:paraId="00D21726" w14:textId="77777777" w:rsidR="001C7FD1" w:rsidRDefault="003F5285">
            <w:pPr>
              <w:spacing w:after="0" w:line="240" w:lineRule="auto"/>
            </w:pPr>
            <w:sdt>
              <w:sdtPr>
                <w:alias w:val="T017"/>
                <w:tag w:val="T017"/>
                <w:id w:val="100017"/>
                <w:text/>
              </w:sdtPr>
              <w:sdtEndPr/>
              <w:sdtContent>
                <w:r>
                  <w:rPr>
                    <w:rFonts w:eastAsia="Arial"/>
                    <w:color w:val="555555"/>
                  </w:rPr>
                  <w:t>Click or tap to type</w:t>
                </w:r>
              </w:sdtContent>
            </w:sdt>
          </w:p>
        </w:tc>
      </w:tr>
      <w:tr w:rsidR="001C7FD1" w14:paraId="30AD7115" w14:textId="77777777">
        <w:trPr>
          <w:cantSplit/>
        </w:trPr>
        <w:tc>
          <w:tcPr>
            <w:tcW w:w="3100" w:type="dxa"/>
            <w:shd w:val="clear" w:color="auto" w:fill="EEECE1"/>
          </w:tcPr>
          <w:p w14:paraId="16068C92" w14:textId="77777777" w:rsidR="001C7FD1" w:rsidRDefault="003F5285">
            <w:pPr>
              <w:spacing w:after="0" w:line="240" w:lineRule="auto"/>
            </w:pPr>
            <w:r>
              <w:rPr>
                <w:rFonts w:eastAsia="Arial"/>
                <w:b/>
                <w:color w:val="4B1F26"/>
              </w:rPr>
              <w:t>Primary disability / diagnosis</w:t>
            </w:r>
          </w:p>
        </w:tc>
        <w:tc>
          <w:tcPr>
            <w:tcW w:w="6540" w:type="dxa"/>
          </w:tcPr>
          <w:p w14:paraId="144B8802" w14:textId="77777777" w:rsidR="001C7FD1" w:rsidRDefault="003F5285">
            <w:pPr>
              <w:spacing w:after="0" w:line="240" w:lineRule="auto"/>
            </w:pPr>
            <w:sdt>
              <w:sdtPr>
                <w:alias w:val="T018"/>
                <w:tag w:val="T018"/>
                <w:id w:val="100018"/>
                <w:text/>
              </w:sdtPr>
              <w:sdtEndPr/>
              <w:sdtContent>
                <w:r>
                  <w:rPr>
                    <w:rFonts w:eastAsia="Arial"/>
                    <w:color w:val="555555"/>
                  </w:rPr>
                  <w:t>Click or tap to type</w:t>
                </w:r>
              </w:sdtContent>
            </w:sdt>
          </w:p>
        </w:tc>
      </w:tr>
      <w:tr w:rsidR="001C7FD1" w14:paraId="5CA804A4" w14:textId="77777777">
        <w:trPr>
          <w:cantSplit/>
        </w:trPr>
        <w:tc>
          <w:tcPr>
            <w:tcW w:w="3100" w:type="dxa"/>
            <w:shd w:val="clear" w:color="auto" w:fill="EEECE1"/>
          </w:tcPr>
          <w:p w14:paraId="08D8053E" w14:textId="77777777" w:rsidR="001C7FD1" w:rsidRDefault="003F5285">
            <w:pPr>
              <w:spacing w:after="0" w:line="240" w:lineRule="auto"/>
            </w:pPr>
            <w:r>
              <w:rPr>
                <w:rFonts w:eastAsia="Arial"/>
                <w:b/>
                <w:color w:val="4B1F26"/>
              </w:rPr>
              <w:lastRenderedPageBreak/>
              <w:t>Other diagnoses, health conditions or access needs</w:t>
            </w:r>
          </w:p>
        </w:tc>
        <w:tc>
          <w:tcPr>
            <w:tcW w:w="6540" w:type="dxa"/>
            <w:shd w:val="clear" w:color="auto" w:fill="F5F4EF"/>
          </w:tcPr>
          <w:p w14:paraId="624DC5BE" w14:textId="77777777" w:rsidR="001C7FD1" w:rsidRDefault="003F5285">
            <w:pPr>
              <w:spacing w:after="0" w:line="240" w:lineRule="auto"/>
            </w:pPr>
            <w:sdt>
              <w:sdtPr>
                <w:alias w:val="T019"/>
                <w:tag w:val="T019"/>
                <w:id w:val="100019"/>
                <w:text/>
              </w:sdtPr>
              <w:sdtEndPr/>
              <w:sdtContent>
                <w:r>
                  <w:rPr>
                    <w:rFonts w:eastAsia="Arial"/>
                    <w:color w:val="555555"/>
                  </w:rPr>
                  <w:t>Click or tap to type</w:t>
                </w:r>
              </w:sdtContent>
            </w:sdt>
          </w:p>
        </w:tc>
      </w:tr>
      <w:tr w:rsidR="001C7FD1" w14:paraId="14AE9C93" w14:textId="77777777">
        <w:trPr>
          <w:cantSplit/>
        </w:trPr>
        <w:tc>
          <w:tcPr>
            <w:tcW w:w="3100" w:type="dxa"/>
            <w:shd w:val="clear" w:color="auto" w:fill="EEECE1"/>
          </w:tcPr>
          <w:p w14:paraId="34C6FE6A" w14:textId="77777777" w:rsidR="001C7FD1" w:rsidRDefault="003F5285">
            <w:pPr>
              <w:spacing w:after="0" w:line="240" w:lineRule="auto"/>
            </w:pPr>
            <w:r>
              <w:rPr>
                <w:rFonts w:eastAsia="Arial"/>
                <w:b/>
                <w:color w:val="4B1F26"/>
              </w:rPr>
              <w:t>School, day program, training or workplace</w:t>
            </w:r>
          </w:p>
        </w:tc>
        <w:tc>
          <w:tcPr>
            <w:tcW w:w="6540" w:type="dxa"/>
          </w:tcPr>
          <w:p w14:paraId="511B057E" w14:textId="77777777" w:rsidR="001C7FD1" w:rsidRDefault="003F5285">
            <w:pPr>
              <w:spacing w:after="0" w:line="240" w:lineRule="auto"/>
            </w:pPr>
            <w:sdt>
              <w:sdtPr>
                <w:alias w:val="T020"/>
                <w:tag w:val="T020"/>
                <w:id w:val="100020"/>
                <w:text/>
              </w:sdtPr>
              <w:sdtEndPr/>
              <w:sdtContent>
                <w:r>
                  <w:rPr>
                    <w:rFonts w:eastAsia="Arial"/>
                    <w:color w:val="555555"/>
                  </w:rPr>
                  <w:t>Click or tap to type</w:t>
                </w:r>
              </w:sdtContent>
            </w:sdt>
          </w:p>
        </w:tc>
      </w:tr>
      <w:tr w:rsidR="001C7FD1" w14:paraId="1B565DDC" w14:textId="77777777">
        <w:trPr>
          <w:cantSplit/>
        </w:trPr>
        <w:tc>
          <w:tcPr>
            <w:tcW w:w="3100" w:type="dxa"/>
            <w:shd w:val="clear" w:color="auto" w:fill="EEECE1"/>
          </w:tcPr>
          <w:p w14:paraId="09B9792A" w14:textId="77777777" w:rsidR="001C7FD1" w:rsidRDefault="003F5285">
            <w:pPr>
              <w:spacing w:after="0" w:line="240" w:lineRule="auto"/>
            </w:pPr>
            <w:r>
              <w:rPr>
                <w:rFonts w:eastAsia="Arial"/>
                <w:b/>
                <w:color w:val="4B1F26"/>
              </w:rPr>
              <w:t>Living arrangement and household members</w:t>
            </w:r>
          </w:p>
        </w:tc>
        <w:tc>
          <w:tcPr>
            <w:tcW w:w="6540" w:type="dxa"/>
            <w:shd w:val="clear" w:color="auto" w:fill="F5F4EF"/>
          </w:tcPr>
          <w:p w14:paraId="2B69F7DB" w14:textId="77777777" w:rsidR="001C7FD1" w:rsidRDefault="003F5285">
            <w:pPr>
              <w:spacing w:after="0" w:line="240" w:lineRule="auto"/>
            </w:pPr>
            <w:sdt>
              <w:sdtPr>
                <w:alias w:val="T021"/>
                <w:tag w:val="T021"/>
                <w:id w:val="100021"/>
                <w:text/>
              </w:sdtPr>
              <w:sdtEndPr/>
              <w:sdtContent>
                <w:r>
                  <w:rPr>
                    <w:rFonts w:eastAsia="Arial"/>
                    <w:color w:val="555555"/>
                  </w:rPr>
                  <w:t>Click or tap to type</w:t>
                </w:r>
              </w:sdtContent>
            </w:sdt>
          </w:p>
        </w:tc>
      </w:tr>
    </w:tbl>
    <w:p w14:paraId="5B5B7778" w14:textId="77777777" w:rsidR="001C7FD1" w:rsidRDefault="003F5285">
      <w:pPr>
        <w:pStyle w:val="Heading2"/>
      </w:pPr>
      <w:r>
        <w:t>1.3 Person completing this form</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100"/>
        <w:gridCol w:w="6540"/>
      </w:tblGrid>
      <w:tr w:rsidR="001C7FD1" w14:paraId="513109E8" w14:textId="77777777">
        <w:trPr>
          <w:cantSplit/>
          <w:tblHeader/>
        </w:trPr>
        <w:tc>
          <w:tcPr>
            <w:tcW w:w="3100" w:type="dxa"/>
            <w:shd w:val="clear" w:color="auto" w:fill="4B1F26"/>
            <w:tcMar>
              <w:top w:w="90" w:type="dxa"/>
              <w:left w:w="120" w:type="dxa"/>
              <w:bottom w:w="90" w:type="dxa"/>
              <w:right w:w="120" w:type="dxa"/>
            </w:tcMar>
            <w:vAlign w:val="center"/>
          </w:tcPr>
          <w:p w14:paraId="5F03196C" w14:textId="77777777" w:rsidR="001C7FD1" w:rsidRDefault="003F5285">
            <w:pPr>
              <w:spacing w:after="0" w:line="240" w:lineRule="auto"/>
            </w:pPr>
            <w:r>
              <w:rPr>
                <w:rFonts w:eastAsia="Arial"/>
                <w:b/>
                <w:color w:val="FFFFFF"/>
              </w:rPr>
              <w:t>Information</w:t>
            </w:r>
          </w:p>
        </w:tc>
        <w:tc>
          <w:tcPr>
            <w:tcW w:w="6540" w:type="dxa"/>
            <w:shd w:val="clear" w:color="auto" w:fill="4B1F26"/>
            <w:tcMar>
              <w:top w:w="90" w:type="dxa"/>
              <w:left w:w="120" w:type="dxa"/>
              <w:bottom w:w="90" w:type="dxa"/>
              <w:right w:w="120" w:type="dxa"/>
            </w:tcMar>
            <w:vAlign w:val="center"/>
          </w:tcPr>
          <w:p w14:paraId="14F3347B" w14:textId="77777777" w:rsidR="001C7FD1" w:rsidRDefault="003F5285">
            <w:pPr>
              <w:spacing w:after="0" w:line="240" w:lineRule="auto"/>
            </w:pPr>
            <w:r>
              <w:rPr>
                <w:rFonts w:eastAsia="Arial"/>
                <w:b/>
                <w:color w:val="FFFFFF"/>
              </w:rPr>
              <w:t>Response</w:t>
            </w:r>
          </w:p>
        </w:tc>
      </w:tr>
      <w:tr w:rsidR="001C7FD1" w14:paraId="5DA50C8A" w14:textId="77777777">
        <w:trPr>
          <w:cantSplit/>
        </w:trPr>
        <w:tc>
          <w:tcPr>
            <w:tcW w:w="3100" w:type="dxa"/>
            <w:shd w:val="clear" w:color="auto" w:fill="EEECE1"/>
          </w:tcPr>
          <w:p w14:paraId="6155DE19" w14:textId="77777777" w:rsidR="001C7FD1" w:rsidRDefault="003F5285">
            <w:pPr>
              <w:spacing w:after="0" w:line="240" w:lineRule="auto"/>
            </w:pPr>
            <w:r>
              <w:rPr>
                <w:rFonts w:eastAsia="Arial"/>
                <w:b/>
                <w:color w:val="4B1F26"/>
              </w:rPr>
              <w:t>Name</w:t>
            </w:r>
          </w:p>
        </w:tc>
        <w:tc>
          <w:tcPr>
            <w:tcW w:w="6540" w:type="dxa"/>
          </w:tcPr>
          <w:p w14:paraId="36365699" w14:textId="77777777" w:rsidR="001C7FD1" w:rsidRDefault="003F5285">
            <w:pPr>
              <w:spacing w:after="0" w:line="240" w:lineRule="auto"/>
            </w:pPr>
            <w:sdt>
              <w:sdtPr>
                <w:alias w:val="T022"/>
                <w:tag w:val="T022"/>
                <w:id w:val="100022"/>
                <w:text/>
              </w:sdtPr>
              <w:sdtEndPr/>
              <w:sdtContent>
                <w:r>
                  <w:rPr>
                    <w:rFonts w:eastAsia="Arial"/>
                    <w:color w:val="555555"/>
                  </w:rPr>
                  <w:t>Click or tap to type</w:t>
                </w:r>
              </w:sdtContent>
            </w:sdt>
          </w:p>
        </w:tc>
      </w:tr>
      <w:tr w:rsidR="001C7FD1" w14:paraId="57F879F9" w14:textId="77777777">
        <w:trPr>
          <w:cantSplit/>
        </w:trPr>
        <w:tc>
          <w:tcPr>
            <w:tcW w:w="3100" w:type="dxa"/>
            <w:shd w:val="clear" w:color="auto" w:fill="EEECE1"/>
          </w:tcPr>
          <w:p w14:paraId="1FDEE59F" w14:textId="77777777" w:rsidR="001C7FD1" w:rsidRDefault="003F5285">
            <w:pPr>
              <w:spacing w:after="0" w:line="240" w:lineRule="auto"/>
            </w:pPr>
            <w:r>
              <w:rPr>
                <w:rFonts w:eastAsia="Arial"/>
                <w:b/>
                <w:color w:val="4B1F26"/>
              </w:rPr>
              <w:t>Relationship to the person</w:t>
            </w:r>
          </w:p>
        </w:tc>
        <w:tc>
          <w:tcPr>
            <w:tcW w:w="6540" w:type="dxa"/>
            <w:shd w:val="clear" w:color="auto" w:fill="F5F4EF"/>
          </w:tcPr>
          <w:p w14:paraId="451BD649" w14:textId="77777777" w:rsidR="001C7FD1" w:rsidRDefault="003F5285">
            <w:pPr>
              <w:spacing w:after="0" w:line="240" w:lineRule="auto"/>
            </w:pPr>
            <w:sdt>
              <w:sdtPr>
                <w:alias w:val="T023"/>
                <w:tag w:val="T023"/>
                <w:id w:val="100023"/>
                <w:text/>
              </w:sdtPr>
              <w:sdtEndPr/>
              <w:sdtContent>
                <w:r>
                  <w:rPr>
                    <w:rFonts w:eastAsia="Arial"/>
                    <w:color w:val="555555"/>
                  </w:rPr>
                  <w:t>Click or tap to type</w:t>
                </w:r>
              </w:sdtContent>
            </w:sdt>
          </w:p>
        </w:tc>
      </w:tr>
      <w:tr w:rsidR="001C7FD1" w14:paraId="73279E8A" w14:textId="77777777">
        <w:trPr>
          <w:cantSplit/>
        </w:trPr>
        <w:tc>
          <w:tcPr>
            <w:tcW w:w="3100" w:type="dxa"/>
            <w:shd w:val="clear" w:color="auto" w:fill="EEECE1"/>
          </w:tcPr>
          <w:p w14:paraId="726C1BEC" w14:textId="77777777" w:rsidR="001C7FD1" w:rsidRDefault="003F5285">
            <w:pPr>
              <w:spacing w:after="0" w:line="240" w:lineRule="auto"/>
            </w:pPr>
            <w:r>
              <w:rPr>
                <w:rFonts w:eastAsia="Arial"/>
                <w:b/>
                <w:color w:val="4B1F26"/>
              </w:rPr>
              <w:t>Contact details</w:t>
            </w:r>
          </w:p>
        </w:tc>
        <w:tc>
          <w:tcPr>
            <w:tcW w:w="6540" w:type="dxa"/>
          </w:tcPr>
          <w:p w14:paraId="38781E1A" w14:textId="77777777" w:rsidR="001C7FD1" w:rsidRDefault="003F5285">
            <w:pPr>
              <w:spacing w:after="0" w:line="240" w:lineRule="auto"/>
            </w:pPr>
            <w:sdt>
              <w:sdtPr>
                <w:alias w:val="T024"/>
                <w:tag w:val="T024"/>
                <w:id w:val="100024"/>
                <w:text/>
              </w:sdtPr>
              <w:sdtEndPr/>
              <w:sdtContent>
                <w:r>
                  <w:rPr>
                    <w:rFonts w:eastAsia="Arial"/>
                    <w:color w:val="555555"/>
                  </w:rPr>
                  <w:t>Click or tap to type</w:t>
                </w:r>
              </w:sdtContent>
            </w:sdt>
          </w:p>
        </w:tc>
      </w:tr>
      <w:tr w:rsidR="001C7FD1" w14:paraId="0D6B4BC8" w14:textId="77777777">
        <w:trPr>
          <w:cantSplit/>
        </w:trPr>
        <w:tc>
          <w:tcPr>
            <w:tcW w:w="3100" w:type="dxa"/>
            <w:shd w:val="clear" w:color="auto" w:fill="EEECE1"/>
          </w:tcPr>
          <w:p w14:paraId="51F9FED4" w14:textId="77777777" w:rsidR="001C7FD1" w:rsidRDefault="003F5285">
            <w:pPr>
              <w:spacing w:after="0" w:line="240" w:lineRule="auto"/>
            </w:pPr>
            <w:r>
              <w:rPr>
                <w:rFonts w:eastAsia="Arial"/>
                <w:b/>
                <w:color w:val="4B1F26"/>
              </w:rPr>
              <w:t>How often and in what settings do you support or observe the person?</w:t>
            </w:r>
          </w:p>
        </w:tc>
        <w:tc>
          <w:tcPr>
            <w:tcW w:w="6540" w:type="dxa"/>
            <w:shd w:val="clear" w:color="auto" w:fill="F5F4EF"/>
          </w:tcPr>
          <w:p w14:paraId="7EB1FE07" w14:textId="77777777" w:rsidR="001C7FD1" w:rsidRDefault="003F5285">
            <w:pPr>
              <w:spacing w:after="0" w:line="240" w:lineRule="auto"/>
            </w:pPr>
            <w:sdt>
              <w:sdtPr>
                <w:alias w:val="T025"/>
                <w:tag w:val="T025"/>
                <w:id w:val="100025"/>
                <w:text/>
              </w:sdtPr>
              <w:sdtEndPr/>
              <w:sdtContent>
                <w:r>
                  <w:rPr>
                    <w:rFonts w:eastAsia="Arial"/>
                    <w:color w:val="555555"/>
                  </w:rPr>
                  <w:t>Click or tap to type</w:t>
                </w:r>
              </w:sdtContent>
            </w:sdt>
          </w:p>
        </w:tc>
      </w:tr>
      <w:tr w:rsidR="001C7FD1" w14:paraId="432BC241" w14:textId="77777777">
        <w:trPr>
          <w:cantSplit/>
        </w:trPr>
        <w:tc>
          <w:tcPr>
            <w:tcW w:w="3100" w:type="dxa"/>
            <w:shd w:val="clear" w:color="auto" w:fill="EEECE1"/>
          </w:tcPr>
          <w:p w14:paraId="6846E73C" w14:textId="77777777" w:rsidR="001C7FD1" w:rsidRDefault="003F5285">
            <w:pPr>
              <w:spacing w:after="0" w:line="240" w:lineRule="auto"/>
            </w:pPr>
            <w:r>
              <w:rPr>
                <w:rFonts w:eastAsia="Arial"/>
                <w:b/>
                <w:color w:val="4B1F26"/>
              </w:rPr>
              <w:t>Other people who contributed information</w:t>
            </w:r>
          </w:p>
        </w:tc>
        <w:tc>
          <w:tcPr>
            <w:tcW w:w="6540" w:type="dxa"/>
          </w:tcPr>
          <w:p w14:paraId="0321CFC1" w14:textId="77777777" w:rsidR="001C7FD1" w:rsidRDefault="003F5285">
            <w:pPr>
              <w:spacing w:after="0" w:line="240" w:lineRule="auto"/>
            </w:pPr>
            <w:sdt>
              <w:sdtPr>
                <w:alias w:val="T026"/>
                <w:tag w:val="T026"/>
                <w:id w:val="100026"/>
                <w:text/>
              </w:sdtPr>
              <w:sdtEndPr/>
              <w:sdtContent>
                <w:r>
                  <w:rPr>
                    <w:rFonts w:eastAsia="Arial"/>
                    <w:color w:val="555555"/>
                  </w:rPr>
                  <w:t>Click or tap to type</w:t>
                </w:r>
              </w:sdtContent>
            </w:sdt>
          </w:p>
        </w:tc>
      </w:tr>
      <w:tr w:rsidR="001C7FD1" w14:paraId="3D797CA5" w14:textId="77777777">
        <w:trPr>
          <w:cantSplit/>
        </w:trPr>
        <w:tc>
          <w:tcPr>
            <w:tcW w:w="3100" w:type="dxa"/>
            <w:shd w:val="clear" w:color="auto" w:fill="EEECE1"/>
          </w:tcPr>
          <w:p w14:paraId="00C818BA" w14:textId="77777777" w:rsidR="001C7FD1" w:rsidRDefault="003F5285">
            <w:pPr>
              <w:spacing w:after="0" w:line="240" w:lineRule="auto"/>
            </w:pPr>
            <w:r>
              <w:rPr>
                <w:rFonts w:eastAsia="Arial"/>
                <w:b/>
                <w:color w:val="4B1F26"/>
              </w:rPr>
              <w:t>Is the person aware this form is being completed?</w:t>
            </w:r>
          </w:p>
        </w:tc>
        <w:tc>
          <w:tcPr>
            <w:tcW w:w="6540" w:type="dxa"/>
            <w:shd w:val="clear" w:color="auto" w:fill="F5F4EF"/>
          </w:tcPr>
          <w:p w14:paraId="17694B46" w14:textId="77777777" w:rsidR="001C7FD1" w:rsidRDefault="003F5285">
            <w:pPr>
              <w:spacing w:after="0" w:line="240" w:lineRule="auto"/>
            </w:pPr>
            <w:sdt>
              <w:sdtPr>
                <w:alias w:val="Y027"/>
                <w:tag w:val="Y027"/>
                <w:id w:val="100027"/>
                <w:text/>
              </w:sdtPr>
              <w:sdtEndPr/>
              <w:sdtContent>
                <w:r>
                  <w:rPr>
                    <w:rFonts w:eastAsia="Arial"/>
                    <w:color w:val="555555"/>
                  </w:rPr>
                  <w:t>Yes / No / Not sure</w:t>
                </w:r>
              </w:sdtContent>
            </w:sdt>
          </w:p>
        </w:tc>
      </w:tr>
      <w:tr w:rsidR="001C7FD1" w14:paraId="5515FC08" w14:textId="77777777">
        <w:trPr>
          <w:cantSplit/>
        </w:trPr>
        <w:tc>
          <w:tcPr>
            <w:tcW w:w="3100" w:type="dxa"/>
            <w:shd w:val="clear" w:color="auto" w:fill="EEECE1"/>
          </w:tcPr>
          <w:p w14:paraId="78AF9E77" w14:textId="77777777" w:rsidR="001C7FD1" w:rsidRDefault="003F5285">
            <w:pPr>
              <w:spacing w:after="0" w:line="240" w:lineRule="auto"/>
            </w:pPr>
            <w:r>
              <w:rPr>
                <w:rFonts w:eastAsia="Arial"/>
                <w:b/>
                <w:color w:val="4B1F26"/>
              </w:rPr>
              <w:t>What parts were answered directly by the person?</w:t>
            </w:r>
          </w:p>
        </w:tc>
        <w:tc>
          <w:tcPr>
            <w:tcW w:w="6540" w:type="dxa"/>
          </w:tcPr>
          <w:p w14:paraId="045F3F8F" w14:textId="77777777" w:rsidR="001C7FD1" w:rsidRDefault="003F5285">
            <w:pPr>
              <w:spacing w:after="0" w:line="240" w:lineRule="auto"/>
            </w:pPr>
            <w:sdt>
              <w:sdtPr>
                <w:alias w:val="T028"/>
                <w:tag w:val="T028"/>
                <w:id w:val="100028"/>
                <w:text/>
              </w:sdtPr>
              <w:sdtEndPr/>
              <w:sdtContent>
                <w:r>
                  <w:rPr>
                    <w:rFonts w:eastAsia="Arial"/>
                    <w:color w:val="555555"/>
                  </w:rPr>
                  <w:t>Click or tap to type</w:t>
                </w:r>
              </w:sdtContent>
            </w:sdt>
          </w:p>
        </w:tc>
      </w:tr>
      <w:tr w:rsidR="001C7FD1" w14:paraId="03846306" w14:textId="77777777">
        <w:trPr>
          <w:cantSplit/>
        </w:trPr>
        <w:tc>
          <w:tcPr>
            <w:tcW w:w="3100" w:type="dxa"/>
            <w:shd w:val="clear" w:color="auto" w:fill="EEECE1"/>
          </w:tcPr>
          <w:p w14:paraId="4772A9C1" w14:textId="77777777" w:rsidR="001C7FD1" w:rsidRDefault="003F5285">
            <w:pPr>
              <w:spacing w:after="0" w:line="240" w:lineRule="auto"/>
            </w:pPr>
            <w:r>
              <w:rPr>
                <w:rFonts w:eastAsia="Arial"/>
                <w:b/>
                <w:color w:val="4B1F26"/>
              </w:rPr>
              <w:t>Any different views that should be recorded?</w:t>
            </w:r>
          </w:p>
        </w:tc>
        <w:tc>
          <w:tcPr>
            <w:tcW w:w="6540" w:type="dxa"/>
            <w:shd w:val="clear" w:color="auto" w:fill="F5F4EF"/>
          </w:tcPr>
          <w:p w14:paraId="14E72BB4" w14:textId="77777777" w:rsidR="001C7FD1" w:rsidRDefault="003F5285">
            <w:pPr>
              <w:spacing w:after="0" w:line="240" w:lineRule="auto"/>
            </w:pPr>
            <w:sdt>
              <w:sdtPr>
                <w:alias w:val="T029"/>
                <w:tag w:val="T029"/>
                <w:id w:val="100029"/>
                <w:text/>
              </w:sdtPr>
              <w:sdtEndPr/>
              <w:sdtContent>
                <w:r>
                  <w:rPr>
                    <w:rFonts w:eastAsia="Arial"/>
                    <w:color w:val="555555"/>
                  </w:rPr>
                  <w:t>Click or tap to type</w:t>
                </w:r>
              </w:sdtContent>
            </w:sdt>
          </w:p>
        </w:tc>
      </w:tr>
    </w:tbl>
    <w:p w14:paraId="08D78D5D" w14:textId="77777777" w:rsidR="001C7FD1" w:rsidRDefault="003F5285">
      <w:pPr>
        <w:pStyle w:val="Heading2"/>
      </w:pPr>
      <w:r>
        <w:t>1.4 Communication, culture and accessibility</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300"/>
        <w:gridCol w:w="6340"/>
      </w:tblGrid>
      <w:tr w:rsidR="001C7FD1" w14:paraId="74C085F5" w14:textId="77777777">
        <w:trPr>
          <w:tblHeader/>
        </w:trPr>
        <w:tc>
          <w:tcPr>
            <w:tcW w:w="3300" w:type="dxa"/>
            <w:shd w:val="clear" w:color="auto" w:fill="4B1F26"/>
            <w:tcMar>
              <w:top w:w="90" w:type="dxa"/>
              <w:left w:w="120" w:type="dxa"/>
              <w:bottom w:w="90" w:type="dxa"/>
              <w:right w:w="120" w:type="dxa"/>
            </w:tcMar>
            <w:vAlign w:val="center"/>
          </w:tcPr>
          <w:p w14:paraId="5056D465" w14:textId="77777777" w:rsidR="001C7FD1" w:rsidRDefault="003F5285">
            <w:pPr>
              <w:spacing w:after="0" w:line="240" w:lineRule="auto"/>
            </w:pPr>
            <w:r>
              <w:rPr>
                <w:rFonts w:eastAsia="Arial"/>
                <w:b/>
                <w:color w:val="FFFFFF"/>
              </w:rPr>
              <w:t>Question</w:t>
            </w:r>
          </w:p>
        </w:tc>
        <w:tc>
          <w:tcPr>
            <w:tcW w:w="6340" w:type="dxa"/>
            <w:shd w:val="clear" w:color="auto" w:fill="4B1F26"/>
            <w:tcMar>
              <w:top w:w="90" w:type="dxa"/>
              <w:left w:w="120" w:type="dxa"/>
              <w:bottom w:w="90" w:type="dxa"/>
              <w:right w:w="120" w:type="dxa"/>
            </w:tcMar>
            <w:vAlign w:val="center"/>
          </w:tcPr>
          <w:p w14:paraId="2E1EF598" w14:textId="77777777" w:rsidR="001C7FD1" w:rsidRDefault="003F5285">
            <w:pPr>
              <w:spacing w:after="0" w:line="240" w:lineRule="auto"/>
            </w:pPr>
            <w:r>
              <w:rPr>
                <w:rFonts w:eastAsia="Arial"/>
                <w:b/>
                <w:color w:val="FFFFFF"/>
              </w:rPr>
              <w:t>Your response</w:t>
            </w:r>
          </w:p>
        </w:tc>
      </w:tr>
      <w:tr w:rsidR="001C7FD1" w14:paraId="5CD79476" w14:textId="77777777">
        <w:trPr>
          <w:cantSplit/>
        </w:trPr>
        <w:tc>
          <w:tcPr>
            <w:tcW w:w="3300" w:type="dxa"/>
            <w:shd w:val="clear" w:color="auto" w:fill="EEECE1"/>
          </w:tcPr>
          <w:p w14:paraId="18DFFB9F" w14:textId="77777777" w:rsidR="001C7FD1" w:rsidRDefault="003F5285">
            <w:pPr>
              <w:spacing w:after="0" w:line="240" w:lineRule="auto"/>
            </w:pPr>
            <w:r>
              <w:rPr>
                <w:rFonts w:eastAsia="Arial"/>
                <w:b/>
                <w:color w:val="4B1F26"/>
              </w:rPr>
              <w:t>How does the person communicate best?</w:t>
            </w:r>
          </w:p>
          <w:p w14:paraId="63C4C0BA" w14:textId="77777777" w:rsidR="001C7FD1" w:rsidRDefault="003F5285">
            <w:pPr>
              <w:spacing w:after="0" w:line="240" w:lineRule="auto"/>
            </w:pPr>
            <w:r>
              <w:rPr>
                <w:rFonts w:eastAsia="Arial"/>
                <w:i/>
                <w:color w:val="666666"/>
              </w:rPr>
              <w:t>Include speech, sign, gesture, writing, visuals, AAC, behaviour, support person or interpreter.</w:t>
            </w:r>
          </w:p>
        </w:tc>
        <w:tc>
          <w:tcPr>
            <w:tcW w:w="6340" w:type="dxa"/>
          </w:tcPr>
          <w:p w14:paraId="0E2281BB" w14:textId="77777777" w:rsidR="001C7FD1" w:rsidRDefault="003F5285">
            <w:pPr>
              <w:spacing w:after="0" w:line="240" w:lineRule="auto"/>
            </w:pPr>
            <w:sdt>
              <w:sdtPr>
                <w:alias w:val="T030"/>
                <w:tag w:val="T030"/>
                <w:id w:val="100030"/>
                <w:text/>
              </w:sdtPr>
              <w:sdtEndPr/>
              <w:sdtContent>
                <w:r>
                  <w:rPr>
                    <w:rFonts w:eastAsia="Arial"/>
                    <w:color w:val="555555"/>
                  </w:rPr>
                  <w:t>Click or tap to type</w:t>
                </w:r>
              </w:sdtContent>
            </w:sdt>
          </w:p>
        </w:tc>
      </w:tr>
      <w:tr w:rsidR="001C7FD1" w14:paraId="572479FA" w14:textId="77777777">
        <w:trPr>
          <w:cantSplit/>
        </w:trPr>
        <w:tc>
          <w:tcPr>
            <w:tcW w:w="3300" w:type="dxa"/>
            <w:shd w:val="clear" w:color="auto" w:fill="EEECE1"/>
          </w:tcPr>
          <w:p w14:paraId="55674F2E" w14:textId="77777777" w:rsidR="001C7FD1" w:rsidRDefault="003F5285">
            <w:pPr>
              <w:spacing w:after="0" w:line="240" w:lineRule="auto"/>
            </w:pPr>
            <w:r>
              <w:rPr>
                <w:rFonts w:eastAsia="Arial"/>
                <w:b/>
                <w:color w:val="4B1F26"/>
              </w:rPr>
              <w:t>What helps the person understand questions and make choices?</w:t>
            </w:r>
          </w:p>
          <w:p w14:paraId="77556928" w14:textId="77777777" w:rsidR="001C7FD1" w:rsidRDefault="003F5285">
            <w:pPr>
              <w:spacing w:after="0" w:line="240" w:lineRule="auto"/>
            </w:pPr>
            <w:r>
              <w:rPr>
                <w:rFonts w:eastAsia="Arial"/>
                <w:i/>
                <w:color w:val="666666"/>
              </w:rPr>
              <w:t>Include processing time, plain language, examples, visual choices or breaks.</w:t>
            </w:r>
          </w:p>
        </w:tc>
        <w:tc>
          <w:tcPr>
            <w:tcW w:w="6340" w:type="dxa"/>
            <w:shd w:val="clear" w:color="auto" w:fill="F5F4EF"/>
          </w:tcPr>
          <w:p w14:paraId="22B00E62" w14:textId="77777777" w:rsidR="001C7FD1" w:rsidRDefault="003F5285">
            <w:pPr>
              <w:spacing w:after="0" w:line="240" w:lineRule="auto"/>
            </w:pPr>
            <w:sdt>
              <w:sdtPr>
                <w:alias w:val="T031"/>
                <w:tag w:val="T031"/>
                <w:id w:val="100031"/>
                <w:text/>
              </w:sdtPr>
              <w:sdtEndPr/>
              <w:sdtContent>
                <w:r>
                  <w:rPr>
                    <w:rFonts w:eastAsia="Arial"/>
                    <w:color w:val="555555"/>
                  </w:rPr>
                  <w:t>Click or tap to type</w:t>
                </w:r>
              </w:sdtContent>
            </w:sdt>
          </w:p>
        </w:tc>
      </w:tr>
      <w:tr w:rsidR="001C7FD1" w14:paraId="6B8AFB6C" w14:textId="77777777">
        <w:trPr>
          <w:cantSplit/>
        </w:trPr>
        <w:tc>
          <w:tcPr>
            <w:tcW w:w="3300" w:type="dxa"/>
            <w:shd w:val="clear" w:color="auto" w:fill="EEECE1"/>
          </w:tcPr>
          <w:p w14:paraId="2D684463" w14:textId="77777777" w:rsidR="001C7FD1" w:rsidRDefault="003F5285">
            <w:pPr>
              <w:spacing w:after="0" w:line="240" w:lineRule="auto"/>
            </w:pPr>
            <w:r>
              <w:rPr>
                <w:rFonts w:eastAsia="Arial"/>
                <w:b/>
                <w:color w:val="4B1F26"/>
              </w:rPr>
              <w:t>Preferred language and interpreter requirements</w:t>
            </w:r>
          </w:p>
        </w:tc>
        <w:tc>
          <w:tcPr>
            <w:tcW w:w="6340" w:type="dxa"/>
          </w:tcPr>
          <w:p w14:paraId="14145845" w14:textId="77777777" w:rsidR="001C7FD1" w:rsidRDefault="003F5285">
            <w:pPr>
              <w:spacing w:after="0" w:line="240" w:lineRule="auto"/>
            </w:pPr>
            <w:sdt>
              <w:sdtPr>
                <w:alias w:val="T032"/>
                <w:tag w:val="T032"/>
                <w:id w:val="100032"/>
                <w:text/>
              </w:sdtPr>
              <w:sdtEndPr/>
              <w:sdtContent>
                <w:r>
                  <w:rPr>
                    <w:rFonts w:eastAsia="Arial"/>
                    <w:color w:val="555555"/>
                  </w:rPr>
                  <w:t>Click or tap to type</w:t>
                </w:r>
              </w:sdtContent>
            </w:sdt>
          </w:p>
        </w:tc>
      </w:tr>
      <w:tr w:rsidR="001C7FD1" w14:paraId="724DCD03" w14:textId="77777777">
        <w:trPr>
          <w:cantSplit/>
        </w:trPr>
        <w:tc>
          <w:tcPr>
            <w:tcW w:w="3300" w:type="dxa"/>
            <w:shd w:val="clear" w:color="auto" w:fill="EEECE1"/>
          </w:tcPr>
          <w:p w14:paraId="4DDC4C74" w14:textId="77777777" w:rsidR="001C7FD1" w:rsidRDefault="003F5285">
            <w:pPr>
              <w:spacing w:after="0" w:line="240" w:lineRule="auto"/>
            </w:pPr>
            <w:r>
              <w:rPr>
                <w:rFonts w:eastAsia="Arial"/>
                <w:b/>
                <w:color w:val="4B1F26"/>
              </w:rPr>
              <w:lastRenderedPageBreak/>
              <w:t>Cultural identity, mob, Country, community or kinship connections</w:t>
            </w:r>
          </w:p>
          <w:p w14:paraId="176DDF7A" w14:textId="77777777" w:rsidR="001C7FD1" w:rsidRDefault="003F5285">
            <w:pPr>
              <w:spacing w:after="0" w:line="240" w:lineRule="auto"/>
            </w:pPr>
            <w:r>
              <w:rPr>
                <w:rFonts w:eastAsia="Arial"/>
                <w:i/>
                <w:color w:val="666666"/>
              </w:rPr>
              <w:t>Share only what the person and family wish to record. No sacred knowledge is required.</w:t>
            </w:r>
          </w:p>
        </w:tc>
        <w:tc>
          <w:tcPr>
            <w:tcW w:w="6340" w:type="dxa"/>
            <w:shd w:val="clear" w:color="auto" w:fill="F5F4EF"/>
          </w:tcPr>
          <w:p w14:paraId="6D22FCEC" w14:textId="77777777" w:rsidR="001C7FD1" w:rsidRDefault="003F5285">
            <w:pPr>
              <w:spacing w:after="0" w:line="240" w:lineRule="auto"/>
            </w:pPr>
            <w:sdt>
              <w:sdtPr>
                <w:alias w:val="T033"/>
                <w:tag w:val="T033"/>
                <w:id w:val="100033"/>
                <w:text/>
              </w:sdtPr>
              <w:sdtEndPr/>
              <w:sdtContent>
                <w:r>
                  <w:rPr>
                    <w:rFonts w:eastAsia="Arial"/>
                    <w:color w:val="555555"/>
                  </w:rPr>
                  <w:t>Click or tap to type</w:t>
                </w:r>
              </w:sdtContent>
            </w:sdt>
          </w:p>
        </w:tc>
      </w:tr>
      <w:tr w:rsidR="001C7FD1" w14:paraId="767EA8C7" w14:textId="77777777">
        <w:trPr>
          <w:cantSplit/>
        </w:trPr>
        <w:tc>
          <w:tcPr>
            <w:tcW w:w="3300" w:type="dxa"/>
            <w:shd w:val="clear" w:color="auto" w:fill="EEECE1"/>
          </w:tcPr>
          <w:p w14:paraId="2DBEDFDB" w14:textId="77777777" w:rsidR="001C7FD1" w:rsidRDefault="003F5285">
            <w:pPr>
              <w:spacing w:after="0" w:line="240" w:lineRule="auto"/>
            </w:pPr>
            <w:r>
              <w:rPr>
                <w:rFonts w:eastAsia="Arial"/>
                <w:b/>
                <w:color w:val="4B1F26"/>
              </w:rPr>
              <w:t>Cultural, spiritual, gender or family considerations for the assessment</w:t>
            </w:r>
          </w:p>
        </w:tc>
        <w:tc>
          <w:tcPr>
            <w:tcW w:w="6340" w:type="dxa"/>
          </w:tcPr>
          <w:p w14:paraId="0E9EA077" w14:textId="77777777" w:rsidR="001C7FD1" w:rsidRDefault="003F5285">
            <w:pPr>
              <w:spacing w:after="0" w:line="240" w:lineRule="auto"/>
            </w:pPr>
            <w:sdt>
              <w:sdtPr>
                <w:alias w:val="T034"/>
                <w:tag w:val="T034"/>
                <w:id w:val="100034"/>
                <w:text/>
              </w:sdtPr>
              <w:sdtEndPr/>
              <w:sdtContent>
                <w:r>
                  <w:rPr>
                    <w:rFonts w:eastAsia="Arial"/>
                    <w:color w:val="555555"/>
                  </w:rPr>
                  <w:t>Click or tap to type</w:t>
                </w:r>
              </w:sdtContent>
            </w:sdt>
          </w:p>
        </w:tc>
      </w:tr>
      <w:tr w:rsidR="001C7FD1" w14:paraId="26F21F49" w14:textId="77777777">
        <w:trPr>
          <w:cantSplit/>
        </w:trPr>
        <w:tc>
          <w:tcPr>
            <w:tcW w:w="3300" w:type="dxa"/>
            <w:shd w:val="clear" w:color="auto" w:fill="EEECE1"/>
          </w:tcPr>
          <w:p w14:paraId="741DD94B" w14:textId="77777777" w:rsidR="001C7FD1" w:rsidRDefault="003F5285">
            <w:pPr>
              <w:spacing w:after="0" w:line="240" w:lineRule="auto"/>
            </w:pPr>
            <w:r>
              <w:rPr>
                <w:rFonts w:eastAsia="Arial"/>
                <w:b/>
                <w:color w:val="4B1F26"/>
              </w:rPr>
              <w:t>Preferred gender or identity of practitioner/support person, if relevant</w:t>
            </w:r>
          </w:p>
        </w:tc>
        <w:tc>
          <w:tcPr>
            <w:tcW w:w="6340" w:type="dxa"/>
            <w:shd w:val="clear" w:color="auto" w:fill="F5F4EF"/>
          </w:tcPr>
          <w:p w14:paraId="38260DF4" w14:textId="77777777" w:rsidR="001C7FD1" w:rsidRDefault="003F5285">
            <w:pPr>
              <w:spacing w:after="0" w:line="240" w:lineRule="auto"/>
            </w:pPr>
            <w:sdt>
              <w:sdtPr>
                <w:alias w:val="T035"/>
                <w:tag w:val="T035"/>
                <w:id w:val="100035"/>
                <w:text/>
              </w:sdtPr>
              <w:sdtEndPr/>
              <w:sdtContent>
                <w:r>
                  <w:rPr>
                    <w:rFonts w:eastAsia="Arial"/>
                    <w:color w:val="555555"/>
                  </w:rPr>
                  <w:t>Click or tap to type</w:t>
                </w:r>
              </w:sdtContent>
            </w:sdt>
          </w:p>
        </w:tc>
      </w:tr>
      <w:tr w:rsidR="001C7FD1" w14:paraId="0E4F79A7" w14:textId="77777777">
        <w:trPr>
          <w:cantSplit/>
        </w:trPr>
        <w:tc>
          <w:tcPr>
            <w:tcW w:w="3300" w:type="dxa"/>
            <w:shd w:val="clear" w:color="auto" w:fill="EEECE1"/>
          </w:tcPr>
          <w:p w14:paraId="31A6FE99" w14:textId="77777777" w:rsidR="001C7FD1" w:rsidRDefault="003F5285">
            <w:pPr>
              <w:spacing w:after="0" w:line="240" w:lineRule="auto"/>
            </w:pPr>
            <w:r>
              <w:rPr>
                <w:rFonts w:eastAsia="Arial"/>
                <w:b/>
                <w:color w:val="4B1F26"/>
              </w:rPr>
              <w:t>Topics, places, people or assessment methods that should be avoided or approached carefully</w:t>
            </w:r>
          </w:p>
        </w:tc>
        <w:tc>
          <w:tcPr>
            <w:tcW w:w="6340" w:type="dxa"/>
          </w:tcPr>
          <w:p w14:paraId="6E820D92" w14:textId="77777777" w:rsidR="001C7FD1" w:rsidRDefault="003F5285">
            <w:pPr>
              <w:spacing w:after="0" w:line="240" w:lineRule="auto"/>
            </w:pPr>
            <w:sdt>
              <w:sdtPr>
                <w:alias w:val="T036"/>
                <w:tag w:val="T036"/>
                <w:id w:val="100036"/>
                <w:text/>
              </w:sdtPr>
              <w:sdtEndPr/>
              <w:sdtContent>
                <w:r>
                  <w:rPr>
                    <w:rFonts w:eastAsia="Arial"/>
                    <w:color w:val="555555"/>
                  </w:rPr>
                  <w:t>Click or tap to type</w:t>
                </w:r>
              </w:sdtContent>
            </w:sdt>
          </w:p>
        </w:tc>
      </w:tr>
      <w:tr w:rsidR="001C7FD1" w14:paraId="3CA9669C" w14:textId="77777777">
        <w:trPr>
          <w:cantSplit/>
        </w:trPr>
        <w:tc>
          <w:tcPr>
            <w:tcW w:w="3300" w:type="dxa"/>
            <w:shd w:val="clear" w:color="auto" w:fill="EEECE1"/>
          </w:tcPr>
          <w:p w14:paraId="19FAA674" w14:textId="77777777" w:rsidR="001C7FD1" w:rsidRDefault="003F5285">
            <w:pPr>
              <w:spacing w:after="0" w:line="240" w:lineRule="auto"/>
            </w:pPr>
            <w:r>
              <w:rPr>
                <w:rFonts w:eastAsia="Arial"/>
                <w:b/>
                <w:color w:val="4B1F26"/>
              </w:rPr>
              <w:t>Sensory, physical, literacy or technology adjustments needed to complete the assessment</w:t>
            </w:r>
          </w:p>
        </w:tc>
        <w:tc>
          <w:tcPr>
            <w:tcW w:w="6340" w:type="dxa"/>
            <w:shd w:val="clear" w:color="auto" w:fill="F5F4EF"/>
          </w:tcPr>
          <w:p w14:paraId="3FD07F1E" w14:textId="77777777" w:rsidR="001C7FD1" w:rsidRDefault="003F5285">
            <w:pPr>
              <w:spacing w:after="0" w:line="240" w:lineRule="auto"/>
            </w:pPr>
            <w:sdt>
              <w:sdtPr>
                <w:alias w:val="T037"/>
                <w:tag w:val="T037"/>
                <w:id w:val="100037"/>
                <w:text/>
              </w:sdtPr>
              <w:sdtEndPr/>
              <w:sdtContent>
                <w:r>
                  <w:rPr>
                    <w:rFonts w:eastAsia="Arial"/>
                    <w:color w:val="555555"/>
                  </w:rPr>
                  <w:t>Click or tap to type</w:t>
                </w:r>
              </w:sdtContent>
            </w:sdt>
          </w:p>
        </w:tc>
      </w:tr>
    </w:tbl>
    <w:p w14:paraId="49D237CD" w14:textId="77777777" w:rsidR="001C7FD1" w:rsidRDefault="003F5285">
      <w:pPr>
        <w:pStyle w:val="Heading2"/>
      </w:pPr>
      <w:r>
        <w:t>1.5 Consent and authority</w:t>
      </w:r>
    </w:p>
    <w:tbl>
      <w:tblPr>
        <w:tblW w:w="9640" w:type="dxa"/>
        <w:tblInd w:w="120" w:type="dxa"/>
        <w:tblBorders>
          <w:top w:val="single" w:sz="6" w:space="0" w:color="DDD9C3"/>
          <w:left w:val="single" w:sz="6" w:space="0" w:color="DDD9C3"/>
          <w:bottom w:val="single" w:sz="6" w:space="0" w:color="DDD9C3"/>
          <w:right w:val="single" w:sz="6" w:space="0" w:color="DDD9C3"/>
          <w:insideH w:val="single" w:sz="6" w:space="0" w:color="DDD9C3"/>
          <w:insideV w:val="single" w:sz="6" w:space="0" w:color="DDD9C3"/>
        </w:tblBorders>
        <w:tblLayout w:type="fixed"/>
        <w:tblLook w:val="04A0" w:firstRow="1" w:lastRow="0" w:firstColumn="1" w:lastColumn="0" w:noHBand="0" w:noVBand="1"/>
      </w:tblPr>
      <w:tblGrid>
        <w:gridCol w:w="9640"/>
      </w:tblGrid>
      <w:tr w:rsidR="001C7FD1" w14:paraId="24DEF51D" w14:textId="77777777">
        <w:trPr>
          <w:cantSplit/>
        </w:trPr>
        <w:tc>
          <w:tcPr>
            <w:tcW w:w="9640" w:type="dxa"/>
            <w:shd w:val="clear" w:color="auto" w:fill="EEECE1"/>
            <w:tcMar>
              <w:top w:w="90" w:type="dxa"/>
              <w:left w:w="120" w:type="dxa"/>
              <w:bottom w:w="90" w:type="dxa"/>
              <w:right w:w="120" w:type="dxa"/>
            </w:tcMar>
            <w:vAlign w:val="center"/>
          </w:tcPr>
          <w:p w14:paraId="20B3981B" w14:textId="77777777" w:rsidR="001C7FD1" w:rsidRDefault="003F5285">
            <w:pPr>
              <w:spacing w:after="0" w:line="240" w:lineRule="auto"/>
            </w:pPr>
            <w:r>
              <w:rPr>
                <w:rFonts w:eastAsia="Arial"/>
                <w:b/>
                <w:color w:val="4B1F26"/>
              </w:rPr>
              <w:t xml:space="preserve">Consent check: </w:t>
            </w:r>
            <w:r>
              <w:rPr>
                <w:rFonts w:eastAsia="Arial"/>
              </w:rPr>
              <w:t>Confirm decision-making authority and obtain consent in the person's preferred communication method. A typed name records acknowledgement for this intake but may not replace any legally required signature or authority document.</w:t>
            </w:r>
          </w:p>
        </w:tc>
      </w:tr>
    </w:tbl>
    <w:p w14:paraId="186E20F2" w14:textId="77777777" w:rsidR="001C7FD1" w:rsidRDefault="003F5285">
      <w:pPr>
        <w:spacing w:before="100" w:after="0" w:line="72" w:lineRule="auto"/>
      </w:pPr>
      <w:r>
        <w:rPr>
          <w:rFonts w:eastAsia="Arial"/>
          <w:color w:val="FFFFFF"/>
          <w:sz w:val="8"/>
        </w:rPr>
        <w:t xml:space="preserve"> </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100"/>
        <w:gridCol w:w="6540"/>
      </w:tblGrid>
      <w:tr w:rsidR="001C7FD1" w14:paraId="15422A99" w14:textId="77777777">
        <w:trPr>
          <w:cantSplit/>
          <w:tblHeader/>
        </w:trPr>
        <w:tc>
          <w:tcPr>
            <w:tcW w:w="3100" w:type="dxa"/>
            <w:shd w:val="clear" w:color="auto" w:fill="4B1F26"/>
            <w:tcMar>
              <w:top w:w="90" w:type="dxa"/>
              <w:left w:w="120" w:type="dxa"/>
              <w:bottom w:w="90" w:type="dxa"/>
              <w:right w:w="120" w:type="dxa"/>
            </w:tcMar>
            <w:vAlign w:val="center"/>
          </w:tcPr>
          <w:p w14:paraId="53F29B5C" w14:textId="77777777" w:rsidR="001C7FD1" w:rsidRDefault="003F5285">
            <w:pPr>
              <w:spacing w:after="0" w:line="240" w:lineRule="auto"/>
            </w:pPr>
            <w:r>
              <w:rPr>
                <w:rFonts w:eastAsia="Arial"/>
                <w:b/>
                <w:color w:val="FFFFFF"/>
              </w:rPr>
              <w:t>Information</w:t>
            </w:r>
          </w:p>
        </w:tc>
        <w:tc>
          <w:tcPr>
            <w:tcW w:w="6540" w:type="dxa"/>
            <w:shd w:val="clear" w:color="auto" w:fill="4B1F26"/>
            <w:tcMar>
              <w:top w:w="90" w:type="dxa"/>
              <w:left w:w="120" w:type="dxa"/>
              <w:bottom w:w="90" w:type="dxa"/>
              <w:right w:w="120" w:type="dxa"/>
            </w:tcMar>
            <w:vAlign w:val="center"/>
          </w:tcPr>
          <w:p w14:paraId="1D3F0226" w14:textId="77777777" w:rsidR="001C7FD1" w:rsidRDefault="003F5285">
            <w:pPr>
              <w:spacing w:after="0" w:line="240" w:lineRule="auto"/>
            </w:pPr>
            <w:r>
              <w:rPr>
                <w:rFonts w:eastAsia="Arial"/>
                <w:b/>
                <w:color w:val="FFFFFF"/>
              </w:rPr>
              <w:t>Response</w:t>
            </w:r>
          </w:p>
        </w:tc>
      </w:tr>
      <w:tr w:rsidR="001C7FD1" w14:paraId="034366A1" w14:textId="77777777">
        <w:trPr>
          <w:cantSplit/>
        </w:trPr>
        <w:tc>
          <w:tcPr>
            <w:tcW w:w="3100" w:type="dxa"/>
            <w:shd w:val="clear" w:color="auto" w:fill="EEECE1"/>
          </w:tcPr>
          <w:p w14:paraId="2668EB4D" w14:textId="77777777" w:rsidR="001C7FD1" w:rsidRDefault="003F5285">
            <w:pPr>
              <w:spacing w:after="0" w:line="240" w:lineRule="auto"/>
            </w:pPr>
            <w:r>
              <w:rPr>
                <w:rFonts w:eastAsia="Arial"/>
                <w:b/>
                <w:color w:val="4B1F26"/>
              </w:rPr>
              <w:t>The person is the primary decision-maker</w:t>
            </w:r>
          </w:p>
        </w:tc>
        <w:tc>
          <w:tcPr>
            <w:tcW w:w="6540" w:type="dxa"/>
          </w:tcPr>
          <w:p w14:paraId="2217B9E6" w14:textId="77777777" w:rsidR="001C7FD1" w:rsidRDefault="003F5285">
            <w:pPr>
              <w:spacing w:after="0" w:line="240" w:lineRule="auto"/>
            </w:pPr>
            <w:sdt>
              <w:sdtPr>
                <w:alias w:val="Y038"/>
                <w:tag w:val="Y038"/>
                <w:id w:val="100038"/>
                <w:text/>
              </w:sdtPr>
              <w:sdtEndPr/>
              <w:sdtContent>
                <w:r>
                  <w:rPr>
                    <w:rFonts w:eastAsia="Arial"/>
                    <w:color w:val="555555"/>
                  </w:rPr>
                  <w:t>Yes / No / Not sure</w:t>
                </w:r>
              </w:sdtContent>
            </w:sdt>
          </w:p>
        </w:tc>
      </w:tr>
      <w:tr w:rsidR="001C7FD1" w14:paraId="3258049B" w14:textId="77777777">
        <w:trPr>
          <w:cantSplit/>
        </w:trPr>
        <w:tc>
          <w:tcPr>
            <w:tcW w:w="3100" w:type="dxa"/>
            <w:shd w:val="clear" w:color="auto" w:fill="EEECE1"/>
          </w:tcPr>
          <w:p w14:paraId="4BC4D932" w14:textId="77777777" w:rsidR="001C7FD1" w:rsidRDefault="003F5285">
            <w:pPr>
              <w:spacing w:after="0" w:line="240" w:lineRule="auto"/>
            </w:pPr>
            <w:r>
              <w:rPr>
                <w:rFonts w:eastAsia="Arial"/>
                <w:b/>
                <w:color w:val="4B1F26"/>
              </w:rPr>
              <w:t>Supported decision-making is required</w:t>
            </w:r>
          </w:p>
        </w:tc>
        <w:tc>
          <w:tcPr>
            <w:tcW w:w="6540" w:type="dxa"/>
            <w:shd w:val="clear" w:color="auto" w:fill="F5F4EF"/>
          </w:tcPr>
          <w:p w14:paraId="59CD4189" w14:textId="77777777" w:rsidR="001C7FD1" w:rsidRDefault="003F5285">
            <w:pPr>
              <w:spacing w:after="0" w:line="240" w:lineRule="auto"/>
            </w:pPr>
            <w:sdt>
              <w:sdtPr>
                <w:alias w:val="Y039"/>
                <w:tag w:val="Y039"/>
                <w:id w:val="100039"/>
                <w:text/>
              </w:sdtPr>
              <w:sdtEndPr/>
              <w:sdtContent>
                <w:r>
                  <w:rPr>
                    <w:rFonts w:eastAsia="Arial"/>
                    <w:color w:val="555555"/>
                  </w:rPr>
                  <w:t>Yes / No / Not sure</w:t>
                </w:r>
              </w:sdtContent>
            </w:sdt>
          </w:p>
        </w:tc>
      </w:tr>
      <w:tr w:rsidR="001C7FD1" w14:paraId="433C24F2" w14:textId="77777777">
        <w:trPr>
          <w:cantSplit/>
        </w:trPr>
        <w:tc>
          <w:tcPr>
            <w:tcW w:w="3100" w:type="dxa"/>
            <w:shd w:val="clear" w:color="auto" w:fill="EEECE1"/>
          </w:tcPr>
          <w:p w14:paraId="75B56DFF" w14:textId="77777777" w:rsidR="001C7FD1" w:rsidRDefault="003F5285">
            <w:pPr>
              <w:spacing w:after="0" w:line="240" w:lineRule="auto"/>
            </w:pPr>
            <w:r>
              <w:rPr>
                <w:rFonts w:eastAsia="Arial"/>
                <w:b/>
                <w:color w:val="4B1F26"/>
              </w:rPr>
              <w:t>Nominee, guardian or substitute decision-maker</w:t>
            </w:r>
          </w:p>
        </w:tc>
        <w:tc>
          <w:tcPr>
            <w:tcW w:w="6540" w:type="dxa"/>
          </w:tcPr>
          <w:p w14:paraId="4C49B89C" w14:textId="77777777" w:rsidR="001C7FD1" w:rsidRDefault="003F5285">
            <w:pPr>
              <w:spacing w:after="0" w:line="240" w:lineRule="auto"/>
            </w:pPr>
            <w:sdt>
              <w:sdtPr>
                <w:alias w:val="T040"/>
                <w:tag w:val="T040"/>
                <w:id w:val="100040"/>
                <w:text/>
              </w:sdtPr>
              <w:sdtEndPr/>
              <w:sdtContent>
                <w:r>
                  <w:rPr>
                    <w:rFonts w:eastAsia="Arial"/>
                    <w:color w:val="555555"/>
                  </w:rPr>
                  <w:t>Click or tap to type</w:t>
                </w:r>
              </w:sdtContent>
            </w:sdt>
          </w:p>
        </w:tc>
      </w:tr>
      <w:tr w:rsidR="001C7FD1" w14:paraId="261E021E" w14:textId="77777777">
        <w:trPr>
          <w:cantSplit/>
        </w:trPr>
        <w:tc>
          <w:tcPr>
            <w:tcW w:w="3100" w:type="dxa"/>
            <w:shd w:val="clear" w:color="auto" w:fill="EEECE1"/>
          </w:tcPr>
          <w:p w14:paraId="75621D72" w14:textId="77777777" w:rsidR="001C7FD1" w:rsidRDefault="003F5285">
            <w:pPr>
              <w:spacing w:after="0" w:line="240" w:lineRule="auto"/>
            </w:pPr>
            <w:r>
              <w:rPr>
                <w:rFonts w:eastAsia="Arial"/>
                <w:b/>
                <w:color w:val="4B1F26"/>
              </w:rPr>
              <w:t>Authority document sighted and stored</w:t>
            </w:r>
          </w:p>
        </w:tc>
        <w:tc>
          <w:tcPr>
            <w:tcW w:w="6540" w:type="dxa"/>
            <w:shd w:val="clear" w:color="auto" w:fill="F5F4EF"/>
          </w:tcPr>
          <w:p w14:paraId="50108DD5" w14:textId="77777777" w:rsidR="001C7FD1" w:rsidRDefault="003F5285">
            <w:pPr>
              <w:spacing w:after="0" w:line="240" w:lineRule="auto"/>
            </w:pPr>
            <w:sdt>
              <w:sdtPr>
                <w:alias w:val="Y041"/>
                <w:tag w:val="Y041"/>
                <w:id w:val="100041"/>
                <w:text/>
              </w:sdtPr>
              <w:sdtEndPr/>
              <w:sdtContent>
                <w:r>
                  <w:rPr>
                    <w:rFonts w:eastAsia="Arial"/>
                    <w:color w:val="555555"/>
                  </w:rPr>
                  <w:t>Yes / No / Not sure</w:t>
                </w:r>
              </w:sdtContent>
            </w:sdt>
          </w:p>
        </w:tc>
      </w:tr>
      <w:tr w:rsidR="001C7FD1" w14:paraId="57073D3D" w14:textId="77777777">
        <w:trPr>
          <w:cantSplit/>
        </w:trPr>
        <w:tc>
          <w:tcPr>
            <w:tcW w:w="3100" w:type="dxa"/>
            <w:shd w:val="clear" w:color="auto" w:fill="EEECE1"/>
          </w:tcPr>
          <w:p w14:paraId="6843F54A" w14:textId="77777777" w:rsidR="001C7FD1" w:rsidRDefault="003F5285">
            <w:pPr>
              <w:spacing w:after="0" w:line="240" w:lineRule="auto"/>
            </w:pPr>
            <w:r>
              <w:rPr>
                <w:rFonts w:eastAsia="Arial"/>
                <w:b/>
                <w:color w:val="4B1F26"/>
              </w:rPr>
              <w:t>Consent to complete the FNA and use this information in the report</w:t>
            </w:r>
          </w:p>
        </w:tc>
        <w:tc>
          <w:tcPr>
            <w:tcW w:w="6540" w:type="dxa"/>
          </w:tcPr>
          <w:p w14:paraId="12260129" w14:textId="77777777" w:rsidR="001C7FD1" w:rsidRDefault="003F5285">
            <w:pPr>
              <w:spacing w:after="0" w:line="240" w:lineRule="auto"/>
            </w:pPr>
            <w:sdt>
              <w:sdtPr>
                <w:alias w:val="Y042"/>
                <w:tag w:val="Y042"/>
                <w:id w:val="100042"/>
                <w:text/>
              </w:sdtPr>
              <w:sdtEndPr/>
              <w:sdtContent>
                <w:r>
                  <w:rPr>
                    <w:rFonts w:eastAsia="Arial"/>
                    <w:color w:val="555555"/>
                  </w:rPr>
                  <w:t>Yes / No / Not sure</w:t>
                </w:r>
              </w:sdtContent>
            </w:sdt>
          </w:p>
        </w:tc>
      </w:tr>
      <w:tr w:rsidR="001C7FD1" w14:paraId="769D63BE" w14:textId="77777777">
        <w:trPr>
          <w:cantSplit/>
        </w:trPr>
        <w:tc>
          <w:tcPr>
            <w:tcW w:w="3100" w:type="dxa"/>
            <w:shd w:val="clear" w:color="auto" w:fill="EEECE1"/>
          </w:tcPr>
          <w:p w14:paraId="4BC5219B" w14:textId="77777777" w:rsidR="001C7FD1" w:rsidRDefault="003F5285">
            <w:pPr>
              <w:spacing w:after="0" w:line="240" w:lineRule="auto"/>
            </w:pPr>
            <w:r>
              <w:rPr>
                <w:rFonts w:eastAsia="Arial"/>
                <w:b/>
                <w:color w:val="4B1F26"/>
              </w:rPr>
              <w:t>Consent to contact listed services and supporters</w:t>
            </w:r>
          </w:p>
        </w:tc>
        <w:tc>
          <w:tcPr>
            <w:tcW w:w="6540" w:type="dxa"/>
            <w:shd w:val="clear" w:color="auto" w:fill="F5F4EF"/>
          </w:tcPr>
          <w:p w14:paraId="64A705FB" w14:textId="77777777" w:rsidR="001C7FD1" w:rsidRDefault="003F5285">
            <w:pPr>
              <w:spacing w:after="0" w:line="240" w:lineRule="auto"/>
            </w:pPr>
            <w:sdt>
              <w:sdtPr>
                <w:alias w:val="Y043"/>
                <w:tag w:val="Y043"/>
                <w:id w:val="100043"/>
                <w:text/>
              </w:sdtPr>
              <w:sdtEndPr/>
              <w:sdtContent>
                <w:r>
                  <w:rPr>
                    <w:rFonts w:eastAsia="Arial"/>
                    <w:color w:val="555555"/>
                  </w:rPr>
                  <w:t>Yes / No / Not sure</w:t>
                </w:r>
              </w:sdtContent>
            </w:sdt>
          </w:p>
        </w:tc>
      </w:tr>
      <w:tr w:rsidR="001C7FD1" w14:paraId="70C23EBD" w14:textId="77777777">
        <w:trPr>
          <w:cantSplit/>
        </w:trPr>
        <w:tc>
          <w:tcPr>
            <w:tcW w:w="3100" w:type="dxa"/>
            <w:shd w:val="clear" w:color="auto" w:fill="EEECE1"/>
          </w:tcPr>
          <w:p w14:paraId="0F087001" w14:textId="77777777" w:rsidR="001C7FD1" w:rsidRDefault="003F5285">
            <w:pPr>
              <w:spacing w:after="0" w:line="240" w:lineRule="auto"/>
            </w:pPr>
            <w:r>
              <w:rPr>
                <w:rFonts w:eastAsia="Arial"/>
                <w:b/>
                <w:color w:val="4B1F26"/>
              </w:rPr>
              <w:t>People/organisations the final report may be shared with</w:t>
            </w:r>
          </w:p>
        </w:tc>
        <w:tc>
          <w:tcPr>
            <w:tcW w:w="6540" w:type="dxa"/>
          </w:tcPr>
          <w:p w14:paraId="51BD9321" w14:textId="77777777" w:rsidR="001C7FD1" w:rsidRDefault="003F5285">
            <w:pPr>
              <w:spacing w:after="0" w:line="240" w:lineRule="auto"/>
            </w:pPr>
            <w:sdt>
              <w:sdtPr>
                <w:alias w:val="T044"/>
                <w:tag w:val="T044"/>
                <w:id w:val="100044"/>
                <w:text/>
              </w:sdtPr>
              <w:sdtEndPr/>
              <w:sdtContent>
                <w:r>
                  <w:rPr>
                    <w:rFonts w:eastAsia="Arial"/>
                    <w:color w:val="555555"/>
                  </w:rPr>
                  <w:t>Click or tap to type</w:t>
                </w:r>
              </w:sdtContent>
            </w:sdt>
          </w:p>
        </w:tc>
      </w:tr>
      <w:tr w:rsidR="001C7FD1" w14:paraId="22D289DA" w14:textId="77777777">
        <w:trPr>
          <w:cantSplit/>
        </w:trPr>
        <w:tc>
          <w:tcPr>
            <w:tcW w:w="3100" w:type="dxa"/>
            <w:shd w:val="clear" w:color="auto" w:fill="EEECE1"/>
          </w:tcPr>
          <w:p w14:paraId="66EDCC1F" w14:textId="77777777" w:rsidR="001C7FD1" w:rsidRDefault="003F5285">
            <w:pPr>
              <w:spacing w:after="0" w:line="240" w:lineRule="auto"/>
            </w:pPr>
            <w:r>
              <w:rPr>
                <w:rFonts w:eastAsia="Arial"/>
                <w:b/>
                <w:color w:val="4B1F26"/>
              </w:rPr>
              <w:lastRenderedPageBreak/>
              <w:t>Any limits on information sharing</w:t>
            </w:r>
          </w:p>
        </w:tc>
        <w:tc>
          <w:tcPr>
            <w:tcW w:w="6540" w:type="dxa"/>
            <w:shd w:val="clear" w:color="auto" w:fill="F5F4EF"/>
          </w:tcPr>
          <w:p w14:paraId="4BBCBE04" w14:textId="77777777" w:rsidR="001C7FD1" w:rsidRDefault="003F5285">
            <w:pPr>
              <w:spacing w:after="0" w:line="240" w:lineRule="auto"/>
            </w:pPr>
            <w:sdt>
              <w:sdtPr>
                <w:alias w:val="T045"/>
                <w:tag w:val="T045"/>
                <w:id w:val="100045"/>
                <w:text/>
              </w:sdtPr>
              <w:sdtEndPr/>
              <w:sdtContent>
                <w:r>
                  <w:rPr>
                    <w:rFonts w:eastAsia="Arial"/>
                    <w:color w:val="555555"/>
                  </w:rPr>
                  <w:t>Click or tap to type</w:t>
                </w:r>
              </w:sdtContent>
            </w:sdt>
          </w:p>
        </w:tc>
      </w:tr>
      <w:tr w:rsidR="001C7FD1" w14:paraId="48BE6EE1" w14:textId="77777777">
        <w:trPr>
          <w:cantSplit/>
        </w:trPr>
        <w:tc>
          <w:tcPr>
            <w:tcW w:w="3100" w:type="dxa"/>
            <w:shd w:val="clear" w:color="auto" w:fill="EEECE1"/>
          </w:tcPr>
          <w:p w14:paraId="01FF4757" w14:textId="77777777" w:rsidR="001C7FD1" w:rsidRDefault="003F5285">
            <w:pPr>
              <w:spacing w:after="0" w:line="240" w:lineRule="auto"/>
            </w:pPr>
            <w:r>
              <w:rPr>
                <w:rFonts w:eastAsia="Arial"/>
                <w:b/>
                <w:color w:val="4B1F26"/>
              </w:rPr>
              <w:t>Name of person giving consent</w:t>
            </w:r>
          </w:p>
        </w:tc>
        <w:tc>
          <w:tcPr>
            <w:tcW w:w="6540" w:type="dxa"/>
          </w:tcPr>
          <w:p w14:paraId="39609199" w14:textId="77777777" w:rsidR="001C7FD1" w:rsidRDefault="003F5285">
            <w:pPr>
              <w:spacing w:after="0" w:line="240" w:lineRule="auto"/>
            </w:pPr>
            <w:sdt>
              <w:sdtPr>
                <w:alias w:val="T046"/>
                <w:tag w:val="T046"/>
                <w:id w:val="100046"/>
                <w:text/>
              </w:sdtPr>
              <w:sdtEndPr/>
              <w:sdtContent>
                <w:r>
                  <w:rPr>
                    <w:rFonts w:eastAsia="Arial"/>
                    <w:color w:val="555555"/>
                  </w:rPr>
                  <w:t>Click or tap to type</w:t>
                </w:r>
              </w:sdtContent>
            </w:sdt>
          </w:p>
        </w:tc>
      </w:tr>
      <w:tr w:rsidR="001C7FD1" w14:paraId="5C3FAF23" w14:textId="77777777">
        <w:trPr>
          <w:cantSplit/>
        </w:trPr>
        <w:tc>
          <w:tcPr>
            <w:tcW w:w="3100" w:type="dxa"/>
            <w:shd w:val="clear" w:color="auto" w:fill="EEECE1"/>
          </w:tcPr>
          <w:p w14:paraId="4CB0857B" w14:textId="77777777" w:rsidR="001C7FD1" w:rsidRDefault="003F5285">
            <w:pPr>
              <w:spacing w:after="0" w:line="240" w:lineRule="auto"/>
            </w:pPr>
            <w:r>
              <w:rPr>
                <w:rFonts w:eastAsia="Arial"/>
                <w:b/>
                <w:color w:val="4B1F26"/>
              </w:rPr>
              <w:t>Relationship / authority</w:t>
            </w:r>
          </w:p>
        </w:tc>
        <w:tc>
          <w:tcPr>
            <w:tcW w:w="6540" w:type="dxa"/>
            <w:shd w:val="clear" w:color="auto" w:fill="F5F4EF"/>
          </w:tcPr>
          <w:p w14:paraId="2AFD8E0F" w14:textId="77777777" w:rsidR="001C7FD1" w:rsidRDefault="003F5285">
            <w:pPr>
              <w:spacing w:after="0" w:line="240" w:lineRule="auto"/>
            </w:pPr>
            <w:sdt>
              <w:sdtPr>
                <w:alias w:val="T047"/>
                <w:tag w:val="T047"/>
                <w:id w:val="100047"/>
                <w:text/>
              </w:sdtPr>
              <w:sdtEndPr/>
              <w:sdtContent>
                <w:r>
                  <w:rPr>
                    <w:rFonts w:eastAsia="Arial"/>
                    <w:color w:val="555555"/>
                  </w:rPr>
                  <w:t>Click or tap to type</w:t>
                </w:r>
              </w:sdtContent>
            </w:sdt>
          </w:p>
        </w:tc>
      </w:tr>
      <w:tr w:rsidR="001C7FD1" w14:paraId="4FC2D7A4" w14:textId="77777777">
        <w:trPr>
          <w:cantSplit/>
        </w:trPr>
        <w:tc>
          <w:tcPr>
            <w:tcW w:w="3100" w:type="dxa"/>
            <w:shd w:val="clear" w:color="auto" w:fill="EEECE1"/>
          </w:tcPr>
          <w:p w14:paraId="122EBBD1" w14:textId="77777777" w:rsidR="001C7FD1" w:rsidRDefault="003F5285">
            <w:pPr>
              <w:spacing w:after="0" w:line="240" w:lineRule="auto"/>
            </w:pPr>
            <w:r>
              <w:rPr>
                <w:rFonts w:eastAsia="Arial"/>
                <w:b/>
                <w:color w:val="4B1F26"/>
              </w:rPr>
              <w:t>Date</w:t>
            </w:r>
          </w:p>
        </w:tc>
        <w:tc>
          <w:tcPr>
            <w:tcW w:w="6540" w:type="dxa"/>
          </w:tcPr>
          <w:p w14:paraId="25E7FC32" w14:textId="77777777" w:rsidR="001C7FD1" w:rsidRDefault="003F5285">
            <w:pPr>
              <w:spacing w:after="0" w:line="240" w:lineRule="auto"/>
            </w:pPr>
            <w:sdt>
              <w:sdtPr>
                <w:alias w:val="D048"/>
                <w:tag w:val="D048"/>
                <w:id w:val="100048"/>
                <w:text/>
              </w:sdtPr>
              <w:sdtEndPr/>
              <w:sdtContent>
                <w:r>
                  <w:rPr>
                    <w:rFonts w:eastAsia="Arial"/>
                    <w:color w:val="555555"/>
                  </w:rPr>
                  <w:t>DD/MM/YYYY</w:t>
                </w:r>
              </w:sdtContent>
            </w:sdt>
          </w:p>
        </w:tc>
      </w:tr>
    </w:tbl>
    <w:p w14:paraId="00D78161" w14:textId="77777777" w:rsidR="001C7FD1" w:rsidRDefault="003F5285">
      <w:pPr>
        <w:pStyle w:val="Heading1"/>
      </w:pPr>
      <w:r>
        <w:t>2. Wara Yindi Strengths, Identity and Goals Profile</w:t>
      </w:r>
    </w:p>
    <w:p w14:paraId="668B0EB3" w14:textId="77777777" w:rsidR="001C7FD1" w:rsidRDefault="003F5285">
      <w:pPr>
        <w:spacing w:after="160" w:line="269" w:lineRule="auto"/>
      </w:pPr>
      <w:r>
        <w:rPr>
          <w:rFonts w:eastAsia="Arial"/>
        </w:rPr>
        <w:t>Begin with what is strong, meaningful and already working. These answers guide how needs are described and ensure recommendations connect to the person's life rather than only to deficits.</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300"/>
        <w:gridCol w:w="6340"/>
      </w:tblGrid>
      <w:tr w:rsidR="001C7FD1" w14:paraId="65B672A7" w14:textId="77777777">
        <w:trPr>
          <w:tblHeader/>
        </w:trPr>
        <w:tc>
          <w:tcPr>
            <w:tcW w:w="3300" w:type="dxa"/>
            <w:shd w:val="clear" w:color="auto" w:fill="4B1F26"/>
            <w:tcMar>
              <w:top w:w="90" w:type="dxa"/>
              <w:left w:w="120" w:type="dxa"/>
              <w:bottom w:w="90" w:type="dxa"/>
              <w:right w:w="120" w:type="dxa"/>
            </w:tcMar>
            <w:vAlign w:val="center"/>
          </w:tcPr>
          <w:p w14:paraId="7FBFC629" w14:textId="77777777" w:rsidR="001C7FD1" w:rsidRDefault="003F5285">
            <w:pPr>
              <w:spacing w:after="0" w:line="240" w:lineRule="auto"/>
            </w:pPr>
            <w:r>
              <w:rPr>
                <w:rFonts w:eastAsia="Arial"/>
                <w:b/>
                <w:color w:val="FFFFFF"/>
              </w:rPr>
              <w:t>Question</w:t>
            </w:r>
          </w:p>
        </w:tc>
        <w:tc>
          <w:tcPr>
            <w:tcW w:w="6340" w:type="dxa"/>
            <w:shd w:val="clear" w:color="auto" w:fill="4B1F26"/>
            <w:tcMar>
              <w:top w:w="90" w:type="dxa"/>
              <w:left w:w="120" w:type="dxa"/>
              <w:bottom w:w="90" w:type="dxa"/>
              <w:right w:w="120" w:type="dxa"/>
            </w:tcMar>
            <w:vAlign w:val="center"/>
          </w:tcPr>
          <w:p w14:paraId="7B221617" w14:textId="77777777" w:rsidR="001C7FD1" w:rsidRDefault="003F5285">
            <w:pPr>
              <w:spacing w:after="0" w:line="240" w:lineRule="auto"/>
            </w:pPr>
            <w:r>
              <w:rPr>
                <w:rFonts w:eastAsia="Arial"/>
                <w:b/>
                <w:color w:val="FFFFFF"/>
              </w:rPr>
              <w:t>Your response</w:t>
            </w:r>
          </w:p>
        </w:tc>
      </w:tr>
      <w:tr w:rsidR="001C7FD1" w14:paraId="1F2955F7" w14:textId="77777777">
        <w:trPr>
          <w:cantSplit/>
        </w:trPr>
        <w:tc>
          <w:tcPr>
            <w:tcW w:w="3300" w:type="dxa"/>
            <w:shd w:val="clear" w:color="auto" w:fill="EEECE1"/>
          </w:tcPr>
          <w:p w14:paraId="23596C14" w14:textId="77777777" w:rsidR="001C7FD1" w:rsidRDefault="003F5285">
            <w:pPr>
              <w:spacing w:after="0" w:line="240" w:lineRule="auto"/>
            </w:pPr>
            <w:r>
              <w:rPr>
                <w:rFonts w:eastAsia="Arial"/>
                <w:b/>
                <w:color w:val="4B1F26"/>
              </w:rPr>
              <w:t>What does the person want us to know about them first?</w:t>
            </w:r>
          </w:p>
        </w:tc>
        <w:tc>
          <w:tcPr>
            <w:tcW w:w="6340" w:type="dxa"/>
          </w:tcPr>
          <w:p w14:paraId="3893F4F6" w14:textId="77777777" w:rsidR="001C7FD1" w:rsidRDefault="003F5285">
            <w:pPr>
              <w:spacing w:after="0" w:line="240" w:lineRule="auto"/>
            </w:pPr>
            <w:sdt>
              <w:sdtPr>
                <w:alias w:val="T049"/>
                <w:tag w:val="T049"/>
                <w:id w:val="100049"/>
                <w:text/>
              </w:sdtPr>
              <w:sdtEndPr/>
              <w:sdtContent>
                <w:r>
                  <w:rPr>
                    <w:rFonts w:eastAsia="Arial"/>
                    <w:color w:val="555555"/>
                  </w:rPr>
                  <w:t>Click or tap to type</w:t>
                </w:r>
              </w:sdtContent>
            </w:sdt>
          </w:p>
        </w:tc>
      </w:tr>
      <w:tr w:rsidR="001C7FD1" w14:paraId="030E7D72" w14:textId="77777777">
        <w:trPr>
          <w:cantSplit/>
        </w:trPr>
        <w:tc>
          <w:tcPr>
            <w:tcW w:w="3300" w:type="dxa"/>
            <w:shd w:val="clear" w:color="auto" w:fill="EEECE1"/>
          </w:tcPr>
          <w:p w14:paraId="0FD39AFB" w14:textId="77777777" w:rsidR="001C7FD1" w:rsidRDefault="003F5285">
            <w:pPr>
              <w:spacing w:after="0" w:line="240" w:lineRule="auto"/>
            </w:pPr>
            <w:r>
              <w:rPr>
                <w:rFonts w:eastAsia="Arial"/>
                <w:b/>
                <w:color w:val="4B1F26"/>
              </w:rPr>
              <w:t>What are their strengths, skills, qualities and achievements?</w:t>
            </w:r>
          </w:p>
        </w:tc>
        <w:tc>
          <w:tcPr>
            <w:tcW w:w="6340" w:type="dxa"/>
            <w:shd w:val="clear" w:color="auto" w:fill="F5F4EF"/>
          </w:tcPr>
          <w:p w14:paraId="43ED5624" w14:textId="77777777" w:rsidR="001C7FD1" w:rsidRDefault="003F5285">
            <w:pPr>
              <w:spacing w:after="0" w:line="240" w:lineRule="auto"/>
            </w:pPr>
            <w:sdt>
              <w:sdtPr>
                <w:alias w:val="T050"/>
                <w:tag w:val="T050"/>
                <w:id w:val="100050"/>
                <w:text/>
              </w:sdtPr>
              <w:sdtEndPr/>
              <w:sdtContent>
                <w:r>
                  <w:rPr>
                    <w:rFonts w:eastAsia="Arial"/>
                    <w:color w:val="555555"/>
                  </w:rPr>
                  <w:t>Click or tap to type</w:t>
                </w:r>
              </w:sdtContent>
            </w:sdt>
          </w:p>
        </w:tc>
      </w:tr>
      <w:tr w:rsidR="001C7FD1" w14:paraId="47D48C9D" w14:textId="77777777">
        <w:trPr>
          <w:cantSplit/>
        </w:trPr>
        <w:tc>
          <w:tcPr>
            <w:tcW w:w="3300" w:type="dxa"/>
            <w:shd w:val="clear" w:color="auto" w:fill="EEECE1"/>
          </w:tcPr>
          <w:p w14:paraId="5DEF3423" w14:textId="77777777" w:rsidR="001C7FD1" w:rsidRDefault="003F5285">
            <w:pPr>
              <w:spacing w:after="0" w:line="240" w:lineRule="auto"/>
            </w:pPr>
            <w:r>
              <w:rPr>
                <w:rFonts w:eastAsia="Arial"/>
                <w:b/>
                <w:color w:val="4B1F26"/>
              </w:rPr>
              <w:t>What interests, activities, topics or places bring enjoyment or calm?</w:t>
            </w:r>
          </w:p>
        </w:tc>
        <w:tc>
          <w:tcPr>
            <w:tcW w:w="6340" w:type="dxa"/>
          </w:tcPr>
          <w:p w14:paraId="3CB005A0" w14:textId="77777777" w:rsidR="001C7FD1" w:rsidRDefault="003F5285">
            <w:pPr>
              <w:spacing w:after="0" w:line="240" w:lineRule="auto"/>
            </w:pPr>
            <w:sdt>
              <w:sdtPr>
                <w:alias w:val="T051"/>
                <w:tag w:val="T051"/>
                <w:id w:val="100051"/>
                <w:text/>
              </w:sdtPr>
              <w:sdtEndPr/>
              <w:sdtContent>
                <w:r>
                  <w:rPr>
                    <w:rFonts w:eastAsia="Arial"/>
                    <w:color w:val="555555"/>
                  </w:rPr>
                  <w:t>Click or tap to type</w:t>
                </w:r>
              </w:sdtContent>
            </w:sdt>
          </w:p>
        </w:tc>
      </w:tr>
      <w:tr w:rsidR="001C7FD1" w14:paraId="39E89A87" w14:textId="77777777">
        <w:trPr>
          <w:cantSplit/>
        </w:trPr>
        <w:tc>
          <w:tcPr>
            <w:tcW w:w="3300" w:type="dxa"/>
            <w:shd w:val="clear" w:color="auto" w:fill="EEECE1"/>
          </w:tcPr>
          <w:p w14:paraId="4023336F" w14:textId="77777777" w:rsidR="001C7FD1" w:rsidRDefault="003F5285">
            <w:pPr>
              <w:spacing w:after="0" w:line="240" w:lineRule="auto"/>
            </w:pPr>
            <w:r>
              <w:rPr>
                <w:rFonts w:eastAsia="Arial"/>
                <w:b/>
                <w:color w:val="4B1F26"/>
              </w:rPr>
              <w:t>Who and what are most important to the person?</w:t>
            </w:r>
          </w:p>
        </w:tc>
        <w:tc>
          <w:tcPr>
            <w:tcW w:w="6340" w:type="dxa"/>
            <w:shd w:val="clear" w:color="auto" w:fill="F5F4EF"/>
          </w:tcPr>
          <w:p w14:paraId="2178FF58" w14:textId="77777777" w:rsidR="001C7FD1" w:rsidRDefault="003F5285">
            <w:pPr>
              <w:spacing w:after="0" w:line="240" w:lineRule="auto"/>
            </w:pPr>
            <w:sdt>
              <w:sdtPr>
                <w:alias w:val="T052"/>
                <w:tag w:val="T052"/>
                <w:id w:val="100052"/>
                <w:text/>
              </w:sdtPr>
              <w:sdtEndPr/>
              <w:sdtContent>
                <w:r>
                  <w:rPr>
                    <w:rFonts w:eastAsia="Arial"/>
                    <w:color w:val="555555"/>
                  </w:rPr>
                  <w:t>Click or tap to type</w:t>
                </w:r>
              </w:sdtContent>
            </w:sdt>
          </w:p>
        </w:tc>
      </w:tr>
      <w:tr w:rsidR="001C7FD1" w14:paraId="3C9AE22B" w14:textId="77777777">
        <w:trPr>
          <w:cantSplit/>
        </w:trPr>
        <w:tc>
          <w:tcPr>
            <w:tcW w:w="3300" w:type="dxa"/>
            <w:shd w:val="clear" w:color="auto" w:fill="EEECE1"/>
          </w:tcPr>
          <w:p w14:paraId="2B7CF26E" w14:textId="77777777" w:rsidR="001C7FD1" w:rsidRDefault="003F5285">
            <w:pPr>
              <w:spacing w:after="0" w:line="240" w:lineRule="auto"/>
            </w:pPr>
            <w:r>
              <w:rPr>
                <w:rFonts w:eastAsia="Arial"/>
                <w:b/>
                <w:color w:val="4B1F26"/>
              </w:rPr>
              <w:t>How do culture, community, family, identity or Country strengthen the person?</w:t>
            </w:r>
          </w:p>
        </w:tc>
        <w:tc>
          <w:tcPr>
            <w:tcW w:w="6340" w:type="dxa"/>
          </w:tcPr>
          <w:p w14:paraId="736D2114" w14:textId="77777777" w:rsidR="001C7FD1" w:rsidRDefault="003F5285">
            <w:pPr>
              <w:spacing w:after="0" w:line="240" w:lineRule="auto"/>
            </w:pPr>
            <w:sdt>
              <w:sdtPr>
                <w:alias w:val="T053"/>
                <w:tag w:val="T053"/>
                <w:id w:val="100053"/>
                <w:text/>
              </w:sdtPr>
              <w:sdtEndPr/>
              <w:sdtContent>
                <w:r>
                  <w:rPr>
                    <w:rFonts w:eastAsia="Arial"/>
                    <w:color w:val="555555"/>
                  </w:rPr>
                  <w:t>Click or tap to type</w:t>
                </w:r>
              </w:sdtContent>
            </w:sdt>
          </w:p>
        </w:tc>
      </w:tr>
      <w:tr w:rsidR="001C7FD1" w14:paraId="4BB7F2C6" w14:textId="77777777">
        <w:trPr>
          <w:cantSplit/>
        </w:trPr>
        <w:tc>
          <w:tcPr>
            <w:tcW w:w="3300" w:type="dxa"/>
            <w:shd w:val="clear" w:color="auto" w:fill="EEECE1"/>
          </w:tcPr>
          <w:p w14:paraId="1CE366A9" w14:textId="77777777" w:rsidR="001C7FD1" w:rsidRDefault="003F5285">
            <w:pPr>
              <w:spacing w:after="0" w:line="240" w:lineRule="auto"/>
            </w:pPr>
            <w:r>
              <w:rPr>
                <w:rFonts w:eastAsia="Arial"/>
                <w:b/>
                <w:color w:val="4B1F26"/>
              </w:rPr>
              <w:t>What does a good day look like?</w:t>
            </w:r>
          </w:p>
        </w:tc>
        <w:tc>
          <w:tcPr>
            <w:tcW w:w="6340" w:type="dxa"/>
            <w:shd w:val="clear" w:color="auto" w:fill="F5F4EF"/>
          </w:tcPr>
          <w:p w14:paraId="5AE62F78" w14:textId="77777777" w:rsidR="001C7FD1" w:rsidRDefault="003F5285">
            <w:pPr>
              <w:spacing w:after="0" w:line="240" w:lineRule="auto"/>
            </w:pPr>
            <w:sdt>
              <w:sdtPr>
                <w:alias w:val="T054"/>
                <w:tag w:val="T054"/>
                <w:id w:val="100054"/>
                <w:text/>
              </w:sdtPr>
              <w:sdtEndPr/>
              <w:sdtContent>
                <w:r>
                  <w:rPr>
                    <w:rFonts w:eastAsia="Arial"/>
                    <w:color w:val="555555"/>
                  </w:rPr>
                  <w:t>Click or tap to type</w:t>
                </w:r>
              </w:sdtContent>
            </w:sdt>
          </w:p>
        </w:tc>
      </w:tr>
      <w:tr w:rsidR="001C7FD1" w14:paraId="0CFBB9D4" w14:textId="77777777">
        <w:trPr>
          <w:cantSplit/>
        </w:trPr>
        <w:tc>
          <w:tcPr>
            <w:tcW w:w="3300" w:type="dxa"/>
            <w:shd w:val="clear" w:color="auto" w:fill="EEECE1"/>
          </w:tcPr>
          <w:p w14:paraId="6AE96A26" w14:textId="77777777" w:rsidR="001C7FD1" w:rsidRDefault="003F5285">
            <w:pPr>
              <w:spacing w:after="0" w:line="240" w:lineRule="auto"/>
            </w:pPr>
            <w:r>
              <w:rPr>
                <w:rFonts w:eastAsia="Arial"/>
                <w:b/>
                <w:color w:val="4B1F26"/>
              </w:rPr>
              <w:t>What does a difficult day look like?</w:t>
            </w:r>
          </w:p>
        </w:tc>
        <w:tc>
          <w:tcPr>
            <w:tcW w:w="6340" w:type="dxa"/>
          </w:tcPr>
          <w:p w14:paraId="179A13F1" w14:textId="77777777" w:rsidR="001C7FD1" w:rsidRDefault="003F5285">
            <w:pPr>
              <w:spacing w:after="0" w:line="240" w:lineRule="auto"/>
            </w:pPr>
            <w:sdt>
              <w:sdtPr>
                <w:alias w:val="T055"/>
                <w:tag w:val="T055"/>
                <w:id w:val="100055"/>
                <w:text/>
              </w:sdtPr>
              <w:sdtEndPr/>
              <w:sdtContent>
                <w:r>
                  <w:rPr>
                    <w:rFonts w:eastAsia="Arial"/>
                    <w:color w:val="555555"/>
                  </w:rPr>
                  <w:t>Click or tap to type</w:t>
                </w:r>
              </w:sdtContent>
            </w:sdt>
          </w:p>
        </w:tc>
      </w:tr>
      <w:tr w:rsidR="001C7FD1" w14:paraId="0FC9D09B" w14:textId="77777777">
        <w:trPr>
          <w:cantSplit/>
        </w:trPr>
        <w:tc>
          <w:tcPr>
            <w:tcW w:w="3300" w:type="dxa"/>
            <w:shd w:val="clear" w:color="auto" w:fill="EEECE1"/>
          </w:tcPr>
          <w:p w14:paraId="3014B31D" w14:textId="77777777" w:rsidR="001C7FD1" w:rsidRDefault="003F5285">
            <w:pPr>
              <w:spacing w:after="0" w:line="240" w:lineRule="auto"/>
            </w:pPr>
            <w:r>
              <w:rPr>
                <w:rFonts w:eastAsia="Arial"/>
                <w:b/>
                <w:color w:val="4B1F26"/>
              </w:rPr>
              <w:t>What support approaches build trust and work well?</w:t>
            </w:r>
          </w:p>
        </w:tc>
        <w:tc>
          <w:tcPr>
            <w:tcW w:w="6340" w:type="dxa"/>
            <w:shd w:val="clear" w:color="auto" w:fill="F5F4EF"/>
          </w:tcPr>
          <w:p w14:paraId="252822BF" w14:textId="77777777" w:rsidR="001C7FD1" w:rsidRDefault="003F5285">
            <w:pPr>
              <w:spacing w:after="0" w:line="240" w:lineRule="auto"/>
            </w:pPr>
            <w:sdt>
              <w:sdtPr>
                <w:alias w:val="T056"/>
                <w:tag w:val="T056"/>
                <w:id w:val="100056"/>
                <w:text/>
              </w:sdtPr>
              <w:sdtEndPr/>
              <w:sdtContent>
                <w:r>
                  <w:rPr>
                    <w:rFonts w:eastAsia="Arial"/>
                    <w:color w:val="555555"/>
                  </w:rPr>
                  <w:t>Click or tap to type</w:t>
                </w:r>
              </w:sdtContent>
            </w:sdt>
          </w:p>
        </w:tc>
      </w:tr>
      <w:tr w:rsidR="001C7FD1" w14:paraId="2F82B4A3" w14:textId="77777777">
        <w:trPr>
          <w:cantSplit/>
        </w:trPr>
        <w:tc>
          <w:tcPr>
            <w:tcW w:w="3300" w:type="dxa"/>
            <w:shd w:val="clear" w:color="auto" w:fill="EEECE1"/>
          </w:tcPr>
          <w:p w14:paraId="4C548E45" w14:textId="77777777" w:rsidR="001C7FD1" w:rsidRDefault="003F5285">
            <w:pPr>
              <w:spacing w:after="0" w:line="240" w:lineRule="auto"/>
            </w:pPr>
            <w:r>
              <w:rPr>
                <w:rFonts w:eastAsia="Arial"/>
                <w:b/>
                <w:color w:val="4B1F26"/>
              </w:rPr>
              <w:t>What approaches do not work or can cause distress?</w:t>
            </w:r>
          </w:p>
        </w:tc>
        <w:tc>
          <w:tcPr>
            <w:tcW w:w="6340" w:type="dxa"/>
          </w:tcPr>
          <w:p w14:paraId="62E2BD3D" w14:textId="77777777" w:rsidR="001C7FD1" w:rsidRDefault="003F5285">
            <w:pPr>
              <w:spacing w:after="0" w:line="240" w:lineRule="auto"/>
            </w:pPr>
            <w:sdt>
              <w:sdtPr>
                <w:alias w:val="T057"/>
                <w:tag w:val="T057"/>
                <w:id w:val="100057"/>
                <w:text/>
              </w:sdtPr>
              <w:sdtEndPr/>
              <w:sdtContent>
                <w:r>
                  <w:rPr>
                    <w:rFonts w:eastAsia="Arial"/>
                    <w:color w:val="555555"/>
                  </w:rPr>
                  <w:t>Click or tap to type</w:t>
                </w:r>
              </w:sdtContent>
            </w:sdt>
          </w:p>
        </w:tc>
      </w:tr>
      <w:tr w:rsidR="001C7FD1" w14:paraId="53738381" w14:textId="77777777">
        <w:trPr>
          <w:cantSplit/>
        </w:trPr>
        <w:tc>
          <w:tcPr>
            <w:tcW w:w="3300" w:type="dxa"/>
            <w:shd w:val="clear" w:color="auto" w:fill="EEECE1"/>
          </w:tcPr>
          <w:p w14:paraId="4458A522" w14:textId="77777777" w:rsidR="001C7FD1" w:rsidRDefault="003F5285">
            <w:pPr>
              <w:spacing w:after="0" w:line="240" w:lineRule="auto"/>
            </w:pPr>
            <w:r>
              <w:rPr>
                <w:rFonts w:eastAsia="Arial"/>
                <w:b/>
                <w:color w:val="4B1F26"/>
              </w:rPr>
              <w:t>What is the person proud of or hoping to build on?</w:t>
            </w:r>
          </w:p>
        </w:tc>
        <w:tc>
          <w:tcPr>
            <w:tcW w:w="6340" w:type="dxa"/>
            <w:shd w:val="clear" w:color="auto" w:fill="F5F4EF"/>
          </w:tcPr>
          <w:p w14:paraId="17C3F3FA" w14:textId="77777777" w:rsidR="001C7FD1" w:rsidRDefault="003F5285">
            <w:pPr>
              <w:spacing w:after="0" w:line="240" w:lineRule="auto"/>
            </w:pPr>
            <w:sdt>
              <w:sdtPr>
                <w:alias w:val="T058"/>
                <w:tag w:val="T058"/>
                <w:id w:val="100058"/>
                <w:text/>
              </w:sdtPr>
              <w:sdtEndPr/>
              <w:sdtContent>
                <w:r>
                  <w:rPr>
                    <w:rFonts w:eastAsia="Arial"/>
                    <w:color w:val="555555"/>
                  </w:rPr>
                  <w:t>Click or tap to type</w:t>
                </w:r>
              </w:sdtContent>
            </w:sdt>
          </w:p>
        </w:tc>
      </w:tr>
      <w:tr w:rsidR="001C7FD1" w14:paraId="3B05F35B" w14:textId="77777777">
        <w:trPr>
          <w:cantSplit/>
        </w:trPr>
        <w:tc>
          <w:tcPr>
            <w:tcW w:w="3300" w:type="dxa"/>
            <w:shd w:val="clear" w:color="auto" w:fill="EEECE1"/>
          </w:tcPr>
          <w:p w14:paraId="1188C2DC" w14:textId="77777777" w:rsidR="001C7FD1" w:rsidRDefault="003F5285">
            <w:pPr>
              <w:spacing w:after="0" w:line="240" w:lineRule="auto"/>
            </w:pPr>
            <w:r>
              <w:rPr>
                <w:rFonts w:eastAsia="Arial"/>
                <w:b/>
                <w:color w:val="4B1F26"/>
              </w:rPr>
              <w:t>What are the person's current goals in their own words?</w:t>
            </w:r>
          </w:p>
        </w:tc>
        <w:tc>
          <w:tcPr>
            <w:tcW w:w="6340" w:type="dxa"/>
          </w:tcPr>
          <w:p w14:paraId="46A820FA" w14:textId="77777777" w:rsidR="001C7FD1" w:rsidRDefault="003F5285">
            <w:pPr>
              <w:spacing w:after="0" w:line="240" w:lineRule="auto"/>
            </w:pPr>
            <w:sdt>
              <w:sdtPr>
                <w:alias w:val="T059"/>
                <w:tag w:val="T059"/>
                <w:id w:val="100059"/>
                <w:text/>
              </w:sdtPr>
              <w:sdtEndPr/>
              <w:sdtContent>
                <w:r>
                  <w:rPr>
                    <w:rFonts w:eastAsia="Arial"/>
                    <w:color w:val="555555"/>
                  </w:rPr>
                  <w:t>Click or tap to type</w:t>
                </w:r>
              </w:sdtContent>
            </w:sdt>
          </w:p>
        </w:tc>
      </w:tr>
      <w:tr w:rsidR="001C7FD1" w14:paraId="5F553E46" w14:textId="77777777">
        <w:trPr>
          <w:cantSplit/>
        </w:trPr>
        <w:tc>
          <w:tcPr>
            <w:tcW w:w="3300" w:type="dxa"/>
            <w:shd w:val="clear" w:color="auto" w:fill="EEECE1"/>
          </w:tcPr>
          <w:p w14:paraId="6E55D068" w14:textId="77777777" w:rsidR="001C7FD1" w:rsidRDefault="003F5285">
            <w:pPr>
              <w:spacing w:after="0" w:line="240" w:lineRule="auto"/>
            </w:pPr>
            <w:r>
              <w:rPr>
                <w:rFonts w:eastAsia="Arial"/>
                <w:b/>
                <w:color w:val="4B1F26"/>
              </w:rPr>
              <w:t>What are the parent/carer or family goals?</w:t>
            </w:r>
          </w:p>
        </w:tc>
        <w:tc>
          <w:tcPr>
            <w:tcW w:w="6340" w:type="dxa"/>
            <w:shd w:val="clear" w:color="auto" w:fill="F5F4EF"/>
          </w:tcPr>
          <w:p w14:paraId="6D292AA0" w14:textId="77777777" w:rsidR="001C7FD1" w:rsidRDefault="003F5285">
            <w:pPr>
              <w:spacing w:after="0" w:line="240" w:lineRule="auto"/>
            </w:pPr>
            <w:sdt>
              <w:sdtPr>
                <w:alias w:val="T060"/>
                <w:tag w:val="T060"/>
                <w:id w:val="100060"/>
                <w:text/>
              </w:sdtPr>
              <w:sdtEndPr/>
              <w:sdtContent>
                <w:r>
                  <w:rPr>
                    <w:rFonts w:eastAsia="Arial"/>
                    <w:color w:val="555555"/>
                  </w:rPr>
                  <w:t>Click or tap to type</w:t>
                </w:r>
              </w:sdtContent>
            </w:sdt>
          </w:p>
        </w:tc>
      </w:tr>
      <w:tr w:rsidR="001C7FD1" w14:paraId="373B9867" w14:textId="77777777">
        <w:trPr>
          <w:cantSplit/>
        </w:trPr>
        <w:tc>
          <w:tcPr>
            <w:tcW w:w="3300" w:type="dxa"/>
            <w:shd w:val="clear" w:color="auto" w:fill="EEECE1"/>
          </w:tcPr>
          <w:p w14:paraId="6442F0E6" w14:textId="77777777" w:rsidR="001C7FD1" w:rsidRDefault="003F5285">
            <w:pPr>
              <w:spacing w:after="0" w:line="240" w:lineRule="auto"/>
            </w:pPr>
            <w:r>
              <w:rPr>
                <w:rFonts w:eastAsia="Arial"/>
                <w:b/>
                <w:color w:val="4B1F26"/>
              </w:rPr>
              <w:lastRenderedPageBreak/>
              <w:t>What are the three biggest barriers affecting everyday life now?</w:t>
            </w:r>
          </w:p>
        </w:tc>
        <w:tc>
          <w:tcPr>
            <w:tcW w:w="6340" w:type="dxa"/>
          </w:tcPr>
          <w:p w14:paraId="77208FDA" w14:textId="77777777" w:rsidR="001C7FD1" w:rsidRDefault="003F5285">
            <w:pPr>
              <w:spacing w:after="0" w:line="240" w:lineRule="auto"/>
            </w:pPr>
            <w:sdt>
              <w:sdtPr>
                <w:alias w:val="T061"/>
                <w:tag w:val="T061"/>
                <w:id w:val="100061"/>
                <w:text/>
              </w:sdtPr>
              <w:sdtEndPr/>
              <w:sdtContent>
                <w:r>
                  <w:rPr>
                    <w:rFonts w:eastAsia="Arial"/>
                    <w:color w:val="555555"/>
                  </w:rPr>
                  <w:t>Click or tap to type</w:t>
                </w:r>
              </w:sdtContent>
            </w:sdt>
          </w:p>
        </w:tc>
      </w:tr>
      <w:tr w:rsidR="001C7FD1" w14:paraId="3A965D43" w14:textId="77777777">
        <w:trPr>
          <w:cantSplit/>
        </w:trPr>
        <w:tc>
          <w:tcPr>
            <w:tcW w:w="3300" w:type="dxa"/>
            <w:shd w:val="clear" w:color="auto" w:fill="EEECE1"/>
          </w:tcPr>
          <w:p w14:paraId="04528B27" w14:textId="77777777" w:rsidR="001C7FD1" w:rsidRDefault="003F5285">
            <w:pPr>
              <w:spacing w:after="0" w:line="240" w:lineRule="auto"/>
            </w:pPr>
            <w:r>
              <w:rPr>
                <w:rFonts w:eastAsia="Arial"/>
                <w:b/>
                <w:color w:val="4B1F26"/>
              </w:rPr>
              <w:t>What one change would make the biggest positive difference in the next three months?</w:t>
            </w:r>
          </w:p>
        </w:tc>
        <w:tc>
          <w:tcPr>
            <w:tcW w:w="6340" w:type="dxa"/>
            <w:shd w:val="clear" w:color="auto" w:fill="F5F4EF"/>
          </w:tcPr>
          <w:p w14:paraId="6DB10193" w14:textId="77777777" w:rsidR="001C7FD1" w:rsidRDefault="003F5285">
            <w:pPr>
              <w:spacing w:after="0" w:line="240" w:lineRule="auto"/>
            </w:pPr>
            <w:sdt>
              <w:sdtPr>
                <w:alias w:val="T062"/>
                <w:tag w:val="T062"/>
                <w:id w:val="100062"/>
                <w:text/>
              </w:sdtPr>
              <w:sdtEndPr/>
              <w:sdtContent>
                <w:r>
                  <w:rPr>
                    <w:rFonts w:eastAsia="Arial"/>
                    <w:color w:val="555555"/>
                  </w:rPr>
                  <w:t>Click or tap to type</w:t>
                </w:r>
              </w:sdtContent>
            </w:sdt>
          </w:p>
        </w:tc>
      </w:tr>
      <w:tr w:rsidR="001C7FD1" w14:paraId="548700A5" w14:textId="77777777">
        <w:trPr>
          <w:cantSplit/>
        </w:trPr>
        <w:tc>
          <w:tcPr>
            <w:tcW w:w="3300" w:type="dxa"/>
            <w:shd w:val="clear" w:color="auto" w:fill="EEECE1"/>
          </w:tcPr>
          <w:p w14:paraId="3584ACBB" w14:textId="77777777" w:rsidR="001C7FD1" w:rsidRDefault="003F5285">
            <w:pPr>
              <w:spacing w:after="0" w:line="240" w:lineRule="auto"/>
            </w:pPr>
            <w:r>
              <w:rPr>
                <w:rFonts w:eastAsia="Arial"/>
                <w:b/>
                <w:color w:val="4B1F26"/>
              </w:rPr>
              <w:t>What would greater independence, safety, choice or participation look like?</w:t>
            </w:r>
          </w:p>
        </w:tc>
        <w:tc>
          <w:tcPr>
            <w:tcW w:w="6340" w:type="dxa"/>
          </w:tcPr>
          <w:p w14:paraId="3DE35029" w14:textId="77777777" w:rsidR="001C7FD1" w:rsidRDefault="003F5285">
            <w:pPr>
              <w:spacing w:after="0" w:line="240" w:lineRule="auto"/>
            </w:pPr>
            <w:sdt>
              <w:sdtPr>
                <w:alias w:val="T063"/>
                <w:tag w:val="T063"/>
                <w:id w:val="100063"/>
                <w:text/>
              </w:sdtPr>
              <w:sdtEndPr/>
              <w:sdtContent>
                <w:r>
                  <w:rPr>
                    <w:rFonts w:eastAsia="Arial"/>
                    <w:color w:val="555555"/>
                  </w:rPr>
                  <w:t>Click or tap to type</w:t>
                </w:r>
              </w:sdtContent>
            </w:sdt>
          </w:p>
        </w:tc>
      </w:tr>
    </w:tbl>
    <w:p w14:paraId="5A30AC48" w14:textId="77777777" w:rsidR="001C7FD1" w:rsidRDefault="003F5285">
      <w:pPr>
        <w:pStyle w:val="Heading1"/>
      </w:pPr>
      <w:r>
        <w:t>3. Wara Yindi Health, Development and Life History Profile</w:t>
      </w:r>
    </w:p>
    <w:p w14:paraId="184E270B" w14:textId="77777777" w:rsidR="001C7FD1" w:rsidRDefault="003F5285">
      <w:pPr>
        <w:spacing w:after="160" w:line="269" w:lineRule="auto"/>
      </w:pPr>
      <w:r>
        <w:rPr>
          <w:rFonts w:eastAsia="Arial"/>
        </w:rPr>
        <w:t>Provide enough history to understand present function. Do not include sensitive history unless it is relevant, consented and necessary for safe assessment or support planning.</w:t>
      </w:r>
    </w:p>
    <w:p w14:paraId="093C7F28" w14:textId="77777777" w:rsidR="001C7FD1" w:rsidRDefault="003F5285">
      <w:pPr>
        <w:pStyle w:val="Heading2"/>
      </w:pPr>
      <w:r>
        <w:t>3.1 Health and developmental background</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300"/>
        <w:gridCol w:w="6340"/>
      </w:tblGrid>
      <w:tr w:rsidR="001C7FD1" w14:paraId="3D6B1BB8" w14:textId="77777777">
        <w:trPr>
          <w:tblHeader/>
        </w:trPr>
        <w:tc>
          <w:tcPr>
            <w:tcW w:w="3300" w:type="dxa"/>
            <w:shd w:val="clear" w:color="auto" w:fill="4B1F26"/>
            <w:tcMar>
              <w:top w:w="90" w:type="dxa"/>
              <w:left w:w="120" w:type="dxa"/>
              <w:bottom w:w="90" w:type="dxa"/>
              <w:right w:w="120" w:type="dxa"/>
            </w:tcMar>
            <w:vAlign w:val="center"/>
          </w:tcPr>
          <w:p w14:paraId="70E6D0CF" w14:textId="77777777" w:rsidR="001C7FD1" w:rsidRDefault="003F5285">
            <w:pPr>
              <w:spacing w:after="0" w:line="240" w:lineRule="auto"/>
            </w:pPr>
            <w:r>
              <w:rPr>
                <w:rFonts w:eastAsia="Arial"/>
                <w:b/>
                <w:color w:val="FFFFFF"/>
              </w:rPr>
              <w:t>Question</w:t>
            </w:r>
          </w:p>
        </w:tc>
        <w:tc>
          <w:tcPr>
            <w:tcW w:w="6340" w:type="dxa"/>
            <w:shd w:val="clear" w:color="auto" w:fill="4B1F26"/>
            <w:tcMar>
              <w:top w:w="90" w:type="dxa"/>
              <w:left w:w="120" w:type="dxa"/>
              <w:bottom w:w="90" w:type="dxa"/>
              <w:right w:w="120" w:type="dxa"/>
            </w:tcMar>
            <w:vAlign w:val="center"/>
          </w:tcPr>
          <w:p w14:paraId="61E586A4" w14:textId="77777777" w:rsidR="001C7FD1" w:rsidRDefault="003F5285">
            <w:pPr>
              <w:spacing w:after="0" w:line="240" w:lineRule="auto"/>
            </w:pPr>
            <w:r>
              <w:rPr>
                <w:rFonts w:eastAsia="Arial"/>
                <w:b/>
                <w:color w:val="FFFFFF"/>
              </w:rPr>
              <w:t>Your response</w:t>
            </w:r>
          </w:p>
        </w:tc>
      </w:tr>
      <w:tr w:rsidR="001C7FD1" w14:paraId="61129D80" w14:textId="77777777">
        <w:trPr>
          <w:cantSplit/>
        </w:trPr>
        <w:tc>
          <w:tcPr>
            <w:tcW w:w="3300" w:type="dxa"/>
            <w:shd w:val="clear" w:color="auto" w:fill="EEECE1"/>
          </w:tcPr>
          <w:p w14:paraId="51132906" w14:textId="77777777" w:rsidR="001C7FD1" w:rsidRDefault="003F5285">
            <w:pPr>
              <w:spacing w:after="0" w:line="240" w:lineRule="auto"/>
            </w:pPr>
            <w:r>
              <w:rPr>
                <w:rFonts w:eastAsia="Arial"/>
                <w:b/>
                <w:color w:val="4B1F26"/>
              </w:rPr>
              <w:t>Pregnancy, birth or neonatal history, if relevant</w:t>
            </w:r>
          </w:p>
        </w:tc>
        <w:tc>
          <w:tcPr>
            <w:tcW w:w="6340" w:type="dxa"/>
          </w:tcPr>
          <w:p w14:paraId="6719BA72" w14:textId="77777777" w:rsidR="001C7FD1" w:rsidRDefault="003F5285">
            <w:pPr>
              <w:spacing w:after="0" w:line="240" w:lineRule="auto"/>
            </w:pPr>
            <w:sdt>
              <w:sdtPr>
                <w:alias w:val="T064"/>
                <w:tag w:val="T064"/>
                <w:id w:val="100064"/>
                <w:text/>
              </w:sdtPr>
              <w:sdtEndPr/>
              <w:sdtContent>
                <w:r>
                  <w:rPr>
                    <w:rFonts w:eastAsia="Arial"/>
                    <w:color w:val="555555"/>
                  </w:rPr>
                  <w:t>Click or tap to type</w:t>
                </w:r>
              </w:sdtContent>
            </w:sdt>
          </w:p>
        </w:tc>
      </w:tr>
      <w:tr w:rsidR="001C7FD1" w14:paraId="2079A651" w14:textId="77777777">
        <w:trPr>
          <w:cantSplit/>
        </w:trPr>
        <w:tc>
          <w:tcPr>
            <w:tcW w:w="3300" w:type="dxa"/>
            <w:shd w:val="clear" w:color="auto" w:fill="EEECE1"/>
          </w:tcPr>
          <w:p w14:paraId="22311B88" w14:textId="77777777" w:rsidR="001C7FD1" w:rsidRDefault="003F5285">
            <w:pPr>
              <w:spacing w:after="0" w:line="240" w:lineRule="auto"/>
            </w:pPr>
            <w:r>
              <w:rPr>
                <w:rFonts w:eastAsia="Arial"/>
                <w:b/>
                <w:color w:val="4B1F26"/>
              </w:rPr>
              <w:t>Early development and milestones, if relevant</w:t>
            </w:r>
          </w:p>
        </w:tc>
        <w:tc>
          <w:tcPr>
            <w:tcW w:w="6340" w:type="dxa"/>
            <w:shd w:val="clear" w:color="auto" w:fill="F5F4EF"/>
          </w:tcPr>
          <w:p w14:paraId="50F9F6B0" w14:textId="77777777" w:rsidR="001C7FD1" w:rsidRDefault="003F5285">
            <w:pPr>
              <w:spacing w:after="0" w:line="240" w:lineRule="auto"/>
            </w:pPr>
            <w:sdt>
              <w:sdtPr>
                <w:alias w:val="T065"/>
                <w:tag w:val="T065"/>
                <w:id w:val="100065"/>
                <w:text/>
              </w:sdtPr>
              <w:sdtEndPr/>
              <w:sdtContent>
                <w:r>
                  <w:rPr>
                    <w:rFonts w:eastAsia="Arial"/>
                    <w:color w:val="555555"/>
                  </w:rPr>
                  <w:t>Click or tap to type</w:t>
                </w:r>
              </w:sdtContent>
            </w:sdt>
          </w:p>
        </w:tc>
      </w:tr>
      <w:tr w:rsidR="001C7FD1" w14:paraId="63FA71E6" w14:textId="77777777">
        <w:trPr>
          <w:cantSplit/>
        </w:trPr>
        <w:tc>
          <w:tcPr>
            <w:tcW w:w="3300" w:type="dxa"/>
            <w:shd w:val="clear" w:color="auto" w:fill="EEECE1"/>
          </w:tcPr>
          <w:p w14:paraId="75EE25DF" w14:textId="77777777" w:rsidR="001C7FD1" w:rsidRDefault="003F5285">
            <w:pPr>
              <w:spacing w:after="0" w:line="240" w:lineRule="auto"/>
            </w:pPr>
            <w:r>
              <w:rPr>
                <w:rFonts w:eastAsia="Arial"/>
                <w:b/>
                <w:color w:val="4B1F26"/>
              </w:rPr>
              <w:t>Any loss of previously developed skills or significant change in function</w:t>
            </w:r>
          </w:p>
        </w:tc>
        <w:tc>
          <w:tcPr>
            <w:tcW w:w="6340" w:type="dxa"/>
          </w:tcPr>
          <w:p w14:paraId="4C2FE1E8" w14:textId="77777777" w:rsidR="001C7FD1" w:rsidRDefault="003F5285">
            <w:pPr>
              <w:spacing w:after="0" w:line="240" w:lineRule="auto"/>
            </w:pPr>
            <w:sdt>
              <w:sdtPr>
                <w:alias w:val="T066"/>
                <w:tag w:val="T066"/>
                <w:id w:val="100066"/>
                <w:text/>
              </w:sdtPr>
              <w:sdtEndPr/>
              <w:sdtContent>
                <w:r>
                  <w:rPr>
                    <w:rFonts w:eastAsia="Arial"/>
                    <w:color w:val="555555"/>
                  </w:rPr>
                  <w:t>Click or tap to type</w:t>
                </w:r>
              </w:sdtContent>
            </w:sdt>
          </w:p>
        </w:tc>
      </w:tr>
      <w:tr w:rsidR="001C7FD1" w14:paraId="5A6D78D8" w14:textId="77777777">
        <w:trPr>
          <w:cantSplit/>
        </w:trPr>
        <w:tc>
          <w:tcPr>
            <w:tcW w:w="3300" w:type="dxa"/>
            <w:shd w:val="clear" w:color="auto" w:fill="EEECE1"/>
          </w:tcPr>
          <w:p w14:paraId="19F05E9F" w14:textId="77777777" w:rsidR="001C7FD1" w:rsidRDefault="003F5285">
            <w:pPr>
              <w:spacing w:after="0" w:line="240" w:lineRule="auto"/>
            </w:pPr>
            <w:r>
              <w:rPr>
                <w:rFonts w:eastAsia="Arial"/>
                <w:b/>
                <w:color w:val="4B1F26"/>
              </w:rPr>
              <w:t>Diagnosis history, including age and diagnosing professional if known</w:t>
            </w:r>
          </w:p>
        </w:tc>
        <w:tc>
          <w:tcPr>
            <w:tcW w:w="6340" w:type="dxa"/>
            <w:shd w:val="clear" w:color="auto" w:fill="F5F4EF"/>
          </w:tcPr>
          <w:p w14:paraId="356AB9FA" w14:textId="77777777" w:rsidR="001C7FD1" w:rsidRDefault="003F5285">
            <w:pPr>
              <w:spacing w:after="0" w:line="240" w:lineRule="auto"/>
            </w:pPr>
            <w:sdt>
              <w:sdtPr>
                <w:alias w:val="T067"/>
                <w:tag w:val="T067"/>
                <w:id w:val="100067"/>
                <w:text/>
              </w:sdtPr>
              <w:sdtEndPr/>
              <w:sdtContent>
                <w:r>
                  <w:rPr>
                    <w:rFonts w:eastAsia="Arial"/>
                    <w:color w:val="555555"/>
                  </w:rPr>
                  <w:t>Click or tap to type</w:t>
                </w:r>
              </w:sdtContent>
            </w:sdt>
          </w:p>
        </w:tc>
      </w:tr>
      <w:tr w:rsidR="001C7FD1" w14:paraId="0D0E4D3B" w14:textId="77777777">
        <w:trPr>
          <w:cantSplit/>
        </w:trPr>
        <w:tc>
          <w:tcPr>
            <w:tcW w:w="3300" w:type="dxa"/>
            <w:shd w:val="clear" w:color="auto" w:fill="EEECE1"/>
          </w:tcPr>
          <w:p w14:paraId="34C1EC2F" w14:textId="77777777" w:rsidR="001C7FD1" w:rsidRDefault="003F5285">
            <w:pPr>
              <w:spacing w:after="0" w:line="240" w:lineRule="auto"/>
            </w:pPr>
            <w:r>
              <w:rPr>
                <w:rFonts w:eastAsia="Arial"/>
                <w:b/>
                <w:color w:val="4B1F26"/>
              </w:rPr>
              <w:t>Major illnesses, injuries, surgeries or hospital admissions</w:t>
            </w:r>
          </w:p>
        </w:tc>
        <w:tc>
          <w:tcPr>
            <w:tcW w:w="6340" w:type="dxa"/>
          </w:tcPr>
          <w:p w14:paraId="0E8E8844" w14:textId="77777777" w:rsidR="001C7FD1" w:rsidRDefault="003F5285">
            <w:pPr>
              <w:spacing w:after="0" w:line="240" w:lineRule="auto"/>
            </w:pPr>
            <w:sdt>
              <w:sdtPr>
                <w:alias w:val="T068"/>
                <w:tag w:val="T068"/>
                <w:id w:val="100068"/>
                <w:text/>
              </w:sdtPr>
              <w:sdtEndPr/>
              <w:sdtContent>
                <w:r>
                  <w:rPr>
                    <w:rFonts w:eastAsia="Arial"/>
                    <w:color w:val="555555"/>
                  </w:rPr>
                  <w:t>Click or tap to type</w:t>
                </w:r>
              </w:sdtContent>
            </w:sdt>
          </w:p>
        </w:tc>
      </w:tr>
      <w:tr w:rsidR="001C7FD1" w14:paraId="630F0B69" w14:textId="77777777">
        <w:trPr>
          <w:cantSplit/>
        </w:trPr>
        <w:tc>
          <w:tcPr>
            <w:tcW w:w="3300" w:type="dxa"/>
            <w:shd w:val="clear" w:color="auto" w:fill="EEECE1"/>
          </w:tcPr>
          <w:p w14:paraId="78B59092" w14:textId="77777777" w:rsidR="001C7FD1" w:rsidRDefault="003F5285">
            <w:pPr>
              <w:spacing w:after="0" w:line="240" w:lineRule="auto"/>
            </w:pPr>
            <w:r>
              <w:rPr>
                <w:rFonts w:eastAsia="Arial"/>
                <w:b/>
                <w:color w:val="4B1F26"/>
              </w:rPr>
              <w:t>Vision, hearing or dental needs</w:t>
            </w:r>
          </w:p>
        </w:tc>
        <w:tc>
          <w:tcPr>
            <w:tcW w:w="6340" w:type="dxa"/>
            <w:shd w:val="clear" w:color="auto" w:fill="F5F4EF"/>
          </w:tcPr>
          <w:p w14:paraId="68781D75" w14:textId="77777777" w:rsidR="001C7FD1" w:rsidRDefault="003F5285">
            <w:pPr>
              <w:spacing w:after="0" w:line="240" w:lineRule="auto"/>
            </w:pPr>
            <w:sdt>
              <w:sdtPr>
                <w:alias w:val="T069"/>
                <w:tag w:val="T069"/>
                <w:id w:val="100069"/>
                <w:text/>
              </w:sdtPr>
              <w:sdtEndPr/>
              <w:sdtContent>
                <w:r>
                  <w:rPr>
                    <w:rFonts w:eastAsia="Arial"/>
                    <w:color w:val="555555"/>
                  </w:rPr>
                  <w:t>Click or tap to type</w:t>
                </w:r>
              </w:sdtContent>
            </w:sdt>
          </w:p>
        </w:tc>
      </w:tr>
      <w:tr w:rsidR="001C7FD1" w14:paraId="0A72AB1B" w14:textId="77777777">
        <w:trPr>
          <w:cantSplit/>
        </w:trPr>
        <w:tc>
          <w:tcPr>
            <w:tcW w:w="3300" w:type="dxa"/>
            <w:shd w:val="clear" w:color="auto" w:fill="EEECE1"/>
          </w:tcPr>
          <w:p w14:paraId="5335A94A" w14:textId="77777777" w:rsidR="001C7FD1" w:rsidRDefault="003F5285">
            <w:pPr>
              <w:spacing w:after="0" w:line="240" w:lineRule="auto"/>
            </w:pPr>
            <w:r>
              <w:rPr>
                <w:rFonts w:eastAsia="Arial"/>
                <w:b/>
                <w:color w:val="4B1F26"/>
              </w:rPr>
              <w:t>Pain, fatigue, dizziness, headaches or other symptoms affecting daily life</w:t>
            </w:r>
          </w:p>
        </w:tc>
        <w:tc>
          <w:tcPr>
            <w:tcW w:w="6340" w:type="dxa"/>
          </w:tcPr>
          <w:p w14:paraId="4CAC562C" w14:textId="77777777" w:rsidR="001C7FD1" w:rsidRDefault="003F5285">
            <w:pPr>
              <w:spacing w:after="0" w:line="240" w:lineRule="auto"/>
            </w:pPr>
            <w:sdt>
              <w:sdtPr>
                <w:alias w:val="T070"/>
                <w:tag w:val="T070"/>
                <w:id w:val="100070"/>
                <w:text/>
              </w:sdtPr>
              <w:sdtEndPr/>
              <w:sdtContent>
                <w:r>
                  <w:rPr>
                    <w:rFonts w:eastAsia="Arial"/>
                    <w:color w:val="555555"/>
                  </w:rPr>
                  <w:t>Click or tap to type</w:t>
                </w:r>
              </w:sdtContent>
            </w:sdt>
          </w:p>
        </w:tc>
      </w:tr>
      <w:tr w:rsidR="001C7FD1" w14:paraId="22E8C619" w14:textId="77777777">
        <w:trPr>
          <w:cantSplit/>
        </w:trPr>
        <w:tc>
          <w:tcPr>
            <w:tcW w:w="3300" w:type="dxa"/>
            <w:shd w:val="clear" w:color="auto" w:fill="EEECE1"/>
          </w:tcPr>
          <w:p w14:paraId="6C1AEB78" w14:textId="77777777" w:rsidR="001C7FD1" w:rsidRDefault="003F5285">
            <w:pPr>
              <w:spacing w:after="0" w:line="240" w:lineRule="auto"/>
            </w:pPr>
            <w:r>
              <w:rPr>
                <w:rFonts w:eastAsia="Arial"/>
                <w:b/>
                <w:color w:val="4B1F26"/>
              </w:rPr>
              <w:t>Sleep pattern, night waking and impact during the day</w:t>
            </w:r>
          </w:p>
        </w:tc>
        <w:tc>
          <w:tcPr>
            <w:tcW w:w="6340" w:type="dxa"/>
            <w:shd w:val="clear" w:color="auto" w:fill="F5F4EF"/>
          </w:tcPr>
          <w:p w14:paraId="5FC8516E" w14:textId="77777777" w:rsidR="001C7FD1" w:rsidRDefault="003F5285">
            <w:pPr>
              <w:spacing w:after="0" w:line="240" w:lineRule="auto"/>
            </w:pPr>
            <w:sdt>
              <w:sdtPr>
                <w:alias w:val="T071"/>
                <w:tag w:val="T071"/>
                <w:id w:val="100071"/>
                <w:text/>
              </w:sdtPr>
              <w:sdtEndPr/>
              <w:sdtContent>
                <w:r>
                  <w:rPr>
                    <w:rFonts w:eastAsia="Arial"/>
                    <w:color w:val="555555"/>
                  </w:rPr>
                  <w:t>Click or tap to type</w:t>
                </w:r>
              </w:sdtContent>
            </w:sdt>
          </w:p>
        </w:tc>
      </w:tr>
      <w:tr w:rsidR="001C7FD1" w14:paraId="18FDFA87" w14:textId="77777777">
        <w:trPr>
          <w:cantSplit/>
        </w:trPr>
        <w:tc>
          <w:tcPr>
            <w:tcW w:w="3300" w:type="dxa"/>
            <w:shd w:val="clear" w:color="auto" w:fill="EEECE1"/>
          </w:tcPr>
          <w:p w14:paraId="57047E74" w14:textId="77777777" w:rsidR="001C7FD1" w:rsidRDefault="003F5285">
            <w:pPr>
              <w:spacing w:after="0" w:line="240" w:lineRule="auto"/>
            </w:pPr>
            <w:r>
              <w:rPr>
                <w:rFonts w:eastAsia="Arial"/>
                <w:b/>
                <w:color w:val="4B1F26"/>
              </w:rPr>
              <w:lastRenderedPageBreak/>
              <w:t>Eating, drinking, swallowing, food allergy or nutrition concerns</w:t>
            </w:r>
          </w:p>
        </w:tc>
        <w:tc>
          <w:tcPr>
            <w:tcW w:w="6340" w:type="dxa"/>
          </w:tcPr>
          <w:p w14:paraId="62740C05" w14:textId="77777777" w:rsidR="001C7FD1" w:rsidRDefault="003F5285">
            <w:pPr>
              <w:spacing w:after="0" w:line="240" w:lineRule="auto"/>
            </w:pPr>
            <w:sdt>
              <w:sdtPr>
                <w:alias w:val="T072"/>
                <w:tag w:val="T072"/>
                <w:id w:val="100072"/>
                <w:text/>
              </w:sdtPr>
              <w:sdtEndPr/>
              <w:sdtContent>
                <w:r>
                  <w:rPr>
                    <w:rFonts w:eastAsia="Arial"/>
                    <w:color w:val="555555"/>
                  </w:rPr>
                  <w:t>Click or tap to type</w:t>
                </w:r>
              </w:sdtContent>
            </w:sdt>
          </w:p>
        </w:tc>
      </w:tr>
      <w:tr w:rsidR="001C7FD1" w14:paraId="6AE6A50F" w14:textId="77777777">
        <w:trPr>
          <w:cantSplit/>
        </w:trPr>
        <w:tc>
          <w:tcPr>
            <w:tcW w:w="3300" w:type="dxa"/>
            <w:shd w:val="clear" w:color="auto" w:fill="EEECE1"/>
          </w:tcPr>
          <w:p w14:paraId="6280D74C" w14:textId="77777777" w:rsidR="001C7FD1" w:rsidRDefault="003F5285">
            <w:pPr>
              <w:spacing w:after="0" w:line="240" w:lineRule="auto"/>
            </w:pPr>
            <w:r>
              <w:rPr>
                <w:rFonts w:eastAsia="Arial"/>
                <w:b/>
                <w:color w:val="4B1F26"/>
              </w:rPr>
              <w:t>Seizures, respiratory issues, continence or other health risks</w:t>
            </w:r>
          </w:p>
        </w:tc>
        <w:tc>
          <w:tcPr>
            <w:tcW w:w="6340" w:type="dxa"/>
            <w:shd w:val="clear" w:color="auto" w:fill="F5F4EF"/>
          </w:tcPr>
          <w:p w14:paraId="03D058AD" w14:textId="77777777" w:rsidR="001C7FD1" w:rsidRDefault="003F5285">
            <w:pPr>
              <w:spacing w:after="0" w:line="240" w:lineRule="auto"/>
            </w:pPr>
            <w:sdt>
              <w:sdtPr>
                <w:alias w:val="T073"/>
                <w:tag w:val="T073"/>
                <w:id w:val="100073"/>
                <w:text/>
              </w:sdtPr>
              <w:sdtEndPr/>
              <w:sdtContent>
                <w:r>
                  <w:rPr>
                    <w:rFonts w:eastAsia="Arial"/>
                    <w:color w:val="555555"/>
                  </w:rPr>
                  <w:t>Click or tap to type</w:t>
                </w:r>
              </w:sdtContent>
            </w:sdt>
          </w:p>
        </w:tc>
      </w:tr>
      <w:tr w:rsidR="001C7FD1" w14:paraId="34C54FB1" w14:textId="77777777">
        <w:trPr>
          <w:cantSplit/>
        </w:trPr>
        <w:tc>
          <w:tcPr>
            <w:tcW w:w="3300" w:type="dxa"/>
            <w:shd w:val="clear" w:color="auto" w:fill="EEECE1"/>
          </w:tcPr>
          <w:p w14:paraId="2D5723D7" w14:textId="77777777" w:rsidR="001C7FD1" w:rsidRDefault="003F5285">
            <w:pPr>
              <w:spacing w:after="0" w:line="240" w:lineRule="auto"/>
            </w:pPr>
            <w:r>
              <w:rPr>
                <w:rFonts w:eastAsia="Arial"/>
                <w:b/>
                <w:color w:val="4B1F26"/>
              </w:rPr>
              <w:t>Mental health history, trauma impacts or periods of significant distress</w:t>
            </w:r>
          </w:p>
        </w:tc>
        <w:tc>
          <w:tcPr>
            <w:tcW w:w="6340" w:type="dxa"/>
          </w:tcPr>
          <w:p w14:paraId="0306BE75" w14:textId="77777777" w:rsidR="001C7FD1" w:rsidRDefault="003F5285">
            <w:pPr>
              <w:spacing w:after="0" w:line="240" w:lineRule="auto"/>
            </w:pPr>
            <w:sdt>
              <w:sdtPr>
                <w:alias w:val="T074"/>
                <w:tag w:val="T074"/>
                <w:id w:val="100074"/>
                <w:text/>
              </w:sdtPr>
              <w:sdtEndPr/>
              <w:sdtContent>
                <w:r>
                  <w:rPr>
                    <w:rFonts w:eastAsia="Arial"/>
                    <w:color w:val="555555"/>
                  </w:rPr>
                  <w:t>Click or tap to type</w:t>
                </w:r>
              </w:sdtContent>
            </w:sdt>
          </w:p>
        </w:tc>
      </w:tr>
      <w:tr w:rsidR="001C7FD1" w14:paraId="7E746AE7" w14:textId="77777777">
        <w:trPr>
          <w:cantSplit/>
        </w:trPr>
        <w:tc>
          <w:tcPr>
            <w:tcW w:w="3300" w:type="dxa"/>
            <w:shd w:val="clear" w:color="auto" w:fill="EEECE1"/>
          </w:tcPr>
          <w:p w14:paraId="108F1432" w14:textId="77777777" w:rsidR="001C7FD1" w:rsidRDefault="003F5285">
            <w:pPr>
              <w:spacing w:after="0" w:line="240" w:lineRule="auto"/>
            </w:pPr>
            <w:r>
              <w:rPr>
                <w:rFonts w:eastAsia="Arial"/>
                <w:b/>
                <w:color w:val="4B1F26"/>
              </w:rPr>
              <w:t>Family health, developmental or disability history that is relevant</w:t>
            </w:r>
          </w:p>
        </w:tc>
        <w:tc>
          <w:tcPr>
            <w:tcW w:w="6340" w:type="dxa"/>
            <w:shd w:val="clear" w:color="auto" w:fill="F5F4EF"/>
          </w:tcPr>
          <w:p w14:paraId="5C0672F1" w14:textId="77777777" w:rsidR="001C7FD1" w:rsidRDefault="003F5285">
            <w:pPr>
              <w:spacing w:after="0" w:line="240" w:lineRule="auto"/>
            </w:pPr>
            <w:sdt>
              <w:sdtPr>
                <w:alias w:val="T075"/>
                <w:tag w:val="T075"/>
                <w:id w:val="100075"/>
                <w:text/>
              </w:sdtPr>
              <w:sdtEndPr/>
              <w:sdtContent>
                <w:r>
                  <w:rPr>
                    <w:rFonts w:eastAsia="Arial"/>
                    <w:color w:val="555555"/>
                  </w:rPr>
                  <w:t>Click or tap to type</w:t>
                </w:r>
              </w:sdtContent>
            </w:sdt>
          </w:p>
        </w:tc>
      </w:tr>
      <w:tr w:rsidR="001C7FD1" w14:paraId="52D3EC2D" w14:textId="77777777">
        <w:trPr>
          <w:cantSplit/>
        </w:trPr>
        <w:tc>
          <w:tcPr>
            <w:tcW w:w="3300" w:type="dxa"/>
            <w:shd w:val="clear" w:color="auto" w:fill="EEECE1"/>
          </w:tcPr>
          <w:p w14:paraId="53361A93" w14:textId="77777777" w:rsidR="001C7FD1" w:rsidRDefault="003F5285">
            <w:pPr>
              <w:spacing w:after="0" w:line="240" w:lineRule="auto"/>
            </w:pPr>
            <w:r>
              <w:rPr>
                <w:rFonts w:eastAsia="Arial"/>
                <w:b/>
                <w:color w:val="4B1F26"/>
              </w:rPr>
              <w:t>Major life events, transitions, grief, placement or housing changes</w:t>
            </w:r>
          </w:p>
        </w:tc>
        <w:tc>
          <w:tcPr>
            <w:tcW w:w="6340" w:type="dxa"/>
          </w:tcPr>
          <w:p w14:paraId="5DA66094" w14:textId="77777777" w:rsidR="001C7FD1" w:rsidRDefault="003F5285">
            <w:pPr>
              <w:spacing w:after="0" w:line="240" w:lineRule="auto"/>
            </w:pPr>
            <w:sdt>
              <w:sdtPr>
                <w:alias w:val="T076"/>
                <w:tag w:val="T076"/>
                <w:id w:val="100076"/>
                <w:text/>
              </w:sdtPr>
              <w:sdtEndPr/>
              <w:sdtContent>
                <w:r>
                  <w:rPr>
                    <w:rFonts w:eastAsia="Arial"/>
                    <w:color w:val="555555"/>
                  </w:rPr>
                  <w:t>Click or tap to type</w:t>
                </w:r>
              </w:sdtContent>
            </w:sdt>
          </w:p>
        </w:tc>
      </w:tr>
      <w:tr w:rsidR="001C7FD1" w14:paraId="7331F5FE" w14:textId="77777777">
        <w:trPr>
          <w:cantSplit/>
        </w:trPr>
        <w:tc>
          <w:tcPr>
            <w:tcW w:w="3300" w:type="dxa"/>
            <w:shd w:val="clear" w:color="auto" w:fill="EEECE1"/>
          </w:tcPr>
          <w:p w14:paraId="27184F18" w14:textId="77777777" w:rsidR="001C7FD1" w:rsidRDefault="003F5285">
            <w:pPr>
              <w:spacing w:after="0" w:line="240" w:lineRule="auto"/>
            </w:pPr>
            <w:r>
              <w:rPr>
                <w:rFonts w:eastAsia="Arial"/>
                <w:b/>
                <w:color w:val="4B1F26"/>
              </w:rPr>
              <w:t>Strengths and protective factors during change or illness</w:t>
            </w:r>
          </w:p>
        </w:tc>
        <w:tc>
          <w:tcPr>
            <w:tcW w:w="6340" w:type="dxa"/>
            <w:shd w:val="clear" w:color="auto" w:fill="F5F4EF"/>
          </w:tcPr>
          <w:p w14:paraId="6A9F0FE7" w14:textId="77777777" w:rsidR="001C7FD1" w:rsidRDefault="003F5285">
            <w:pPr>
              <w:spacing w:after="0" w:line="240" w:lineRule="auto"/>
            </w:pPr>
            <w:sdt>
              <w:sdtPr>
                <w:alias w:val="T077"/>
                <w:tag w:val="T077"/>
                <w:id w:val="100077"/>
                <w:text/>
              </w:sdtPr>
              <w:sdtEndPr/>
              <w:sdtContent>
                <w:r>
                  <w:rPr>
                    <w:rFonts w:eastAsia="Arial"/>
                    <w:color w:val="555555"/>
                  </w:rPr>
                  <w:t>Click or tap to type</w:t>
                </w:r>
              </w:sdtContent>
            </w:sdt>
          </w:p>
        </w:tc>
      </w:tr>
    </w:tbl>
    <w:p w14:paraId="5EB712BF" w14:textId="77777777" w:rsidR="001C7FD1" w:rsidRDefault="003F5285">
      <w:pPr>
        <w:pStyle w:val="Heading2"/>
      </w:pPr>
      <w:r>
        <w:t>3.2 Current health management</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100"/>
        <w:gridCol w:w="6540"/>
      </w:tblGrid>
      <w:tr w:rsidR="001C7FD1" w14:paraId="0D07366F" w14:textId="77777777">
        <w:trPr>
          <w:cantSplit/>
          <w:tblHeader/>
        </w:trPr>
        <w:tc>
          <w:tcPr>
            <w:tcW w:w="3100" w:type="dxa"/>
            <w:shd w:val="clear" w:color="auto" w:fill="4B1F26"/>
            <w:tcMar>
              <w:top w:w="90" w:type="dxa"/>
              <w:left w:w="120" w:type="dxa"/>
              <w:bottom w:w="90" w:type="dxa"/>
              <w:right w:w="120" w:type="dxa"/>
            </w:tcMar>
            <w:vAlign w:val="center"/>
          </w:tcPr>
          <w:p w14:paraId="305724CB" w14:textId="77777777" w:rsidR="001C7FD1" w:rsidRDefault="003F5285">
            <w:pPr>
              <w:spacing w:after="0" w:line="240" w:lineRule="auto"/>
            </w:pPr>
            <w:r>
              <w:rPr>
                <w:rFonts w:eastAsia="Arial"/>
                <w:b/>
                <w:color w:val="FFFFFF"/>
              </w:rPr>
              <w:t>Information</w:t>
            </w:r>
          </w:p>
        </w:tc>
        <w:tc>
          <w:tcPr>
            <w:tcW w:w="6540" w:type="dxa"/>
            <w:shd w:val="clear" w:color="auto" w:fill="4B1F26"/>
            <w:tcMar>
              <w:top w:w="90" w:type="dxa"/>
              <w:left w:w="120" w:type="dxa"/>
              <w:bottom w:w="90" w:type="dxa"/>
              <w:right w:w="120" w:type="dxa"/>
            </w:tcMar>
            <w:vAlign w:val="center"/>
          </w:tcPr>
          <w:p w14:paraId="1A2B5FCF" w14:textId="77777777" w:rsidR="001C7FD1" w:rsidRDefault="003F5285">
            <w:pPr>
              <w:spacing w:after="0" w:line="240" w:lineRule="auto"/>
            </w:pPr>
            <w:r>
              <w:rPr>
                <w:rFonts w:eastAsia="Arial"/>
                <w:b/>
                <w:color w:val="FFFFFF"/>
              </w:rPr>
              <w:t>Response</w:t>
            </w:r>
          </w:p>
        </w:tc>
      </w:tr>
      <w:tr w:rsidR="001C7FD1" w14:paraId="22A99FCA" w14:textId="77777777">
        <w:trPr>
          <w:cantSplit/>
        </w:trPr>
        <w:tc>
          <w:tcPr>
            <w:tcW w:w="3100" w:type="dxa"/>
            <w:shd w:val="clear" w:color="auto" w:fill="EEECE1"/>
          </w:tcPr>
          <w:p w14:paraId="68BFF692" w14:textId="77777777" w:rsidR="001C7FD1" w:rsidRDefault="003F5285">
            <w:pPr>
              <w:spacing w:after="0" w:line="240" w:lineRule="auto"/>
            </w:pPr>
            <w:r>
              <w:rPr>
                <w:rFonts w:eastAsia="Arial"/>
                <w:b/>
                <w:color w:val="4B1F26"/>
              </w:rPr>
              <w:t>GP and regular health services</w:t>
            </w:r>
          </w:p>
        </w:tc>
        <w:tc>
          <w:tcPr>
            <w:tcW w:w="6540" w:type="dxa"/>
          </w:tcPr>
          <w:p w14:paraId="27632C5C" w14:textId="77777777" w:rsidR="001C7FD1" w:rsidRDefault="003F5285">
            <w:pPr>
              <w:spacing w:after="0" w:line="240" w:lineRule="auto"/>
            </w:pPr>
            <w:sdt>
              <w:sdtPr>
                <w:alias w:val="T078"/>
                <w:tag w:val="T078"/>
                <w:id w:val="100078"/>
                <w:text/>
              </w:sdtPr>
              <w:sdtEndPr/>
              <w:sdtContent>
                <w:r>
                  <w:rPr>
                    <w:rFonts w:eastAsia="Arial"/>
                    <w:color w:val="555555"/>
                  </w:rPr>
                  <w:t>Click or tap to type</w:t>
                </w:r>
              </w:sdtContent>
            </w:sdt>
          </w:p>
        </w:tc>
      </w:tr>
      <w:tr w:rsidR="001C7FD1" w14:paraId="0738E155" w14:textId="77777777">
        <w:trPr>
          <w:cantSplit/>
        </w:trPr>
        <w:tc>
          <w:tcPr>
            <w:tcW w:w="3100" w:type="dxa"/>
            <w:shd w:val="clear" w:color="auto" w:fill="EEECE1"/>
          </w:tcPr>
          <w:p w14:paraId="6063BE1B" w14:textId="77777777" w:rsidR="001C7FD1" w:rsidRDefault="003F5285">
            <w:pPr>
              <w:spacing w:after="0" w:line="240" w:lineRule="auto"/>
            </w:pPr>
            <w:r>
              <w:rPr>
                <w:rFonts w:eastAsia="Arial"/>
                <w:b/>
                <w:color w:val="4B1F26"/>
              </w:rPr>
              <w:t>Specialists and allied health practitioners</w:t>
            </w:r>
          </w:p>
        </w:tc>
        <w:tc>
          <w:tcPr>
            <w:tcW w:w="6540" w:type="dxa"/>
            <w:shd w:val="clear" w:color="auto" w:fill="F5F4EF"/>
          </w:tcPr>
          <w:p w14:paraId="6D80F4B6" w14:textId="77777777" w:rsidR="001C7FD1" w:rsidRDefault="003F5285">
            <w:pPr>
              <w:spacing w:after="0" w:line="240" w:lineRule="auto"/>
            </w:pPr>
            <w:sdt>
              <w:sdtPr>
                <w:alias w:val="T079"/>
                <w:tag w:val="T079"/>
                <w:id w:val="100079"/>
                <w:text/>
              </w:sdtPr>
              <w:sdtEndPr/>
              <w:sdtContent>
                <w:r>
                  <w:rPr>
                    <w:rFonts w:eastAsia="Arial"/>
                    <w:color w:val="555555"/>
                  </w:rPr>
                  <w:t>Click or tap to type</w:t>
                </w:r>
              </w:sdtContent>
            </w:sdt>
          </w:p>
        </w:tc>
      </w:tr>
      <w:tr w:rsidR="001C7FD1" w14:paraId="4D70B0C3" w14:textId="77777777">
        <w:trPr>
          <w:cantSplit/>
        </w:trPr>
        <w:tc>
          <w:tcPr>
            <w:tcW w:w="3100" w:type="dxa"/>
            <w:shd w:val="clear" w:color="auto" w:fill="EEECE1"/>
          </w:tcPr>
          <w:p w14:paraId="2C292D0E" w14:textId="77777777" w:rsidR="001C7FD1" w:rsidRDefault="003F5285">
            <w:pPr>
              <w:spacing w:after="0" w:line="240" w:lineRule="auto"/>
            </w:pPr>
            <w:r>
              <w:rPr>
                <w:rFonts w:eastAsia="Arial"/>
                <w:b/>
                <w:color w:val="4B1F26"/>
              </w:rPr>
              <w:t>Current medications, dose/purpose and who manages them</w:t>
            </w:r>
          </w:p>
        </w:tc>
        <w:tc>
          <w:tcPr>
            <w:tcW w:w="6540" w:type="dxa"/>
          </w:tcPr>
          <w:p w14:paraId="42B24E3F" w14:textId="77777777" w:rsidR="001C7FD1" w:rsidRDefault="003F5285">
            <w:pPr>
              <w:spacing w:after="0" w:line="240" w:lineRule="auto"/>
            </w:pPr>
            <w:sdt>
              <w:sdtPr>
                <w:alias w:val="T080"/>
                <w:tag w:val="T080"/>
                <w:id w:val="100080"/>
                <w:text/>
              </w:sdtPr>
              <w:sdtEndPr/>
              <w:sdtContent>
                <w:r>
                  <w:rPr>
                    <w:rFonts w:eastAsia="Arial"/>
                    <w:color w:val="555555"/>
                  </w:rPr>
                  <w:t>Click or tap to type</w:t>
                </w:r>
              </w:sdtContent>
            </w:sdt>
          </w:p>
        </w:tc>
      </w:tr>
      <w:tr w:rsidR="001C7FD1" w14:paraId="4A0ABAB3" w14:textId="77777777">
        <w:trPr>
          <w:cantSplit/>
        </w:trPr>
        <w:tc>
          <w:tcPr>
            <w:tcW w:w="3100" w:type="dxa"/>
            <w:shd w:val="clear" w:color="auto" w:fill="EEECE1"/>
          </w:tcPr>
          <w:p w14:paraId="7739F590" w14:textId="77777777" w:rsidR="001C7FD1" w:rsidRDefault="003F5285">
            <w:pPr>
              <w:spacing w:after="0" w:line="240" w:lineRule="auto"/>
            </w:pPr>
            <w:r>
              <w:rPr>
                <w:rFonts w:eastAsia="Arial"/>
                <w:b/>
                <w:color w:val="4B1F26"/>
              </w:rPr>
              <w:t>Allergies and adverse reactions</w:t>
            </w:r>
          </w:p>
        </w:tc>
        <w:tc>
          <w:tcPr>
            <w:tcW w:w="6540" w:type="dxa"/>
            <w:shd w:val="clear" w:color="auto" w:fill="F5F4EF"/>
          </w:tcPr>
          <w:p w14:paraId="058E9585" w14:textId="77777777" w:rsidR="001C7FD1" w:rsidRDefault="003F5285">
            <w:pPr>
              <w:spacing w:after="0" w:line="240" w:lineRule="auto"/>
            </w:pPr>
            <w:sdt>
              <w:sdtPr>
                <w:alias w:val="T081"/>
                <w:tag w:val="T081"/>
                <w:id w:val="100081"/>
                <w:text/>
              </w:sdtPr>
              <w:sdtEndPr/>
              <w:sdtContent>
                <w:r>
                  <w:rPr>
                    <w:rFonts w:eastAsia="Arial"/>
                    <w:color w:val="555555"/>
                  </w:rPr>
                  <w:t>Click or tap to type</w:t>
                </w:r>
              </w:sdtContent>
            </w:sdt>
          </w:p>
        </w:tc>
      </w:tr>
      <w:tr w:rsidR="001C7FD1" w14:paraId="5DB0CBAA" w14:textId="77777777">
        <w:trPr>
          <w:cantSplit/>
        </w:trPr>
        <w:tc>
          <w:tcPr>
            <w:tcW w:w="3100" w:type="dxa"/>
            <w:shd w:val="clear" w:color="auto" w:fill="EEECE1"/>
          </w:tcPr>
          <w:p w14:paraId="18A94563" w14:textId="77777777" w:rsidR="001C7FD1" w:rsidRDefault="003F5285">
            <w:pPr>
              <w:spacing w:after="0" w:line="240" w:lineRule="auto"/>
            </w:pPr>
            <w:r>
              <w:rPr>
                <w:rFonts w:eastAsia="Arial"/>
                <w:b/>
                <w:color w:val="4B1F26"/>
              </w:rPr>
              <w:t>Assistive technology, equipment or health consumables</w:t>
            </w:r>
          </w:p>
        </w:tc>
        <w:tc>
          <w:tcPr>
            <w:tcW w:w="6540" w:type="dxa"/>
          </w:tcPr>
          <w:p w14:paraId="30D7B112" w14:textId="77777777" w:rsidR="001C7FD1" w:rsidRDefault="003F5285">
            <w:pPr>
              <w:spacing w:after="0" w:line="240" w:lineRule="auto"/>
            </w:pPr>
            <w:sdt>
              <w:sdtPr>
                <w:alias w:val="T082"/>
                <w:tag w:val="T082"/>
                <w:id w:val="100082"/>
                <w:text/>
              </w:sdtPr>
              <w:sdtEndPr/>
              <w:sdtContent>
                <w:r>
                  <w:rPr>
                    <w:rFonts w:eastAsia="Arial"/>
                    <w:color w:val="555555"/>
                  </w:rPr>
                  <w:t>Click or tap to type</w:t>
                </w:r>
              </w:sdtContent>
            </w:sdt>
          </w:p>
        </w:tc>
      </w:tr>
      <w:tr w:rsidR="001C7FD1" w14:paraId="2FDAED64" w14:textId="77777777">
        <w:trPr>
          <w:cantSplit/>
        </w:trPr>
        <w:tc>
          <w:tcPr>
            <w:tcW w:w="3100" w:type="dxa"/>
            <w:shd w:val="clear" w:color="auto" w:fill="EEECE1"/>
          </w:tcPr>
          <w:p w14:paraId="62822793" w14:textId="77777777" w:rsidR="001C7FD1" w:rsidRDefault="003F5285">
            <w:pPr>
              <w:spacing w:after="0" w:line="240" w:lineRule="auto"/>
            </w:pPr>
            <w:r>
              <w:rPr>
                <w:rFonts w:eastAsia="Arial"/>
                <w:b/>
                <w:color w:val="4B1F26"/>
              </w:rPr>
              <w:t>Health plans, emergency plans or hospital passport</w:t>
            </w:r>
          </w:p>
        </w:tc>
        <w:tc>
          <w:tcPr>
            <w:tcW w:w="6540" w:type="dxa"/>
            <w:shd w:val="clear" w:color="auto" w:fill="F5F4EF"/>
          </w:tcPr>
          <w:p w14:paraId="3635250B" w14:textId="77777777" w:rsidR="001C7FD1" w:rsidRDefault="003F5285">
            <w:pPr>
              <w:spacing w:after="0" w:line="240" w:lineRule="auto"/>
            </w:pPr>
            <w:sdt>
              <w:sdtPr>
                <w:alias w:val="T083"/>
                <w:tag w:val="T083"/>
                <w:id w:val="100083"/>
                <w:text/>
              </w:sdtPr>
              <w:sdtEndPr/>
              <w:sdtContent>
                <w:r>
                  <w:rPr>
                    <w:rFonts w:eastAsia="Arial"/>
                    <w:color w:val="555555"/>
                  </w:rPr>
                  <w:t>Click or tap to type</w:t>
                </w:r>
              </w:sdtContent>
            </w:sdt>
          </w:p>
        </w:tc>
      </w:tr>
      <w:tr w:rsidR="001C7FD1" w14:paraId="4246B687" w14:textId="77777777">
        <w:trPr>
          <w:cantSplit/>
        </w:trPr>
        <w:tc>
          <w:tcPr>
            <w:tcW w:w="3100" w:type="dxa"/>
            <w:shd w:val="clear" w:color="auto" w:fill="EEECE1"/>
          </w:tcPr>
          <w:p w14:paraId="7CD1D95C" w14:textId="77777777" w:rsidR="001C7FD1" w:rsidRDefault="003F5285">
            <w:pPr>
              <w:spacing w:after="0" w:line="240" w:lineRule="auto"/>
            </w:pPr>
            <w:r>
              <w:rPr>
                <w:rFonts w:eastAsia="Arial"/>
                <w:b/>
                <w:color w:val="4B1F26"/>
              </w:rPr>
              <w:t>Recent assessments and key findings</w:t>
            </w:r>
          </w:p>
        </w:tc>
        <w:tc>
          <w:tcPr>
            <w:tcW w:w="6540" w:type="dxa"/>
          </w:tcPr>
          <w:p w14:paraId="198C9BEE" w14:textId="77777777" w:rsidR="001C7FD1" w:rsidRDefault="003F5285">
            <w:pPr>
              <w:spacing w:after="0" w:line="240" w:lineRule="auto"/>
            </w:pPr>
            <w:sdt>
              <w:sdtPr>
                <w:alias w:val="T084"/>
                <w:tag w:val="T084"/>
                <w:id w:val="100084"/>
                <w:text/>
              </w:sdtPr>
              <w:sdtEndPr/>
              <w:sdtContent>
                <w:r>
                  <w:rPr>
                    <w:rFonts w:eastAsia="Arial"/>
                    <w:color w:val="555555"/>
                  </w:rPr>
                  <w:t>Click or tap to type</w:t>
                </w:r>
              </w:sdtContent>
            </w:sdt>
          </w:p>
        </w:tc>
      </w:tr>
      <w:tr w:rsidR="001C7FD1" w14:paraId="48A2363E" w14:textId="77777777">
        <w:trPr>
          <w:cantSplit/>
        </w:trPr>
        <w:tc>
          <w:tcPr>
            <w:tcW w:w="3100" w:type="dxa"/>
            <w:shd w:val="clear" w:color="auto" w:fill="EEECE1"/>
          </w:tcPr>
          <w:p w14:paraId="2DD5344F" w14:textId="77777777" w:rsidR="001C7FD1" w:rsidRDefault="003F5285">
            <w:pPr>
              <w:spacing w:after="0" w:line="240" w:lineRule="auto"/>
            </w:pPr>
            <w:r>
              <w:rPr>
                <w:rFonts w:eastAsia="Arial"/>
                <w:b/>
                <w:color w:val="4B1F26"/>
              </w:rPr>
              <w:t>Health appointments or investigations outstanding</w:t>
            </w:r>
          </w:p>
        </w:tc>
        <w:tc>
          <w:tcPr>
            <w:tcW w:w="6540" w:type="dxa"/>
            <w:shd w:val="clear" w:color="auto" w:fill="F5F4EF"/>
          </w:tcPr>
          <w:p w14:paraId="67447750" w14:textId="77777777" w:rsidR="001C7FD1" w:rsidRDefault="003F5285">
            <w:pPr>
              <w:spacing w:after="0" w:line="240" w:lineRule="auto"/>
            </w:pPr>
            <w:sdt>
              <w:sdtPr>
                <w:alias w:val="T085"/>
                <w:tag w:val="T085"/>
                <w:id w:val="100085"/>
                <w:text/>
              </w:sdtPr>
              <w:sdtEndPr/>
              <w:sdtContent>
                <w:r>
                  <w:rPr>
                    <w:rFonts w:eastAsia="Arial"/>
                    <w:color w:val="555555"/>
                  </w:rPr>
                  <w:t>Click or tap to type</w:t>
                </w:r>
              </w:sdtContent>
            </w:sdt>
          </w:p>
        </w:tc>
      </w:tr>
      <w:tr w:rsidR="001C7FD1" w14:paraId="344CFF74" w14:textId="77777777">
        <w:trPr>
          <w:cantSplit/>
        </w:trPr>
        <w:tc>
          <w:tcPr>
            <w:tcW w:w="3100" w:type="dxa"/>
            <w:shd w:val="clear" w:color="auto" w:fill="EEECE1"/>
          </w:tcPr>
          <w:p w14:paraId="1207BDDF" w14:textId="77777777" w:rsidR="001C7FD1" w:rsidRDefault="003F5285">
            <w:pPr>
              <w:spacing w:after="0" w:line="240" w:lineRule="auto"/>
            </w:pPr>
            <w:r>
              <w:rPr>
                <w:rFonts w:eastAsia="Arial"/>
                <w:b/>
                <w:color w:val="4B1F26"/>
              </w:rPr>
              <w:t>Barriers to accessing health care</w:t>
            </w:r>
          </w:p>
        </w:tc>
        <w:tc>
          <w:tcPr>
            <w:tcW w:w="6540" w:type="dxa"/>
          </w:tcPr>
          <w:p w14:paraId="4E0BC337" w14:textId="77777777" w:rsidR="001C7FD1" w:rsidRDefault="003F5285">
            <w:pPr>
              <w:spacing w:after="0" w:line="240" w:lineRule="auto"/>
            </w:pPr>
            <w:sdt>
              <w:sdtPr>
                <w:alias w:val="T086"/>
                <w:tag w:val="T086"/>
                <w:id w:val="100086"/>
                <w:text/>
              </w:sdtPr>
              <w:sdtEndPr/>
              <w:sdtContent>
                <w:r>
                  <w:rPr>
                    <w:rFonts w:eastAsia="Arial"/>
                    <w:color w:val="555555"/>
                  </w:rPr>
                  <w:t>Click or tap to type</w:t>
                </w:r>
              </w:sdtContent>
            </w:sdt>
          </w:p>
        </w:tc>
      </w:tr>
    </w:tbl>
    <w:p w14:paraId="08F0E341" w14:textId="77777777" w:rsidR="001C7FD1" w:rsidRDefault="003F5285">
      <w:pPr>
        <w:pStyle w:val="Heading1"/>
      </w:pPr>
      <w:r>
        <w:lastRenderedPageBreak/>
        <w:t>4. Wara Yindi Development and Learning Skills Profile</w:t>
      </w:r>
    </w:p>
    <w:p w14:paraId="1C4AED7D" w14:textId="77777777" w:rsidR="001C7FD1" w:rsidRDefault="003F5285">
      <w:pPr>
        <w:spacing w:after="160" w:line="269" w:lineRule="auto"/>
      </w:pPr>
      <w:r>
        <w:rPr>
          <w:rFonts w:eastAsia="Arial"/>
        </w:rPr>
        <w:t>Rate current everyday functioning, not diagnosis. Consider the person's usual environment and the support already built into routines.</w:t>
      </w:r>
    </w:p>
    <w:tbl>
      <w:tblPr>
        <w:tblW w:w="9640" w:type="dxa"/>
        <w:tblInd w:w="120" w:type="dxa"/>
        <w:tblBorders>
          <w:top w:val="single" w:sz="6" w:space="0" w:color="DDD9C3"/>
          <w:left w:val="single" w:sz="6" w:space="0" w:color="DDD9C3"/>
          <w:bottom w:val="single" w:sz="6" w:space="0" w:color="DDD9C3"/>
          <w:right w:val="single" w:sz="6" w:space="0" w:color="DDD9C3"/>
          <w:insideH w:val="single" w:sz="6" w:space="0" w:color="DDD9C3"/>
          <w:insideV w:val="single" w:sz="6" w:space="0" w:color="DDD9C3"/>
        </w:tblBorders>
        <w:tblLayout w:type="fixed"/>
        <w:tblLook w:val="04A0" w:firstRow="1" w:lastRow="0" w:firstColumn="1" w:lastColumn="0" w:noHBand="0" w:noVBand="1"/>
      </w:tblPr>
      <w:tblGrid>
        <w:gridCol w:w="9640"/>
      </w:tblGrid>
      <w:tr w:rsidR="001C7FD1" w14:paraId="79F48A0F" w14:textId="77777777">
        <w:trPr>
          <w:cantSplit/>
        </w:trPr>
        <w:tc>
          <w:tcPr>
            <w:tcW w:w="9640" w:type="dxa"/>
            <w:shd w:val="clear" w:color="auto" w:fill="EAF3F7"/>
            <w:tcMar>
              <w:top w:w="90" w:type="dxa"/>
              <w:left w:w="120" w:type="dxa"/>
              <w:bottom w:w="90" w:type="dxa"/>
              <w:right w:w="120" w:type="dxa"/>
            </w:tcMar>
            <w:vAlign w:val="center"/>
          </w:tcPr>
          <w:p w14:paraId="018582B8" w14:textId="77777777" w:rsidR="001C7FD1" w:rsidRDefault="003F5285">
            <w:pPr>
              <w:spacing w:after="0" w:line="240" w:lineRule="auto"/>
            </w:pPr>
            <w:r>
              <w:rPr>
                <w:rFonts w:eastAsia="Arial"/>
                <w:b/>
                <w:color w:val="2A7DB8"/>
              </w:rPr>
              <w:t xml:space="preserve">Rating guide: </w:t>
            </w:r>
            <w:r>
              <w:rPr>
                <w:rFonts w:eastAsia="Arial"/>
              </w:rPr>
              <w:t>Enter 0 = independent/no extra support; 1 = occasional cue, check or adaptation; 2 = regular prompting, set-up or partial help; 3 = frequent supervision or hands-on help; 4 = unable or unsafe without full/continuous help; N/A = not applicable or not observed. For children, consider what is ordinarily expected for the same age.</w:t>
            </w:r>
          </w:p>
        </w:tc>
      </w:tr>
    </w:tbl>
    <w:p w14:paraId="35614AA7" w14:textId="77777777" w:rsidR="001C7FD1" w:rsidRDefault="003F5285">
      <w:pPr>
        <w:spacing w:before="100" w:after="0" w:line="72" w:lineRule="auto"/>
      </w:pPr>
      <w:r>
        <w:rPr>
          <w:rFonts w:eastAsia="Arial"/>
          <w:color w:val="FFFFFF"/>
          <w:sz w:val="8"/>
        </w:rPr>
        <w:t xml:space="preserve"> </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4760"/>
        <w:gridCol w:w="1280"/>
        <w:gridCol w:w="3600"/>
      </w:tblGrid>
      <w:tr w:rsidR="001C7FD1" w14:paraId="1C8531FC" w14:textId="77777777">
        <w:trPr>
          <w:cantSplit/>
          <w:tblHeader/>
        </w:trPr>
        <w:tc>
          <w:tcPr>
            <w:tcW w:w="4760" w:type="dxa"/>
            <w:shd w:val="clear" w:color="auto" w:fill="4B1F26"/>
            <w:tcMar>
              <w:top w:w="90" w:type="dxa"/>
              <w:left w:w="120" w:type="dxa"/>
              <w:bottom w:w="90" w:type="dxa"/>
              <w:right w:w="120" w:type="dxa"/>
            </w:tcMar>
            <w:vAlign w:val="center"/>
          </w:tcPr>
          <w:p w14:paraId="7079A894" w14:textId="77777777" w:rsidR="001C7FD1" w:rsidRDefault="003F5285">
            <w:pPr>
              <w:spacing w:after="0" w:line="240" w:lineRule="auto"/>
            </w:pPr>
            <w:r>
              <w:rPr>
                <w:rFonts w:eastAsia="Arial"/>
                <w:b/>
                <w:color w:val="FFFFFF"/>
              </w:rPr>
              <w:t>Everyday area / question</w:t>
            </w:r>
          </w:p>
        </w:tc>
        <w:tc>
          <w:tcPr>
            <w:tcW w:w="1280" w:type="dxa"/>
            <w:shd w:val="clear" w:color="auto" w:fill="4B1F26"/>
            <w:tcMar>
              <w:top w:w="90" w:type="dxa"/>
              <w:left w:w="120" w:type="dxa"/>
              <w:bottom w:w="90" w:type="dxa"/>
              <w:right w:w="120" w:type="dxa"/>
            </w:tcMar>
            <w:vAlign w:val="center"/>
          </w:tcPr>
          <w:p w14:paraId="064533A6" w14:textId="77777777" w:rsidR="001C7FD1" w:rsidRDefault="003F5285">
            <w:pPr>
              <w:spacing w:after="0" w:line="240" w:lineRule="auto"/>
            </w:pPr>
            <w:r>
              <w:rPr>
                <w:rFonts w:eastAsia="Arial"/>
                <w:b/>
                <w:color w:val="FFFFFF"/>
              </w:rPr>
              <w:t>Rating</w:t>
            </w:r>
            <w:r>
              <w:rPr>
                <w:rFonts w:eastAsia="Arial"/>
                <w:b/>
                <w:color w:val="FFFFFF"/>
              </w:rPr>
              <w:br/>
              <w:t>0-4 / N/A</w:t>
            </w:r>
          </w:p>
        </w:tc>
        <w:tc>
          <w:tcPr>
            <w:tcW w:w="3600" w:type="dxa"/>
            <w:shd w:val="clear" w:color="auto" w:fill="4B1F26"/>
            <w:tcMar>
              <w:top w:w="90" w:type="dxa"/>
              <w:left w:w="120" w:type="dxa"/>
              <w:bottom w:w="90" w:type="dxa"/>
              <w:right w:w="120" w:type="dxa"/>
            </w:tcMar>
            <w:vAlign w:val="center"/>
          </w:tcPr>
          <w:p w14:paraId="27DB20C7" w14:textId="77777777" w:rsidR="001C7FD1" w:rsidRDefault="003F5285">
            <w:pPr>
              <w:spacing w:after="0" w:line="240" w:lineRule="auto"/>
            </w:pPr>
            <w:r>
              <w:rPr>
                <w:rFonts w:eastAsia="Arial"/>
                <w:b/>
                <w:color w:val="FFFFFF"/>
              </w:rPr>
              <w:t>Example, support needed and functional impact</w:t>
            </w:r>
          </w:p>
        </w:tc>
      </w:tr>
      <w:tr w:rsidR="001C7FD1" w14:paraId="565F3222" w14:textId="77777777">
        <w:trPr>
          <w:cantSplit/>
        </w:trPr>
        <w:tc>
          <w:tcPr>
            <w:tcW w:w="4760" w:type="dxa"/>
          </w:tcPr>
          <w:p w14:paraId="3CDB5329" w14:textId="77777777" w:rsidR="001C7FD1" w:rsidRDefault="003F5285">
            <w:pPr>
              <w:spacing w:after="0" w:line="240" w:lineRule="auto"/>
            </w:pPr>
            <w:r>
              <w:rPr>
                <w:rFonts w:eastAsia="Arial"/>
                <w:b/>
              </w:rPr>
              <w:t>Learning a new everyday skill</w:t>
            </w:r>
          </w:p>
          <w:p w14:paraId="451211BA" w14:textId="77777777" w:rsidR="001C7FD1" w:rsidRDefault="003F5285">
            <w:pPr>
              <w:spacing w:after="0" w:line="240" w:lineRule="auto"/>
            </w:pPr>
            <w:r>
              <w:rPr>
                <w:rFonts w:eastAsia="Arial"/>
                <w:i/>
                <w:color w:val="666666"/>
              </w:rPr>
              <w:t>How much repetition, demonstration, practice or support is needed?</w:t>
            </w:r>
          </w:p>
        </w:tc>
        <w:tc>
          <w:tcPr>
            <w:tcW w:w="1280" w:type="dxa"/>
          </w:tcPr>
          <w:p w14:paraId="613EF17F" w14:textId="77777777" w:rsidR="001C7FD1" w:rsidRDefault="003F5285">
            <w:pPr>
              <w:spacing w:after="0" w:line="240" w:lineRule="auto"/>
              <w:jc w:val="center"/>
            </w:pPr>
            <w:sdt>
              <w:sdtPr>
                <w:alias w:val="R087"/>
                <w:tag w:val="R087"/>
                <w:id w:val="100087"/>
                <w:text/>
              </w:sdtPr>
              <w:sdtEndPr/>
              <w:sdtContent>
                <w:r>
                  <w:rPr>
                    <w:rFonts w:eastAsia="Arial"/>
                    <w:color w:val="555555"/>
                  </w:rPr>
                  <w:t>0-4 / N/A</w:t>
                </w:r>
              </w:sdtContent>
            </w:sdt>
          </w:p>
        </w:tc>
        <w:tc>
          <w:tcPr>
            <w:tcW w:w="3600" w:type="dxa"/>
          </w:tcPr>
          <w:p w14:paraId="46C388AD" w14:textId="77777777" w:rsidR="001C7FD1" w:rsidRDefault="003F5285">
            <w:pPr>
              <w:spacing w:after="0" w:line="240" w:lineRule="auto"/>
            </w:pPr>
            <w:sdt>
              <w:sdtPr>
                <w:alias w:val="T088"/>
                <w:tag w:val="T088"/>
                <w:id w:val="100088"/>
                <w:text/>
              </w:sdtPr>
              <w:sdtEndPr/>
              <w:sdtContent>
                <w:r>
                  <w:rPr>
                    <w:rFonts w:eastAsia="Arial"/>
                    <w:color w:val="555555"/>
                  </w:rPr>
                  <w:t>Click or tap to type</w:t>
                </w:r>
              </w:sdtContent>
            </w:sdt>
          </w:p>
        </w:tc>
      </w:tr>
      <w:tr w:rsidR="001C7FD1" w14:paraId="4EB8EF5C" w14:textId="77777777">
        <w:trPr>
          <w:cantSplit/>
        </w:trPr>
        <w:tc>
          <w:tcPr>
            <w:tcW w:w="4760" w:type="dxa"/>
            <w:shd w:val="clear" w:color="auto" w:fill="F5F4EF"/>
          </w:tcPr>
          <w:p w14:paraId="1D1321AA" w14:textId="77777777" w:rsidR="001C7FD1" w:rsidRDefault="003F5285">
            <w:pPr>
              <w:spacing w:after="0" w:line="240" w:lineRule="auto"/>
            </w:pPr>
            <w:r>
              <w:rPr>
                <w:rFonts w:eastAsia="Arial"/>
                <w:b/>
              </w:rPr>
              <w:t>Understanding cause and effect</w:t>
            </w:r>
          </w:p>
        </w:tc>
        <w:tc>
          <w:tcPr>
            <w:tcW w:w="1280" w:type="dxa"/>
            <w:shd w:val="clear" w:color="auto" w:fill="F5F4EF"/>
          </w:tcPr>
          <w:p w14:paraId="01FF2C09" w14:textId="77777777" w:rsidR="001C7FD1" w:rsidRDefault="003F5285">
            <w:pPr>
              <w:spacing w:after="0" w:line="240" w:lineRule="auto"/>
              <w:jc w:val="center"/>
            </w:pPr>
            <w:sdt>
              <w:sdtPr>
                <w:alias w:val="R089"/>
                <w:tag w:val="R089"/>
                <w:id w:val="100089"/>
                <w:text/>
              </w:sdtPr>
              <w:sdtEndPr/>
              <w:sdtContent>
                <w:r>
                  <w:rPr>
                    <w:rFonts w:eastAsia="Arial"/>
                    <w:color w:val="555555"/>
                  </w:rPr>
                  <w:t>0-4 / N/A</w:t>
                </w:r>
              </w:sdtContent>
            </w:sdt>
          </w:p>
        </w:tc>
        <w:tc>
          <w:tcPr>
            <w:tcW w:w="3600" w:type="dxa"/>
            <w:shd w:val="clear" w:color="auto" w:fill="F5F4EF"/>
          </w:tcPr>
          <w:p w14:paraId="35490E5E" w14:textId="77777777" w:rsidR="001C7FD1" w:rsidRDefault="003F5285">
            <w:pPr>
              <w:spacing w:after="0" w:line="240" w:lineRule="auto"/>
            </w:pPr>
            <w:sdt>
              <w:sdtPr>
                <w:alias w:val="T090"/>
                <w:tag w:val="T090"/>
                <w:id w:val="100090"/>
                <w:text/>
              </w:sdtPr>
              <w:sdtEndPr/>
              <w:sdtContent>
                <w:r>
                  <w:rPr>
                    <w:rFonts w:eastAsia="Arial"/>
                    <w:color w:val="555555"/>
                  </w:rPr>
                  <w:t>Click or tap to type</w:t>
                </w:r>
              </w:sdtContent>
            </w:sdt>
          </w:p>
        </w:tc>
      </w:tr>
      <w:tr w:rsidR="001C7FD1" w14:paraId="6FB11A0F" w14:textId="77777777">
        <w:trPr>
          <w:cantSplit/>
        </w:trPr>
        <w:tc>
          <w:tcPr>
            <w:tcW w:w="4760" w:type="dxa"/>
          </w:tcPr>
          <w:p w14:paraId="27C38AA5" w14:textId="77777777" w:rsidR="001C7FD1" w:rsidRDefault="003F5285">
            <w:pPr>
              <w:spacing w:after="0" w:line="240" w:lineRule="auto"/>
            </w:pPr>
            <w:r>
              <w:rPr>
                <w:rFonts w:eastAsia="Arial"/>
                <w:b/>
              </w:rPr>
              <w:t>Solving everyday problems when the first approach does not work</w:t>
            </w:r>
          </w:p>
        </w:tc>
        <w:tc>
          <w:tcPr>
            <w:tcW w:w="1280" w:type="dxa"/>
          </w:tcPr>
          <w:p w14:paraId="13AA96D7" w14:textId="77777777" w:rsidR="001C7FD1" w:rsidRDefault="003F5285">
            <w:pPr>
              <w:spacing w:after="0" w:line="240" w:lineRule="auto"/>
              <w:jc w:val="center"/>
            </w:pPr>
            <w:sdt>
              <w:sdtPr>
                <w:alias w:val="R091"/>
                <w:tag w:val="R091"/>
                <w:id w:val="100091"/>
                <w:text/>
              </w:sdtPr>
              <w:sdtEndPr/>
              <w:sdtContent>
                <w:r>
                  <w:rPr>
                    <w:rFonts w:eastAsia="Arial"/>
                    <w:color w:val="555555"/>
                  </w:rPr>
                  <w:t>0-4 / N/A</w:t>
                </w:r>
              </w:sdtContent>
            </w:sdt>
          </w:p>
        </w:tc>
        <w:tc>
          <w:tcPr>
            <w:tcW w:w="3600" w:type="dxa"/>
          </w:tcPr>
          <w:p w14:paraId="126960BE" w14:textId="77777777" w:rsidR="001C7FD1" w:rsidRDefault="003F5285">
            <w:pPr>
              <w:spacing w:after="0" w:line="240" w:lineRule="auto"/>
            </w:pPr>
            <w:sdt>
              <w:sdtPr>
                <w:alias w:val="T092"/>
                <w:tag w:val="T092"/>
                <w:id w:val="100092"/>
                <w:text/>
              </w:sdtPr>
              <w:sdtEndPr/>
              <w:sdtContent>
                <w:r>
                  <w:rPr>
                    <w:rFonts w:eastAsia="Arial"/>
                    <w:color w:val="555555"/>
                  </w:rPr>
                  <w:t>Click or tap to type</w:t>
                </w:r>
              </w:sdtContent>
            </w:sdt>
          </w:p>
        </w:tc>
      </w:tr>
      <w:tr w:rsidR="001C7FD1" w14:paraId="79E892BF" w14:textId="77777777">
        <w:trPr>
          <w:cantSplit/>
        </w:trPr>
        <w:tc>
          <w:tcPr>
            <w:tcW w:w="4760" w:type="dxa"/>
            <w:shd w:val="clear" w:color="auto" w:fill="F5F4EF"/>
          </w:tcPr>
          <w:p w14:paraId="7841A4C3" w14:textId="77777777" w:rsidR="001C7FD1" w:rsidRDefault="003F5285">
            <w:pPr>
              <w:spacing w:after="0" w:line="240" w:lineRule="auto"/>
            </w:pPr>
            <w:r>
              <w:rPr>
                <w:rFonts w:eastAsia="Arial"/>
                <w:b/>
              </w:rPr>
              <w:t>Remembering learned information and routines</w:t>
            </w:r>
          </w:p>
        </w:tc>
        <w:tc>
          <w:tcPr>
            <w:tcW w:w="1280" w:type="dxa"/>
            <w:shd w:val="clear" w:color="auto" w:fill="F5F4EF"/>
          </w:tcPr>
          <w:p w14:paraId="095ABBAA" w14:textId="77777777" w:rsidR="001C7FD1" w:rsidRDefault="003F5285">
            <w:pPr>
              <w:spacing w:after="0" w:line="240" w:lineRule="auto"/>
              <w:jc w:val="center"/>
            </w:pPr>
            <w:sdt>
              <w:sdtPr>
                <w:alias w:val="R093"/>
                <w:tag w:val="R093"/>
                <w:id w:val="100093"/>
                <w:text/>
              </w:sdtPr>
              <w:sdtEndPr/>
              <w:sdtContent>
                <w:r>
                  <w:rPr>
                    <w:rFonts w:eastAsia="Arial"/>
                    <w:color w:val="555555"/>
                  </w:rPr>
                  <w:t>0-4 / N/A</w:t>
                </w:r>
              </w:sdtContent>
            </w:sdt>
          </w:p>
        </w:tc>
        <w:tc>
          <w:tcPr>
            <w:tcW w:w="3600" w:type="dxa"/>
            <w:shd w:val="clear" w:color="auto" w:fill="F5F4EF"/>
          </w:tcPr>
          <w:p w14:paraId="78DE0EBE" w14:textId="77777777" w:rsidR="001C7FD1" w:rsidRDefault="003F5285">
            <w:pPr>
              <w:spacing w:after="0" w:line="240" w:lineRule="auto"/>
            </w:pPr>
            <w:sdt>
              <w:sdtPr>
                <w:alias w:val="T094"/>
                <w:tag w:val="T094"/>
                <w:id w:val="100094"/>
                <w:text/>
              </w:sdtPr>
              <w:sdtEndPr/>
              <w:sdtContent>
                <w:r>
                  <w:rPr>
                    <w:rFonts w:eastAsia="Arial"/>
                    <w:color w:val="555555"/>
                  </w:rPr>
                  <w:t>Click or tap to type</w:t>
                </w:r>
              </w:sdtContent>
            </w:sdt>
          </w:p>
        </w:tc>
      </w:tr>
      <w:tr w:rsidR="001C7FD1" w14:paraId="597827D6" w14:textId="77777777">
        <w:trPr>
          <w:cantSplit/>
        </w:trPr>
        <w:tc>
          <w:tcPr>
            <w:tcW w:w="4760" w:type="dxa"/>
          </w:tcPr>
          <w:p w14:paraId="6A528FD0" w14:textId="77777777" w:rsidR="001C7FD1" w:rsidRDefault="003F5285">
            <w:pPr>
              <w:spacing w:after="0" w:line="240" w:lineRule="auto"/>
            </w:pPr>
            <w:r>
              <w:rPr>
                <w:rFonts w:eastAsia="Arial"/>
                <w:b/>
              </w:rPr>
              <w:t>Using a skill in a different place, with a different person or on a different day</w:t>
            </w:r>
          </w:p>
        </w:tc>
        <w:tc>
          <w:tcPr>
            <w:tcW w:w="1280" w:type="dxa"/>
          </w:tcPr>
          <w:p w14:paraId="7C640416" w14:textId="77777777" w:rsidR="001C7FD1" w:rsidRDefault="003F5285">
            <w:pPr>
              <w:spacing w:after="0" w:line="240" w:lineRule="auto"/>
              <w:jc w:val="center"/>
            </w:pPr>
            <w:sdt>
              <w:sdtPr>
                <w:alias w:val="R095"/>
                <w:tag w:val="R095"/>
                <w:id w:val="100095"/>
                <w:text/>
              </w:sdtPr>
              <w:sdtEndPr/>
              <w:sdtContent>
                <w:r>
                  <w:rPr>
                    <w:rFonts w:eastAsia="Arial"/>
                    <w:color w:val="555555"/>
                  </w:rPr>
                  <w:t>0-4 / N/A</w:t>
                </w:r>
              </w:sdtContent>
            </w:sdt>
          </w:p>
        </w:tc>
        <w:tc>
          <w:tcPr>
            <w:tcW w:w="3600" w:type="dxa"/>
          </w:tcPr>
          <w:p w14:paraId="23FDC4EB" w14:textId="77777777" w:rsidR="001C7FD1" w:rsidRDefault="003F5285">
            <w:pPr>
              <w:spacing w:after="0" w:line="240" w:lineRule="auto"/>
            </w:pPr>
            <w:sdt>
              <w:sdtPr>
                <w:alias w:val="T096"/>
                <w:tag w:val="T096"/>
                <w:id w:val="100096"/>
                <w:text/>
              </w:sdtPr>
              <w:sdtEndPr/>
              <w:sdtContent>
                <w:r>
                  <w:rPr>
                    <w:rFonts w:eastAsia="Arial"/>
                    <w:color w:val="555555"/>
                  </w:rPr>
                  <w:t>Click or tap to type</w:t>
                </w:r>
              </w:sdtContent>
            </w:sdt>
          </w:p>
        </w:tc>
      </w:tr>
      <w:tr w:rsidR="001C7FD1" w14:paraId="3AD6A102" w14:textId="77777777">
        <w:trPr>
          <w:cantSplit/>
        </w:trPr>
        <w:tc>
          <w:tcPr>
            <w:tcW w:w="4760" w:type="dxa"/>
            <w:shd w:val="clear" w:color="auto" w:fill="F5F4EF"/>
          </w:tcPr>
          <w:p w14:paraId="719D2CFB" w14:textId="77777777" w:rsidR="001C7FD1" w:rsidRDefault="003F5285">
            <w:pPr>
              <w:spacing w:after="0" w:line="240" w:lineRule="auto"/>
            </w:pPr>
            <w:r>
              <w:rPr>
                <w:rFonts w:eastAsia="Arial"/>
                <w:b/>
              </w:rPr>
              <w:t>Following one-step instructions</w:t>
            </w:r>
          </w:p>
        </w:tc>
        <w:tc>
          <w:tcPr>
            <w:tcW w:w="1280" w:type="dxa"/>
            <w:shd w:val="clear" w:color="auto" w:fill="F5F4EF"/>
          </w:tcPr>
          <w:p w14:paraId="35D39D22" w14:textId="77777777" w:rsidR="001C7FD1" w:rsidRDefault="003F5285">
            <w:pPr>
              <w:spacing w:after="0" w:line="240" w:lineRule="auto"/>
              <w:jc w:val="center"/>
            </w:pPr>
            <w:sdt>
              <w:sdtPr>
                <w:alias w:val="R097"/>
                <w:tag w:val="R097"/>
                <w:id w:val="100097"/>
                <w:text/>
              </w:sdtPr>
              <w:sdtEndPr/>
              <w:sdtContent>
                <w:r>
                  <w:rPr>
                    <w:rFonts w:eastAsia="Arial"/>
                    <w:color w:val="555555"/>
                  </w:rPr>
                  <w:t>0-4 / N/A</w:t>
                </w:r>
              </w:sdtContent>
            </w:sdt>
          </w:p>
        </w:tc>
        <w:tc>
          <w:tcPr>
            <w:tcW w:w="3600" w:type="dxa"/>
            <w:shd w:val="clear" w:color="auto" w:fill="F5F4EF"/>
          </w:tcPr>
          <w:p w14:paraId="123FF640" w14:textId="77777777" w:rsidR="001C7FD1" w:rsidRDefault="003F5285">
            <w:pPr>
              <w:spacing w:after="0" w:line="240" w:lineRule="auto"/>
            </w:pPr>
            <w:sdt>
              <w:sdtPr>
                <w:alias w:val="T098"/>
                <w:tag w:val="T098"/>
                <w:id w:val="100098"/>
                <w:text/>
              </w:sdtPr>
              <w:sdtEndPr/>
              <w:sdtContent>
                <w:r>
                  <w:rPr>
                    <w:rFonts w:eastAsia="Arial"/>
                    <w:color w:val="555555"/>
                  </w:rPr>
                  <w:t>Click or tap to type</w:t>
                </w:r>
              </w:sdtContent>
            </w:sdt>
          </w:p>
        </w:tc>
      </w:tr>
      <w:tr w:rsidR="001C7FD1" w14:paraId="41003D8B" w14:textId="77777777">
        <w:trPr>
          <w:cantSplit/>
        </w:trPr>
        <w:tc>
          <w:tcPr>
            <w:tcW w:w="4760" w:type="dxa"/>
          </w:tcPr>
          <w:p w14:paraId="56EBA690" w14:textId="77777777" w:rsidR="001C7FD1" w:rsidRDefault="003F5285">
            <w:pPr>
              <w:spacing w:after="0" w:line="240" w:lineRule="auto"/>
            </w:pPr>
            <w:r>
              <w:rPr>
                <w:rFonts w:eastAsia="Arial"/>
                <w:b/>
              </w:rPr>
              <w:t>Following several steps in the correct order</w:t>
            </w:r>
          </w:p>
        </w:tc>
        <w:tc>
          <w:tcPr>
            <w:tcW w:w="1280" w:type="dxa"/>
          </w:tcPr>
          <w:p w14:paraId="2961BE2D" w14:textId="77777777" w:rsidR="001C7FD1" w:rsidRDefault="003F5285">
            <w:pPr>
              <w:spacing w:after="0" w:line="240" w:lineRule="auto"/>
              <w:jc w:val="center"/>
            </w:pPr>
            <w:sdt>
              <w:sdtPr>
                <w:alias w:val="R099"/>
                <w:tag w:val="R099"/>
                <w:id w:val="100099"/>
                <w:text/>
              </w:sdtPr>
              <w:sdtEndPr/>
              <w:sdtContent>
                <w:r>
                  <w:rPr>
                    <w:rFonts w:eastAsia="Arial"/>
                    <w:color w:val="555555"/>
                  </w:rPr>
                  <w:t>0-4 / N/A</w:t>
                </w:r>
              </w:sdtContent>
            </w:sdt>
          </w:p>
        </w:tc>
        <w:tc>
          <w:tcPr>
            <w:tcW w:w="3600" w:type="dxa"/>
          </w:tcPr>
          <w:p w14:paraId="25C9925A" w14:textId="77777777" w:rsidR="001C7FD1" w:rsidRDefault="003F5285">
            <w:pPr>
              <w:spacing w:after="0" w:line="240" w:lineRule="auto"/>
            </w:pPr>
            <w:sdt>
              <w:sdtPr>
                <w:alias w:val="T100"/>
                <w:tag w:val="T100"/>
                <w:id w:val="100100"/>
                <w:text/>
              </w:sdtPr>
              <w:sdtEndPr/>
              <w:sdtContent>
                <w:r>
                  <w:rPr>
                    <w:rFonts w:eastAsia="Arial"/>
                    <w:color w:val="555555"/>
                  </w:rPr>
                  <w:t>Click or tap to type</w:t>
                </w:r>
              </w:sdtContent>
            </w:sdt>
          </w:p>
        </w:tc>
      </w:tr>
      <w:tr w:rsidR="001C7FD1" w14:paraId="6EB15C39" w14:textId="77777777">
        <w:trPr>
          <w:cantSplit/>
        </w:trPr>
        <w:tc>
          <w:tcPr>
            <w:tcW w:w="4760" w:type="dxa"/>
            <w:shd w:val="clear" w:color="auto" w:fill="F5F4EF"/>
          </w:tcPr>
          <w:p w14:paraId="4145D5D6" w14:textId="77777777" w:rsidR="001C7FD1" w:rsidRDefault="003F5285">
            <w:pPr>
              <w:spacing w:after="0" w:line="240" w:lineRule="auto"/>
            </w:pPr>
            <w:r>
              <w:rPr>
                <w:rFonts w:eastAsia="Arial"/>
                <w:b/>
              </w:rPr>
              <w:t>Understanding time, sequence, before/after and deadlines</w:t>
            </w:r>
          </w:p>
        </w:tc>
        <w:tc>
          <w:tcPr>
            <w:tcW w:w="1280" w:type="dxa"/>
            <w:shd w:val="clear" w:color="auto" w:fill="F5F4EF"/>
          </w:tcPr>
          <w:p w14:paraId="2F295280" w14:textId="77777777" w:rsidR="001C7FD1" w:rsidRDefault="003F5285">
            <w:pPr>
              <w:spacing w:after="0" w:line="240" w:lineRule="auto"/>
              <w:jc w:val="center"/>
            </w:pPr>
            <w:sdt>
              <w:sdtPr>
                <w:alias w:val="R101"/>
                <w:tag w:val="R101"/>
                <w:id w:val="100101"/>
                <w:text/>
              </w:sdtPr>
              <w:sdtEndPr/>
              <w:sdtContent>
                <w:r>
                  <w:rPr>
                    <w:rFonts w:eastAsia="Arial"/>
                    <w:color w:val="555555"/>
                  </w:rPr>
                  <w:t>0-4 / N/A</w:t>
                </w:r>
              </w:sdtContent>
            </w:sdt>
          </w:p>
        </w:tc>
        <w:tc>
          <w:tcPr>
            <w:tcW w:w="3600" w:type="dxa"/>
            <w:shd w:val="clear" w:color="auto" w:fill="F5F4EF"/>
          </w:tcPr>
          <w:p w14:paraId="5F4ED795" w14:textId="77777777" w:rsidR="001C7FD1" w:rsidRDefault="003F5285">
            <w:pPr>
              <w:spacing w:after="0" w:line="240" w:lineRule="auto"/>
            </w:pPr>
            <w:sdt>
              <w:sdtPr>
                <w:alias w:val="T102"/>
                <w:tag w:val="T102"/>
                <w:id w:val="100102"/>
                <w:text/>
              </w:sdtPr>
              <w:sdtEndPr/>
              <w:sdtContent>
                <w:r>
                  <w:rPr>
                    <w:rFonts w:eastAsia="Arial"/>
                    <w:color w:val="555555"/>
                  </w:rPr>
                  <w:t>Click or tap to type</w:t>
                </w:r>
              </w:sdtContent>
            </w:sdt>
          </w:p>
        </w:tc>
      </w:tr>
      <w:tr w:rsidR="001C7FD1" w14:paraId="442B48E4" w14:textId="77777777">
        <w:trPr>
          <w:cantSplit/>
        </w:trPr>
        <w:tc>
          <w:tcPr>
            <w:tcW w:w="4760" w:type="dxa"/>
          </w:tcPr>
          <w:p w14:paraId="252BE288" w14:textId="77777777" w:rsidR="001C7FD1" w:rsidRDefault="003F5285">
            <w:pPr>
              <w:spacing w:after="0" w:line="240" w:lineRule="auto"/>
            </w:pPr>
            <w:r>
              <w:rPr>
                <w:rFonts w:eastAsia="Arial"/>
                <w:b/>
              </w:rPr>
              <w:t>Understanding numbers, quantities and everyday money concepts</w:t>
            </w:r>
          </w:p>
        </w:tc>
        <w:tc>
          <w:tcPr>
            <w:tcW w:w="1280" w:type="dxa"/>
          </w:tcPr>
          <w:p w14:paraId="1F9E3D92" w14:textId="77777777" w:rsidR="001C7FD1" w:rsidRDefault="003F5285">
            <w:pPr>
              <w:spacing w:after="0" w:line="240" w:lineRule="auto"/>
              <w:jc w:val="center"/>
            </w:pPr>
            <w:sdt>
              <w:sdtPr>
                <w:alias w:val="R103"/>
                <w:tag w:val="R103"/>
                <w:id w:val="100103"/>
                <w:text/>
              </w:sdtPr>
              <w:sdtEndPr/>
              <w:sdtContent>
                <w:r>
                  <w:rPr>
                    <w:rFonts w:eastAsia="Arial"/>
                    <w:color w:val="555555"/>
                  </w:rPr>
                  <w:t>0-4 / N/A</w:t>
                </w:r>
              </w:sdtContent>
            </w:sdt>
          </w:p>
        </w:tc>
        <w:tc>
          <w:tcPr>
            <w:tcW w:w="3600" w:type="dxa"/>
          </w:tcPr>
          <w:p w14:paraId="14ACCC6E" w14:textId="77777777" w:rsidR="001C7FD1" w:rsidRDefault="003F5285">
            <w:pPr>
              <w:spacing w:after="0" w:line="240" w:lineRule="auto"/>
            </w:pPr>
            <w:sdt>
              <w:sdtPr>
                <w:alias w:val="T104"/>
                <w:tag w:val="T104"/>
                <w:id w:val="100104"/>
                <w:text/>
              </w:sdtPr>
              <w:sdtEndPr/>
              <w:sdtContent>
                <w:r>
                  <w:rPr>
                    <w:rFonts w:eastAsia="Arial"/>
                    <w:color w:val="555555"/>
                  </w:rPr>
                  <w:t>Click or tap to type</w:t>
                </w:r>
              </w:sdtContent>
            </w:sdt>
          </w:p>
        </w:tc>
      </w:tr>
      <w:tr w:rsidR="001C7FD1" w14:paraId="77AA5A96" w14:textId="77777777">
        <w:trPr>
          <w:cantSplit/>
        </w:trPr>
        <w:tc>
          <w:tcPr>
            <w:tcW w:w="4760" w:type="dxa"/>
            <w:shd w:val="clear" w:color="auto" w:fill="F5F4EF"/>
          </w:tcPr>
          <w:p w14:paraId="4B981DC2" w14:textId="77777777" w:rsidR="001C7FD1" w:rsidRDefault="003F5285">
            <w:pPr>
              <w:spacing w:after="0" w:line="240" w:lineRule="auto"/>
            </w:pPr>
            <w:r>
              <w:rPr>
                <w:rFonts w:eastAsia="Arial"/>
                <w:b/>
              </w:rPr>
              <w:t>Reading or understanding written information at the level needed for daily life</w:t>
            </w:r>
          </w:p>
        </w:tc>
        <w:tc>
          <w:tcPr>
            <w:tcW w:w="1280" w:type="dxa"/>
            <w:shd w:val="clear" w:color="auto" w:fill="F5F4EF"/>
          </w:tcPr>
          <w:p w14:paraId="25BA6788" w14:textId="77777777" w:rsidR="001C7FD1" w:rsidRDefault="003F5285">
            <w:pPr>
              <w:spacing w:after="0" w:line="240" w:lineRule="auto"/>
              <w:jc w:val="center"/>
            </w:pPr>
            <w:sdt>
              <w:sdtPr>
                <w:alias w:val="R105"/>
                <w:tag w:val="R105"/>
                <w:id w:val="100105"/>
                <w:text/>
              </w:sdtPr>
              <w:sdtEndPr/>
              <w:sdtContent>
                <w:r>
                  <w:rPr>
                    <w:rFonts w:eastAsia="Arial"/>
                    <w:color w:val="555555"/>
                  </w:rPr>
                  <w:t>0-4 / N/A</w:t>
                </w:r>
              </w:sdtContent>
            </w:sdt>
          </w:p>
        </w:tc>
        <w:tc>
          <w:tcPr>
            <w:tcW w:w="3600" w:type="dxa"/>
            <w:shd w:val="clear" w:color="auto" w:fill="F5F4EF"/>
          </w:tcPr>
          <w:p w14:paraId="7B228DE4" w14:textId="77777777" w:rsidR="001C7FD1" w:rsidRDefault="003F5285">
            <w:pPr>
              <w:spacing w:after="0" w:line="240" w:lineRule="auto"/>
            </w:pPr>
            <w:sdt>
              <w:sdtPr>
                <w:alias w:val="T106"/>
                <w:tag w:val="T106"/>
                <w:id w:val="100106"/>
                <w:text/>
              </w:sdtPr>
              <w:sdtEndPr/>
              <w:sdtContent>
                <w:r>
                  <w:rPr>
                    <w:rFonts w:eastAsia="Arial"/>
                    <w:color w:val="555555"/>
                  </w:rPr>
                  <w:t>Click or tap to type</w:t>
                </w:r>
              </w:sdtContent>
            </w:sdt>
          </w:p>
        </w:tc>
      </w:tr>
      <w:tr w:rsidR="001C7FD1" w14:paraId="5417EAD4" w14:textId="77777777">
        <w:trPr>
          <w:cantSplit/>
        </w:trPr>
        <w:tc>
          <w:tcPr>
            <w:tcW w:w="4760" w:type="dxa"/>
          </w:tcPr>
          <w:p w14:paraId="5D6228F2" w14:textId="77777777" w:rsidR="001C7FD1" w:rsidRDefault="003F5285">
            <w:pPr>
              <w:spacing w:after="0" w:line="240" w:lineRule="auto"/>
            </w:pPr>
            <w:r>
              <w:rPr>
                <w:rFonts w:eastAsia="Arial"/>
                <w:b/>
              </w:rPr>
              <w:t>Writing, typing or completing forms at the level needed for daily life</w:t>
            </w:r>
          </w:p>
        </w:tc>
        <w:tc>
          <w:tcPr>
            <w:tcW w:w="1280" w:type="dxa"/>
          </w:tcPr>
          <w:p w14:paraId="19C9C0E1" w14:textId="77777777" w:rsidR="001C7FD1" w:rsidRDefault="003F5285">
            <w:pPr>
              <w:spacing w:after="0" w:line="240" w:lineRule="auto"/>
              <w:jc w:val="center"/>
            </w:pPr>
            <w:sdt>
              <w:sdtPr>
                <w:alias w:val="R107"/>
                <w:tag w:val="R107"/>
                <w:id w:val="100107"/>
                <w:text/>
              </w:sdtPr>
              <w:sdtEndPr/>
              <w:sdtContent>
                <w:r>
                  <w:rPr>
                    <w:rFonts w:eastAsia="Arial"/>
                    <w:color w:val="555555"/>
                  </w:rPr>
                  <w:t>0-4 / N/A</w:t>
                </w:r>
              </w:sdtContent>
            </w:sdt>
          </w:p>
        </w:tc>
        <w:tc>
          <w:tcPr>
            <w:tcW w:w="3600" w:type="dxa"/>
          </w:tcPr>
          <w:p w14:paraId="6BF93FF8" w14:textId="77777777" w:rsidR="001C7FD1" w:rsidRDefault="003F5285">
            <w:pPr>
              <w:spacing w:after="0" w:line="240" w:lineRule="auto"/>
            </w:pPr>
            <w:sdt>
              <w:sdtPr>
                <w:alias w:val="T108"/>
                <w:tag w:val="T108"/>
                <w:id w:val="100108"/>
                <w:text/>
              </w:sdtPr>
              <w:sdtEndPr/>
              <w:sdtContent>
                <w:r>
                  <w:rPr>
                    <w:rFonts w:eastAsia="Arial"/>
                    <w:color w:val="555555"/>
                  </w:rPr>
                  <w:t>Click or tap to type</w:t>
                </w:r>
              </w:sdtContent>
            </w:sdt>
          </w:p>
        </w:tc>
      </w:tr>
      <w:tr w:rsidR="001C7FD1" w14:paraId="7F1A1035" w14:textId="77777777">
        <w:trPr>
          <w:cantSplit/>
        </w:trPr>
        <w:tc>
          <w:tcPr>
            <w:tcW w:w="4760" w:type="dxa"/>
            <w:shd w:val="clear" w:color="auto" w:fill="F5F4EF"/>
          </w:tcPr>
          <w:p w14:paraId="3498A9D9" w14:textId="77777777" w:rsidR="001C7FD1" w:rsidRDefault="003F5285">
            <w:pPr>
              <w:spacing w:after="0" w:line="240" w:lineRule="auto"/>
            </w:pPr>
            <w:r>
              <w:rPr>
                <w:rFonts w:eastAsia="Arial"/>
                <w:b/>
              </w:rPr>
              <w:t>Play, imagination, exploration or age-appropriate leisure learning</w:t>
            </w:r>
          </w:p>
        </w:tc>
        <w:tc>
          <w:tcPr>
            <w:tcW w:w="1280" w:type="dxa"/>
            <w:shd w:val="clear" w:color="auto" w:fill="F5F4EF"/>
          </w:tcPr>
          <w:p w14:paraId="5FB8B3B6" w14:textId="77777777" w:rsidR="001C7FD1" w:rsidRDefault="003F5285">
            <w:pPr>
              <w:spacing w:after="0" w:line="240" w:lineRule="auto"/>
              <w:jc w:val="center"/>
            </w:pPr>
            <w:sdt>
              <w:sdtPr>
                <w:alias w:val="R109"/>
                <w:tag w:val="R109"/>
                <w:id w:val="100109"/>
                <w:text/>
              </w:sdtPr>
              <w:sdtEndPr/>
              <w:sdtContent>
                <w:r>
                  <w:rPr>
                    <w:rFonts w:eastAsia="Arial"/>
                    <w:color w:val="555555"/>
                  </w:rPr>
                  <w:t>0-4 / N/A</w:t>
                </w:r>
              </w:sdtContent>
            </w:sdt>
          </w:p>
        </w:tc>
        <w:tc>
          <w:tcPr>
            <w:tcW w:w="3600" w:type="dxa"/>
            <w:shd w:val="clear" w:color="auto" w:fill="F5F4EF"/>
          </w:tcPr>
          <w:p w14:paraId="4BD32AB4" w14:textId="77777777" w:rsidR="001C7FD1" w:rsidRDefault="003F5285">
            <w:pPr>
              <w:spacing w:after="0" w:line="240" w:lineRule="auto"/>
            </w:pPr>
            <w:sdt>
              <w:sdtPr>
                <w:alias w:val="T110"/>
                <w:tag w:val="T110"/>
                <w:id w:val="100110"/>
                <w:text/>
              </w:sdtPr>
              <w:sdtEndPr/>
              <w:sdtContent>
                <w:r>
                  <w:rPr>
                    <w:rFonts w:eastAsia="Arial"/>
                    <w:color w:val="555555"/>
                  </w:rPr>
                  <w:t>Click or tap to type</w:t>
                </w:r>
              </w:sdtContent>
            </w:sdt>
          </w:p>
        </w:tc>
      </w:tr>
      <w:tr w:rsidR="001C7FD1" w14:paraId="62386D08" w14:textId="77777777">
        <w:trPr>
          <w:cantSplit/>
        </w:trPr>
        <w:tc>
          <w:tcPr>
            <w:tcW w:w="4760" w:type="dxa"/>
          </w:tcPr>
          <w:p w14:paraId="25ECB2C6" w14:textId="77777777" w:rsidR="001C7FD1" w:rsidRDefault="003F5285">
            <w:pPr>
              <w:spacing w:after="0" w:line="240" w:lineRule="auto"/>
            </w:pPr>
            <w:r>
              <w:rPr>
                <w:rFonts w:eastAsia="Arial"/>
                <w:b/>
              </w:rPr>
              <w:t>Fine-motor learning such as drawing, tools, fasteners or device use</w:t>
            </w:r>
          </w:p>
        </w:tc>
        <w:tc>
          <w:tcPr>
            <w:tcW w:w="1280" w:type="dxa"/>
          </w:tcPr>
          <w:p w14:paraId="0493109A" w14:textId="77777777" w:rsidR="001C7FD1" w:rsidRDefault="003F5285">
            <w:pPr>
              <w:spacing w:after="0" w:line="240" w:lineRule="auto"/>
              <w:jc w:val="center"/>
            </w:pPr>
            <w:sdt>
              <w:sdtPr>
                <w:alias w:val="R111"/>
                <w:tag w:val="R111"/>
                <w:id w:val="100111"/>
                <w:text/>
              </w:sdtPr>
              <w:sdtEndPr/>
              <w:sdtContent>
                <w:r>
                  <w:rPr>
                    <w:rFonts w:eastAsia="Arial"/>
                    <w:color w:val="555555"/>
                  </w:rPr>
                  <w:t>0-4 / N/A</w:t>
                </w:r>
              </w:sdtContent>
            </w:sdt>
          </w:p>
        </w:tc>
        <w:tc>
          <w:tcPr>
            <w:tcW w:w="3600" w:type="dxa"/>
          </w:tcPr>
          <w:p w14:paraId="18F0A00A" w14:textId="77777777" w:rsidR="001C7FD1" w:rsidRDefault="003F5285">
            <w:pPr>
              <w:spacing w:after="0" w:line="240" w:lineRule="auto"/>
            </w:pPr>
            <w:sdt>
              <w:sdtPr>
                <w:alias w:val="T112"/>
                <w:tag w:val="T112"/>
                <w:id w:val="100112"/>
                <w:text/>
              </w:sdtPr>
              <w:sdtEndPr/>
              <w:sdtContent>
                <w:r>
                  <w:rPr>
                    <w:rFonts w:eastAsia="Arial"/>
                    <w:color w:val="555555"/>
                  </w:rPr>
                  <w:t>Click or tap to type</w:t>
                </w:r>
              </w:sdtContent>
            </w:sdt>
          </w:p>
        </w:tc>
      </w:tr>
      <w:tr w:rsidR="001C7FD1" w14:paraId="00A3823C" w14:textId="77777777">
        <w:trPr>
          <w:cantSplit/>
        </w:trPr>
        <w:tc>
          <w:tcPr>
            <w:tcW w:w="4760" w:type="dxa"/>
            <w:shd w:val="clear" w:color="auto" w:fill="F5F4EF"/>
          </w:tcPr>
          <w:p w14:paraId="29BBBE19" w14:textId="77777777" w:rsidR="001C7FD1" w:rsidRDefault="003F5285">
            <w:pPr>
              <w:spacing w:after="0" w:line="240" w:lineRule="auto"/>
            </w:pPr>
            <w:r>
              <w:rPr>
                <w:rFonts w:eastAsia="Arial"/>
                <w:b/>
              </w:rPr>
              <w:t>Recognising mistakes and asking for help</w:t>
            </w:r>
          </w:p>
        </w:tc>
        <w:tc>
          <w:tcPr>
            <w:tcW w:w="1280" w:type="dxa"/>
            <w:shd w:val="clear" w:color="auto" w:fill="F5F4EF"/>
          </w:tcPr>
          <w:p w14:paraId="22789808" w14:textId="77777777" w:rsidR="001C7FD1" w:rsidRDefault="003F5285">
            <w:pPr>
              <w:spacing w:after="0" w:line="240" w:lineRule="auto"/>
              <w:jc w:val="center"/>
            </w:pPr>
            <w:sdt>
              <w:sdtPr>
                <w:alias w:val="R113"/>
                <w:tag w:val="R113"/>
                <w:id w:val="100113"/>
                <w:text/>
              </w:sdtPr>
              <w:sdtEndPr/>
              <w:sdtContent>
                <w:r>
                  <w:rPr>
                    <w:rFonts w:eastAsia="Arial"/>
                    <w:color w:val="555555"/>
                  </w:rPr>
                  <w:t>0-4 / N/A</w:t>
                </w:r>
              </w:sdtContent>
            </w:sdt>
          </w:p>
        </w:tc>
        <w:tc>
          <w:tcPr>
            <w:tcW w:w="3600" w:type="dxa"/>
            <w:shd w:val="clear" w:color="auto" w:fill="F5F4EF"/>
          </w:tcPr>
          <w:p w14:paraId="076D214F" w14:textId="77777777" w:rsidR="001C7FD1" w:rsidRDefault="003F5285">
            <w:pPr>
              <w:spacing w:after="0" w:line="240" w:lineRule="auto"/>
            </w:pPr>
            <w:sdt>
              <w:sdtPr>
                <w:alias w:val="T114"/>
                <w:tag w:val="T114"/>
                <w:id w:val="100114"/>
                <w:text/>
              </w:sdtPr>
              <w:sdtEndPr/>
              <w:sdtContent>
                <w:r>
                  <w:rPr>
                    <w:rFonts w:eastAsia="Arial"/>
                    <w:color w:val="555555"/>
                  </w:rPr>
                  <w:t>Click or tap to type</w:t>
                </w:r>
              </w:sdtContent>
            </w:sdt>
          </w:p>
        </w:tc>
      </w:tr>
      <w:tr w:rsidR="001C7FD1" w14:paraId="719A7B31" w14:textId="77777777">
        <w:trPr>
          <w:cantSplit/>
        </w:trPr>
        <w:tc>
          <w:tcPr>
            <w:tcW w:w="4760" w:type="dxa"/>
          </w:tcPr>
          <w:p w14:paraId="1BC7E38F" w14:textId="77777777" w:rsidR="001C7FD1" w:rsidRDefault="003F5285">
            <w:pPr>
              <w:spacing w:after="0" w:line="240" w:lineRule="auto"/>
            </w:pPr>
            <w:r>
              <w:rPr>
                <w:rFonts w:eastAsia="Arial"/>
                <w:b/>
              </w:rPr>
              <w:t>Making choices and explaining preferences</w:t>
            </w:r>
          </w:p>
        </w:tc>
        <w:tc>
          <w:tcPr>
            <w:tcW w:w="1280" w:type="dxa"/>
          </w:tcPr>
          <w:p w14:paraId="5E719B6C" w14:textId="77777777" w:rsidR="001C7FD1" w:rsidRDefault="003F5285">
            <w:pPr>
              <w:spacing w:after="0" w:line="240" w:lineRule="auto"/>
              <w:jc w:val="center"/>
            </w:pPr>
            <w:sdt>
              <w:sdtPr>
                <w:alias w:val="R115"/>
                <w:tag w:val="R115"/>
                <w:id w:val="100115"/>
                <w:text/>
              </w:sdtPr>
              <w:sdtEndPr/>
              <w:sdtContent>
                <w:r>
                  <w:rPr>
                    <w:rFonts w:eastAsia="Arial"/>
                    <w:color w:val="555555"/>
                  </w:rPr>
                  <w:t>0-4 / N/A</w:t>
                </w:r>
              </w:sdtContent>
            </w:sdt>
          </w:p>
        </w:tc>
        <w:tc>
          <w:tcPr>
            <w:tcW w:w="3600" w:type="dxa"/>
          </w:tcPr>
          <w:p w14:paraId="47646599" w14:textId="77777777" w:rsidR="001C7FD1" w:rsidRDefault="003F5285">
            <w:pPr>
              <w:spacing w:after="0" w:line="240" w:lineRule="auto"/>
            </w:pPr>
            <w:sdt>
              <w:sdtPr>
                <w:alias w:val="T116"/>
                <w:tag w:val="T116"/>
                <w:id w:val="100116"/>
                <w:text/>
              </w:sdtPr>
              <w:sdtEndPr/>
              <w:sdtContent>
                <w:r>
                  <w:rPr>
                    <w:rFonts w:eastAsia="Arial"/>
                    <w:color w:val="555555"/>
                  </w:rPr>
                  <w:t>Click or tap to type</w:t>
                </w:r>
              </w:sdtContent>
            </w:sdt>
          </w:p>
        </w:tc>
      </w:tr>
      <w:tr w:rsidR="001C7FD1" w14:paraId="4CE99D90" w14:textId="77777777">
        <w:trPr>
          <w:cantSplit/>
        </w:trPr>
        <w:tc>
          <w:tcPr>
            <w:tcW w:w="4760" w:type="dxa"/>
            <w:shd w:val="clear" w:color="auto" w:fill="F5F4EF"/>
          </w:tcPr>
          <w:p w14:paraId="4E74F41F" w14:textId="77777777" w:rsidR="001C7FD1" w:rsidRDefault="003F5285">
            <w:pPr>
              <w:spacing w:after="0" w:line="240" w:lineRule="auto"/>
            </w:pPr>
            <w:r>
              <w:rPr>
                <w:rFonts w:eastAsia="Arial"/>
                <w:b/>
              </w:rPr>
              <w:t>Keeping skills when routines, health or support people change</w:t>
            </w:r>
          </w:p>
        </w:tc>
        <w:tc>
          <w:tcPr>
            <w:tcW w:w="1280" w:type="dxa"/>
            <w:shd w:val="clear" w:color="auto" w:fill="F5F4EF"/>
          </w:tcPr>
          <w:p w14:paraId="77C623B2" w14:textId="77777777" w:rsidR="001C7FD1" w:rsidRDefault="003F5285">
            <w:pPr>
              <w:spacing w:after="0" w:line="240" w:lineRule="auto"/>
              <w:jc w:val="center"/>
            </w:pPr>
            <w:sdt>
              <w:sdtPr>
                <w:alias w:val="R117"/>
                <w:tag w:val="R117"/>
                <w:id w:val="100117"/>
                <w:text/>
              </w:sdtPr>
              <w:sdtEndPr/>
              <w:sdtContent>
                <w:r>
                  <w:rPr>
                    <w:rFonts w:eastAsia="Arial"/>
                    <w:color w:val="555555"/>
                  </w:rPr>
                  <w:t>0-4 / N/A</w:t>
                </w:r>
              </w:sdtContent>
            </w:sdt>
          </w:p>
        </w:tc>
        <w:tc>
          <w:tcPr>
            <w:tcW w:w="3600" w:type="dxa"/>
            <w:shd w:val="clear" w:color="auto" w:fill="F5F4EF"/>
          </w:tcPr>
          <w:p w14:paraId="07546D16" w14:textId="77777777" w:rsidR="001C7FD1" w:rsidRDefault="003F5285">
            <w:pPr>
              <w:spacing w:after="0" w:line="240" w:lineRule="auto"/>
            </w:pPr>
            <w:sdt>
              <w:sdtPr>
                <w:alias w:val="T118"/>
                <w:tag w:val="T118"/>
                <w:id w:val="100118"/>
                <w:text/>
              </w:sdtPr>
              <w:sdtEndPr/>
              <w:sdtContent>
                <w:r>
                  <w:rPr>
                    <w:rFonts w:eastAsia="Arial"/>
                    <w:color w:val="555555"/>
                  </w:rPr>
                  <w:t>Click or tap to type</w:t>
                </w:r>
              </w:sdtContent>
            </w:sdt>
          </w:p>
        </w:tc>
      </w:tr>
    </w:tbl>
    <w:p w14:paraId="394E7C79" w14:textId="77777777" w:rsidR="001C7FD1" w:rsidRDefault="003F5285">
      <w:pPr>
        <w:pStyle w:val="Heading2"/>
      </w:pPr>
      <w:r>
        <w:t>4.1 Learning context</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300"/>
        <w:gridCol w:w="6340"/>
      </w:tblGrid>
      <w:tr w:rsidR="001C7FD1" w14:paraId="351B45C2" w14:textId="77777777">
        <w:trPr>
          <w:tblHeader/>
        </w:trPr>
        <w:tc>
          <w:tcPr>
            <w:tcW w:w="3300" w:type="dxa"/>
            <w:shd w:val="clear" w:color="auto" w:fill="4B1F26"/>
            <w:tcMar>
              <w:top w:w="90" w:type="dxa"/>
              <w:left w:w="120" w:type="dxa"/>
              <w:bottom w:w="90" w:type="dxa"/>
              <w:right w:w="120" w:type="dxa"/>
            </w:tcMar>
            <w:vAlign w:val="center"/>
          </w:tcPr>
          <w:p w14:paraId="1309FBA9" w14:textId="77777777" w:rsidR="001C7FD1" w:rsidRDefault="003F5285">
            <w:pPr>
              <w:spacing w:after="0" w:line="240" w:lineRule="auto"/>
            </w:pPr>
            <w:r>
              <w:rPr>
                <w:rFonts w:eastAsia="Arial"/>
                <w:b/>
                <w:color w:val="FFFFFF"/>
              </w:rPr>
              <w:t>Question</w:t>
            </w:r>
          </w:p>
        </w:tc>
        <w:tc>
          <w:tcPr>
            <w:tcW w:w="6340" w:type="dxa"/>
            <w:shd w:val="clear" w:color="auto" w:fill="4B1F26"/>
            <w:tcMar>
              <w:top w:w="90" w:type="dxa"/>
              <w:left w:w="120" w:type="dxa"/>
              <w:bottom w:w="90" w:type="dxa"/>
              <w:right w:w="120" w:type="dxa"/>
            </w:tcMar>
            <w:vAlign w:val="center"/>
          </w:tcPr>
          <w:p w14:paraId="010843BC" w14:textId="77777777" w:rsidR="001C7FD1" w:rsidRDefault="003F5285">
            <w:pPr>
              <w:spacing w:after="0" w:line="240" w:lineRule="auto"/>
            </w:pPr>
            <w:r>
              <w:rPr>
                <w:rFonts w:eastAsia="Arial"/>
                <w:b/>
                <w:color w:val="FFFFFF"/>
              </w:rPr>
              <w:t>Your response</w:t>
            </w:r>
          </w:p>
        </w:tc>
      </w:tr>
      <w:tr w:rsidR="001C7FD1" w14:paraId="2509E249" w14:textId="77777777">
        <w:trPr>
          <w:cantSplit/>
        </w:trPr>
        <w:tc>
          <w:tcPr>
            <w:tcW w:w="3300" w:type="dxa"/>
            <w:shd w:val="clear" w:color="auto" w:fill="EEECE1"/>
          </w:tcPr>
          <w:p w14:paraId="725001BC" w14:textId="77777777" w:rsidR="001C7FD1" w:rsidRDefault="003F5285">
            <w:pPr>
              <w:spacing w:after="0" w:line="240" w:lineRule="auto"/>
            </w:pPr>
            <w:r>
              <w:rPr>
                <w:rFonts w:eastAsia="Arial"/>
                <w:b/>
                <w:color w:val="4B1F26"/>
              </w:rPr>
              <w:lastRenderedPageBreak/>
              <w:t>What teaching methods work best?</w:t>
            </w:r>
          </w:p>
        </w:tc>
        <w:tc>
          <w:tcPr>
            <w:tcW w:w="6340" w:type="dxa"/>
          </w:tcPr>
          <w:p w14:paraId="025F81F9" w14:textId="77777777" w:rsidR="001C7FD1" w:rsidRDefault="003F5285">
            <w:pPr>
              <w:spacing w:after="0" w:line="240" w:lineRule="auto"/>
            </w:pPr>
            <w:sdt>
              <w:sdtPr>
                <w:alias w:val="T119"/>
                <w:tag w:val="T119"/>
                <w:id w:val="100119"/>
                <w:text/>
              </w:sdtPr>
              <w:sdtEndPr/>
              <w:sdtContent>
                <w:r>
                  <w:rPr>
                    <w:rFonts w:eastAsia="Arial"/>
                    <w:color w:val="555555"/>
                  </w:rPr>
                  <w:t>Click or tap to type</w:t>
                </w:r>
              </w:sdtContent>
            </w:sdt>
          </w:p>
        </w:tc>
      </w:tr>
      <w:tr w:rsidR="001C7FD1" w14:paraId="1EE67438" w14:textId="77777777">
        <w:trPr>
          <w:cantSplit/>
        </w:trPr>
        <w:tc>
          <w:tcPr>
            <w:tcW w:w="3300" w:type="dxa"/>
            <w:shd w:val="clear" w:color="auto" w:fill="EEECE1"/>
          </w:tcPr>
          <w:p w14:paraId="073AC02D" w14:textId="77777777" w:rsidR="001C7FD1" w:rsidRDefault="003F5285">
            <w:pPr>
              <w:spacing w:after="0" w:line="240" w:lineRule="auto"/>
            </w:pPr>
            <w:r>
              <w:rPr>
                <w:rFonts w:eastAsia="Arial"/>
                <w:b/>
                <w:color w:val="4B1F26"/>
              </w:rPr>
              <w:t>What makes learning harder?</w:t>
            </w:r>
          </w:p>
        </w:tc>
        <w:tc>
          <w:tcPr>
            <w:tcW w:w="6340" w:type="dxa"/>
            <w:shd w:val="clear" w:color="auto" w:fill="F5F4EF"/>
          </w:tcPr>
          <w:p w14:paraId="73EB248F" w14:textId="77777777" w:rsidR="001C7FD1" w:rsidRDefault="003F5285">
            <w:pPr>
              <w:spacing w:after="0" w:line="240" w:lineRule="auto"/>
            </w:pPr>
            <w:sdt>
              <w:sdtPr>
                <w:alias w:val="T120"/>
                <w:tag w:val="T120"/>
                <w:id w:val="100120"/>
                <w:text/>
              </w:sdtPr>
              <w:sdtEndPr/>
              <w:sdtContent>
                <w:r>
                  <w:rPr>
                    <w:rFonts w:eastAsia="Arial"/>
                    <w:color w:val="555555"/>
                  </w:rPr>
                  <w:t>Click or tap to type</w:t>
                </w:r>
              </w:sdtContent>
            </w:sdt>
          </w:p>
        </w:tc>
      </w:tr>
      <w:tr w:rsidR="001C7FD1" w14:paraId="2955628A" w14:textId="77777777">
        <w:trPr>
          <w:cantSplit/>
        </w:trPr>
        <w:tc>
          <w:tcPr>
            <w:tcW w:w="3300" w:type="dxa"/>
            <w:shd w:val="clear" w:color="auto" w:fill="EEECE1"/>
          </w:tcPr>
          <w:p w14:paraId="0A053BF9" w14:textId="77777777" w:rsidR="001C7FD1" w:rsidRDefault="003F5285">
            <w:pPr>
              <w:spacing w:after="0" w:line="240" w:lineRule="auto"/>
            </w:pPr>
            <w:r>
              <w:rPr>
                <w:rFonts w:eastAsia="Arial"/>
                <w:b/>
                <w:color w:val="4B1F26"/>
              </w:rPr>
              <w:t>How long does it usually take to learn and retain a new routine?</w:t>
            </w:r>
          </w:p>
        </w:tc>
        <w:tc>
          <w:tcPr>
            <w:tcW w:w="6340" w:type="dxa"/>
          </w:tcPr>
          <w:p w14:paraId="05DA78B5" w14:textId="77777777" w:rsidR="001C7FD1" w:rsidRDefault="003F5285">
            <w:pPr>
              <w:spacing w:after="0" w:line="240" w:lineRule="auto"/>
            </w:pPr>
            <w:sdt>
              <w:sdtPr>
                <w:alias w:val="T121"/>
                <w:tag w:val="T121"/>
                <w:id w:val="100121"/>
                <w:text/>
              </w:sdtPr>
              <w:sdtEndPr/>
              <w:sdtContent>
                <w:r>
                  <w:rPr>
                    <w:rFonts w:eastAsia="Arial"/>
                    <w:color w:val="555555"/>
                  </w:rPr>
                  <w:t>Click or tap to type</w:t>
                </w:r>
              </w:sdtContent>
            </w:sdt>
          </w:p>
        </w:tc>
      </w:tr>
      <w:tr w:rsidR="001C7FD1" w14:paraId="07AB143C" w14:textId="77777777">
        <w:trPr>
          <w:cantSplit/>
        </w:trPr>
        <w:tc>
          <w:tcPr>
            <w:tcW w:w="3300" w:type="dxa"/>
            <w:shd w:val="clear" w:color="auto" w:fill="EEECE1"/>
          </w:tcPr>
          <w:p w14:paraId="4BB2171B" w14:textId="77777777" w:rsidR="001C7FD1" w:rsidRDefault="003F5285">
            <w:pPr>
              <w:spacing w:after="0" w:line="240" w:lineRule="auto"/>
            </w:pPr>
            <w:r>
              <w:rPr>
                <w:rFonts w:eastAsia="Arial"/>
                <w:b/>
                <w:color w:val="4B1F26"/>
              </w:rPr>
              <w:t>What prompts, visuals, technology or adaptations are currently used?</w:t>
            </w:r>
          </w:p>
        </w:tc>
        <w:tc>
          <w:tcPr>
            <w:tcW w:w="6340" w:type="dxa"/>
            <w:shd w:val="clear" w:color="auto" w:fill="F5F4EF"/>
          </w:tcPr>
          <w:p w14:paraId="0A2D51E2" w14:textId="77777777" w:rsidR="001C7FD1" w:rsidRDefault="003F5285">
            <w:pPr>
              <w:spacing w:after="0" w:line="240" w:lineRule="auto"/>
            </w:pPr>
            <w:sdt>
              <w:sdtPr>
                <w:alias w:val="T122"/>
                <w:tag w:val="T122"/>
                <w:id w:val="100122"/>
                <w:text/>
              </w:sdtPr>
              <w:sdtEndPr/>
              <w:sdtContent>
                <w:r>
                  <w:rPr>
                    <w:rFonts w:eastAsia="Arial"/>
                    <w:color w:val="555555"/>
                  </w:rPr>
                  <w:t>Click or tap to type</w:t>
                </w:r>
              </w:sdtContent>
            </w:sdt>
          </w:p>
        </w:tc>
      </w:tr>
      <w:tr w:rsidR="001C7FD1" w14:paraId="108A5F18" w14:textId="77777777">
        <w:trPr>
          <w:cantSplit/>
        </w:trPr>
        <w:tc>
          <w:tcPr>
            <w:tcW w:w="3300" w:type="dxa"/>
            <w:shd w:val="clear" w:color="auto" w:fill="EEECE1"/>
          </w:tcPr>
          <w:p w14:paraId="49340010" w14:textId="77777777" w:rsidR="001C7FD1" w:rsidRDefault="003F5285">
            <w:pPr>
              <w:spacing w:after="0" w:line="240" w:lineRule="auto"/>
            </w:pPr>
            <w:r>
              <w:rPr>
                <w:rFonts w:eastAsia="Arial"/>
                <w:b/>
                <w:color w:val="4B1F26"/>
              </w:rPr>
              <w:t>Give one example of a skill the person can do independently and one that still needs support.</w:t>
            </w:r>
          </w:p>
        </w:tc>
        <w:tc>
          <w:tcPr>
            <w:tcW w:w="6340" w:type="dxa"/>
          </w:tcPr>
          <w:p w14:paraId="6AF33D7A" w14:textId="77777777" w:rsidR="001C7FD1" w:rsidRDefault="003F5285">
            <w:pPr>
              <w:spacing w:after="0" w:line="240" w:lineRule="auto"/>
            </w:pPr>
            <w:sdt>
              <w:sdtPr>
                <w:alias w:val="T123"/>
                <w:tag w:val="T123"/>
                <w:id w:val="100123"/>
                <w:text/>
              </w:sdtPr>
              <w:sdtEndPr/>
              <w:sdtContent>
                <w:r>
                  <w:rPr>
                    <w:rFonts w:eastAsia="Arial"/>
                    <w:color w:val="555555"/>
                  </w:rPr>
                  <w:t>Click or tap to type</w:t>
                </w:r>
              </w:sdtContent>
            </w:sdt>
          </w:p>
        </w:tc>
      </w:tr>
    </w:tbl>
    <w:p w14:paraId="276ED33E" w14:textId="77777777" w:rsidR="001C7FD1" w:rsidRDefault="003F5285">
      <w:pPr>
        <w:pStyle w:val="Heading1"/>
      </w:pPr>
      <w:r>
        <w:t>5. Wara Yindi Communication and Social Connection Profile</w:t>
      </w:r>
    </w:p>
    <w:p w14:paraId="61AABBDA" w14:textId="77777777" w:rsidR="001C7FD1" w:rsidRDefault="003F5285">
      <w:pPr>
        <w:spacing w:after="160" w:line="269" w:lineRule="auto"/>
      </w:pPr>
      <w:r>
        <w:rPr>
          <w:rFonts w:eastAsia="Arial"/>
        </w:rPr>
        <w:t>Include every communication method. Behaviour, movement, silence, gesture and changes in routine may communicate a need even when speech is limited.</w:t>
      </w:r>
    </w:p>
    <w:tbl>
      <w:tblPr>
        <w:tblW w:w="9640" w:type="dxa"/>
        <w:tblInd w:w="120" w:type="dxa"/>
        <w:tblBorders>
          <w:top w:val="single" w:sz="6" w:space="0" w:color="DDD9C3"/>
          <w:left w:val="single" w:sz="6" w:space="0" w:color="DDD9C3"/>
          <w:bottom w:val="single" w:sz="6" w:space="0" w:color="DDD9C3"/>
          <w:right w:val="single" w:sz="6" w:space="0" w:color="DDD9C3"/>
          <w:insideH w:val="single" w:sz="6" w:space="0" w:color="DDD9C3"/>
          <w:insideV w:val="single" w:sz="6" w:space="0" w:color="DDD9C3"/>
        </w:tblBorders>
        <w:tblLayout w:type="fixed"/>
        <w:tblLook w:val="04A0" w:firstRow="1" w:lastRow="0" w:firstColumn="1" w:lastColumn="0" w:noHBand="0" w:noVBand="1"/>
      </w:tblPr>
      <w:tblGrid>
        <w:gridCol w:w="9640"/>
      </w:tblGrid>
      <w:tr w:rsidR="001C7FD1" w14:paraId="7D854286" w14:textId="77777777">
        <w:trPr>
          <w:cantSplit/>
        </w:trPr>
        <w:tc>
          <w:tcPr>
            <w:tcW w:w="9640" w:type="dxa"/>
            <w:shd w:val="clear" w:color="auto" w:fill="EAF3F7"/>
            <w:tcMar>
              <w:top w:w="90" w:type="dxa"/>
              <w:left w:w="120" w:type="dxa"/>
              <w:bottom w:w="90" w:type="dxa"/>
              <w:right w:w="120" w:type="dxa"/>
            </w:tcMar>
            <w:vAlign w:val="center"/>
          </w:tcPr>
          <w:p w14:paraId="6DF57B3A" w14:textId="77777777" w:rsidR="001C7FD1" w:rsidRDefault="003F5285">
            <w:pPr>
              <w:spacing w:after="0" w:line="240" w:lineRule="auto"/>
            </w:pPr>
            <w:r>
              <w:rPr>
                <w:rFonts w:eastAsia="Arial"/>
                <w:b/>
                <w:color w:val="2A7DB8"/>
              </w:rPr>
              <w:t xml:space="preserve">Rating guide: </w:t>
            </w:r>
            <w:r>
              <w:rPr>
                <w:rFonts w:eastAsia="Arial"/>
              </w:rPr>
              <w:t>Enter 0 = independent/no extra support; 1 = occasional cue, check or adaptation; 2 = regular prompting, set-up or partial help; 3 = frequent supervision or hands-on help; 4 = unable or unsafe without full/continuous help; N/A = not applicable or not observed. For children, consider what is ordinarily expected for the same age.</w:t>
            </w:r>
          </w:p>
        </w:tc>
      </w:tr>
    </w:tbl>
    <w:p w14:paraId="7C560297" w14:textId="77777777" w:rsidR="001C7FD1" w:rsidRDefault="003F5285">
      <w:pPr>
        <w:spacing w:before="100" w:after="0" w:line="72" w:lineRule="auto"/>
      </w:pPr>
      <w:r>
        <w:rPr>
          <w:rFonts w:eastAsia="Arial"/>
          <w:color w:val="FFFFFF"/>
          <w:sz w:val="8"/>
        </w:rPr>
        <w:t xml:space="preserve"> </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4760"/>
        <w:gridCol w:w="1280"/>
        <w:gridCol w:w="3600"/>
      </w:tblGrid>
      <w:tr w:rsidR="001C7FD1" w14:paraId="725C24C8" w14:textId="77777777">
        <w:trPr>
          <w:cantSplit/>
          <w:tblHeader/>
        </w:trPr>
        <w:tc>
          <w:tcPr>
            <w:tcW w:w="4760" w:type="dxa"/>
            <w:shd w:val="clear" w:color="auto" w:fill="4B1F26"/>
            <w:tcMar>
              <w:top w:w="90" w:type="dxa"/>
              <w:left w:w="120" w:type="dxa"/>
              <w:bottom w:w="90" w:type="dxa"/>
              <w:right w:w="120" w:type="dxa"/>
            </w:tcMar>
            <w:vAlign w:val="center"/>
          </w:tcPr>
          <w:p w14:paraId="0AAE5B10" w14:textId="77777777" w:rsidR="001C7FD1" w:rsidRDefault="003F5285">
            <w:pPr>
              <w:spacing w:after="0" w:line="240" w:lineRule="auto"/>
            </w:pPr>
            <w:r>
              <w:rPr>
                <w:rFonts w:eastAsia="Arial"/>
                <w:b/>
                <w:color w:val="FFFFFF"/>
              </w:rPr>
              <w:t>Everyday area / question</w:t>
            </w:r>
          </w:p>
        </w:tc>
        <w:tc>
          <w:tcPr>
            <w:tcW w:w="1280" w:type="dxa"/>
            <w:shd w:val="clear" w:color="auto" w:fill="4B1F26"/>
            <w:tcMar>
              <w:top w:w="90" w:type="dxa"/>
              <w:left w:w="120" w:type="dxa"/>
              <w:bottom w:w="90" w:type="dxa"/>
              <w:right w:w="120" w:type="dxa"/>
            </w:tcMar>
            <w:vAlign w:val="center"/>
          </w:tcPr>
          <w:p w14:paraId="5DE82032" w14:textId="77777777" w:rsidR="001C7FD1" w:rsidRDefault="003F5285">
            <w:pPr>
              <w:spacing w:after="0" w:line="240" w:lineRule="auto"/>
            </w:pPr>
            <w:r>
              <w:rPr>
                <w:rFonts w:eastAsia="Arial"/>
                <w:b/>
                <w:color w:val="FFFFFF"/>
              </w:rPr>
              <w:t>Rating</w:t>
            </w:r>
            <w:r>
              <w:rPr>
                <w:rFonts w:eastAsia="Arial"/>
                <w:b/>
                <w:color w:val="FFFFFF"/>
              </w:rPr>
              <w:br/>
              <w:t>0-4 / N/A</w:t>
            </w:r>
          </w:p>
        </w:tc>
        <w:tc>
          <w:tcPr>
            <w:tcW w:w="3600" w:type="dxa"/>
            <w:shd w:val="clear" w:color="auto" w:fill="4B1F26"/>
            <w:tcMar>
              <w:top w:w="90" w:type="dxa"/>
              <w:left w:w="120" w:type="dxa"/>
              <w:bottom w:w="90" w:type="dxa"/>
              <w:right w:w="120" w:type="dxa"/>
            </w:tcMar>
            <w:vAlign w:val="center"/>
          </w:tcPr>
          <w:p w14:paraId="2D27FE86" w14:textId="77777777" w:rsidR="001C7FD1" w:rsidRDefault="003F5285">
            <w:pPr>
              <w:spacing w:after="0" w:line="240" w:lineRule="auto"/>
            </w:pPr>
            <w:r>
              <w:rPr>
                <w:rFonts w:eastAsia="Arial"/>
                <w:b/>
                <w:color w:val="FFFFFF"/>
              </w:rPr>
              <w:t>Example, support needed and functional impact</w:t>
            </w:r>
          </w:p>
        </w:tc>
      </w:tr>
      <w:tr w:rsidR="001C7FD1" w14:paraId="71EC06CA" w14:textId="77777777">
        <w:trPr>
          <w:cantSplit/>
        </w:trPr>
        <w:tc>
          <w:tcPr>
            <w:tcW w:w="4760" w:type="dxa"/>
          </w:tcPr>
          <w:p w14:paraId="53FBFF25" w14:textId="77777777" w:rsidR="001C7FD1" w:rsidRDefault="003F5285">
            <w:pPr>
              <w:spacing w:after="0" w:line="240" w:lineRule="auto"/>
            </w:pPr>
            <w:r>
              <w:rPr>
                <w:rFonts w:eastAsia="Arial"/>
                <w:b/>
              </w:rPr>
              <w:t>Understanding familiar words, signs, visuals or gestures</w:t>
            </w:r>
          </w:p>
        </w:tc>
        <w:tc>
          <w:tcPr>
            <w:tcW w:w="1280" w:type="dxa"/>
          </w:tcPr>
          <w:p w14:paraId="05781D44" w14:textId="77777777" w:rsidR="001C7FD1" w:rsidRDefault="003F5285">
            <w:pPr>
              <w:spacing w:after="0" w:line="240" w:lineRule="auto"/>
              <w:jc w:val="center"/>
            </w:pPr>
            <w:sdt>
              <w:sdtPr>
                <w:alias w:val="R124"/>
                <w:tag w:val="R124"/>
                <w:id w:val="100124"/>
                <w:text/>
              </w:sdtPr>
              <w:sdtEndPr/>
              <w:sdtContent>
                <w:r>
                  <w:rPr>
                    <w:rFonts w:eastAsia="Arial"/>
                    <w:color w:val="555555"/>
                  </w:rPr>
                  <w:t>0-4 / N/A</w:t>
                </w:r>
              </w:sdtContent>
            </w:sdt>
          </w:p>
        </w:tc>
        <w:tc>
          <w:tcPr>
            <w:tcW w:w="3600" w:type="dxa"/>
          </w:tcPr>
          <w:p w14:paraId="6C075F9D" w14:textId="77777777" w:rsidR="001C7FD1" w:rsidRDefault="003F5285">
            <w:pPr>
              <w:spacing w:after="0" w:line="240" w:lineRule="auto"/>
            </w:pPr>
            <w:sdt>
              <w:sdtPr>
                <w:alias w:val="T125"/>
                <w:tag w:val="T125"/>
                <w:id w:val="100125"/>
                <w:text/>
              </w:sdtPr>
              <w:sdtEndPr/>
              <w:sdtContent>
                <w:r>
                  <w:rPr>
                    <w:rFonts w:eastAsia="Arial"/>
                    <w:color w:val="555555"/>
                  </w:rPr>
                  <w:t>Click or tap to type</w:t>
                </w:r>
              </w:sdtContent>
            </w:sdt>
          </w:p>
        </w:tc>
      </w:tr>
      <w:tr w:rsidR="001C7FD1" w14:paraId="78F33C9D" w14:textId="77777777">
        <w:trPr>
          <w:cantSplit/>
        </w:trPr>
        <w:tc>
          <w:tcPr>
            <w:tcW w:w="4760" w:type="dxa"/>
            <w:shd w:val="clear" w:color="auto" w:fill="F5F4EF"/>
          </w:tcPr>
          <w:p w14:paraId="06CD5DDC" w14:textId="77777777" w:rsidR="001C7FD1" w:rsidRDefault="003F5285">
            <w:pPr>
              <w:spacing w:after="0" w:line="240" w:lineRule="auto"/>
            </w:pPr>
            <w:r>
              <w:rPr>
                <w:rFonts w:eastAsia="Arial"/>
                <w:b/>
              </w:rPr>
              <w:t>Understanding longer, abstract or unfamiliar information</w:t>
            </w:r>
          </w:p>
        </w:tc>
        <w:tc>
          <w:tcPr>
            <w:tcW w:w="1280" w:type="dxa"/>
            <w:shd w:val="clear" w:color="auto" w:fill="F5F4EF"/>
          </w:tcPr>
          <w:p w14:paraId="0F9678BF" w14:textId="77777777" w:rsidR="001C7FD1" w:rsidRDefault="003F5285">
            <w:pPr>
              <w:spacing w:after="0" w:line="240" w:lineRule="auto"/>
              <w:jc w:val="center"/>
            </w:pPr>
            <w:sdt>
              <w:sdtPr>
                <w:alias w:val="R126"/>
                <w:tag w:val="R126"/>
                <w:id w:val="100126"/>
                <w:text/>
              </w:sdtPr>
              <w:sdtEndPr/>
              <w:sdtContent>
                <w:r>
                  <w:rPr>
                    <w:rFonts w:eastAsia="Arial"/>
                    <w:color w:val="555555"/>
                  </w:rPr>
                  <w:t>0-4 / N/A</w:t>
                </w:r>
              </w:sdtContent>
            </w:sdt>
          </w:p>
        </w:tc>
        <w:tc>
          <w:tcPr>
            <w:tcW w:w="3600" w:type="dxa"/>
            <w:shd w:val="clear" w:color="auto" w:fill="F5F4EF"/>
          </w:tcPr>
          <w:p w14:paraId="1AA2F73A" w14:textId="77777777" w:rsidR="001C7FD1" w:rsidRDefault="003F5285">
            <w:pPr>
              <w:spacing w:after="0" w:line="240" w:lineRule="auto"/>
            </w:pPr>
            <w:sdt>
              <w:sdtPr>
                <w:alias w:val="T127"/>
                <w:tag w:val="T127"/>
                <w:id w:val="100127"/>
                <w:text/>
              </w:sdtPr>
              <w:sdtEndPr/>
              <w:sdtContent>
                <w:r>
                  <w:rPr>
                    <w:rFonts w:eastAsia="Arial"/>
                    <w:color w:val="555555"/>
                  </w:rPr>
                  <w:t>Click or tap to type</w:t>
                </w:r>
              </w:sdtContent>
            </w:sdt>
          </w:p>
        </w:tc>
      </w:tr>
      <w:tr w:rsidR="001C7FD1" w14:paraId="7055A2F2" w14:textId="77777777">
        <w:trPr>
          <w:cantSplit/>
        </w:trPr>
        <w:tc>
          <w:tcPr>
            <w:tcW w:w="4760" w:type="dxa"/>
          </w:tcPr>
          <w:p w14:paraId="26695D5B" w14:textId="77777777" w:rsidR="001C7FD1" w:rsidRDefault="003F5285">
            <w:pPr>
              <w:spacing w:after="0" w:line="240" w:lineRule="auto"/>
            </w:pPr>
            <w:r>
              <w:rPr>
                <w:rFonts w:eastAsia="Arial"/>
                <w:b/>
              </w:rPr>
              <w:t>Expressing basic wants, needs, pain or discomfort</w:t>
            </w:r>
          </w:p>
        </w:tc>
        <w:tc>
          <w:tcPr>
            <w:tcW w:w="1280" w:type="dxa"/>
          </w:tcPr>
          <w:p w14:paraId="332F2B86" w14:textId="77777777" w:rsidR="001C7FD1" w:rsidRDefault="003F5285">
            <w:pPr>
              <w:spacing w:after="0" w:line="240" w:lineRule="auto"/>
              <w:jc w:val="center"/>
            </w:pPr>
            <w:sdt>
              <w:sdtPr>
                <w:alias w:val="R128"/>
                <w:tag w:val="R128"/>
                <w:id w:val="100128"/>
                <w:text/>
              </w:sdtPr>
              <w:sdtEndPr/>
              <w:sdtContent>
                <w:r>
                  <w:rPr>
                    <w:rFonts w:eastAsia="Arial"/>
                    <w:color w:val="555555"/>
                  </w:rPr>
                  <w:t>0-4 / N/A</w:t>
                </w:r>
              </w:sdtContent>
            </w:sdt>
          </w:p>
        </w:tc>
        <w:tc>
          <w:tcPr>
            <w:tcW w:w="3600" w:type="dxa"/>
          </w:tcPr>
          <w:p w14:paraId="33A587C0" w14:textId="77777777" w:rsidR="001C7FD1" w:rsidRDefault="003F5285">
            <w:pPr>
              <w:spacing w:after="0" w:line="240" w:lineRule="auto"/>
            </w:pPr>
            <w:sdt>
              <w:sdtPr>
                <w:alias w:val="T129"/>
                <w:tag w:val="T129"/>
                <w:id w:val="100129"/>
                <w:text/>
              </w:sdtPr>
              <w:sdtEndPr/>
              <w:sdtContent>
                <w:r>
                  <w:rPr>
                    <w:rFonts w:eastAsia="Arial"/>
                    <w:color w:val="555555"/>
                  </w:rPr>
                  <w:t>Click or tap to type</w:t>
                </w:r>
              </w:sdtContent>
            </w:sdt>
          </w:p>
        </w:tc>
      </w:tr>
      <w:tr w:rsidR="001C7FD1" w14:paraId="70318556" w14:textId="77777777">
        <w:trPr>
          <w:cantSplit/>
        </w:trPr>
        <w:tc>
          <w:tcPr>
            <w:tcW w:w="4760" w:type="dxa"/>
            <w:shd w:val="clear" w:color="auto" w:fill="F5F4EF"/>
          </w:tcPr>
          <w:p w14:paraId="205901B9" w14:textId="77777777" w:rsidR="001C7FD1" w:rsidRDefault="003F5285">
            <w:pPr>
              <w:spacing w:after="0" w:line="240" w:lineRule="auto"/>
            </w:pPr>
            <w:r>
              <w:rPr>
                <w:rFonts w:eastAsia="Arial"/>
                <w:b/>
              </w:rPr>
              <w:t>Expressing opinions, choices, feelings and more complex ideas</w:t>
            </w:r>
          </w:p>
        </w:tc>
        <w:tc>
          <w:tcPr>
            <w:tcW w:w="1280" w:type="dxa"/>
            <w:shd w:val="clear" w:color="auto" w:fill="F5F4EF"/>
          </w:tcPr>
          <w:p w14:paraId="11A3C797" w14:textId="77777777" w:rsidR="001C7FD1" w:rsidRDefault="003F5285">
            <w:pPr>
              <w:spacing w:after="0" w:line="240" w:lineRule="auto"/>
              <w:jc w:val="center"/>
            </w:pPr>
            <w:sdt>
              <w:sdtPr>
                <w:alias w:val="R130"/>
                <w:tag w:val="R130"/>
                <w:id w:val="100130"/>
                <w:text/>
              </w:sdtPr>
              <w:sdtEndPr/>
              <w:sdtContent>
                <w:r>
                  <w:rPr>
                    <w:rFonts w:eastAsia="Arial"/>
                    <w:color w:val="555555"/>
                  </w:rPr>
                  <w:t>0-4 / N/A</w:t>
                </w:r>
              </w:sdtContent>
            </w:sdt>
          </w:p>
        </w:tc>
        <w:tc>
          <w:tcPr>
            <w:tcW w:w="3600" w:type="dxa"/>
            <w:shd w:val="clear" w:color="auto" w:fill="F5F4EF"/>
          </w:tcPr>
          <w:p w14:paraId="532C93DE" w14:textId="77777777" w:rsidR="001C7FD1" w:rsidRDefault="003F5285">
            <w:pPr>
              <w:spacing w:after="0" w:line="240" w:lineRule="auto"/>
            </w:pPr>
            <w:sdt>
              <w:sdtPr>
                <w:alias w:val="T131"/>
                <w:tag w:val="T131"/>
                <w:id w:val="100131"/>
                <w:text/>
              </w:sdtPr>
              <w:sdtEndPr/>
              <w:sdtContent>
                <w:r>
                  <w:rPr>
                    <w:rFonts w:eastAsia="Arial"/>
                    <w:color w:val="555555"/>
                  </w:rPr>
                  <w:t>Click or tap to type</w:t>
                </w:r>
              </w:sdtContent>
            </w:sdt>
          </w:p>
        </w:tc>
      </w:tr>
      <w:tr w:rsidR="001C7FD1" w14:paraId="3E55E603" w14:textId="77777777">
        <w:trPr>
          <w:cantSplit/>
        </w:trPr>
        <w:tc>
          <w:tcPr>
            <w:tcW w:w="4760" w:type="dxa"/>
          </w:tcPr>
          <w:p w14:paraId="36D51E57" w14:textId="77777777" w:rsidR="001C7FD1" w:rsidRDefault="003F5285">
            <w:pPr>
              <w:spacing w:after="0" w:line="240" w:lineRule="auto"/>
            </w:pPr>
            <w:r>
              <w:rPr>
                <w:rFonts w:eastAsia="Arial"/>
                <w:b/>
              </w:rPr>
              <w:t>Speech clarity or being understood by familiar people</w:t>
            </w:r>
          </w:p>
        </w:tc>
        <w:tc>
          <w:tcPr>
            <w:tcW w:w="1280" w:type="dxa"/>
          </w:tcPr>
          <w:p w14:paraId="28F9D13D" w14:textId="77777777" w:rsidR="001C7FD1" w:rsidRDefault="003F5285">
            <w:pPr>
              <w:spacing w:after="0" w:line="240" w:lineRule="auto"/>
              <w:jc w:val="center"/>
            </w:pPr>
            <w:sdt>
              <w:sdtPr>
                <w:alias w:val="R132"/>
                <w:tag w:val="R132"/>
                <w:id w:val="100132"/>
                <w:text/>
              </w:sdtPr>
              <w:sdtEndPr/>
              <w:sdtContent>
                <w:r>
                  <w:rPr>
                    <w:rFonts w:eastAsia="Arial"/>
                    <w:color w:val="555555"/>
                  </w:rPr>
                  <w:t>0-4 / N/A</w:t>
                </w:r>
              </w:sdtContent>
            </w:sdt>
          </w:p>
        </w:tc>
        <w:tc>
          <w:tcPr>
            <w:tcW w:w="3600" w:type="dxa"/>
          </w:tcPr>
          <w:p w14:paraId="12DCDEA4" w14:textId="77777777" w:rsidR="001C7FD1" w:rsidRDefault="003F5285">
            <w:pPr>
              <w:spacing w:after="0" w:line="240" w:lineRule="auto"/>
            </w:pPr>
            <w:sdt>
              <w:sdtPr>
                <w:alias w:val="T133"/>
                <w:tag w:val="T133"/>
                <w:id w:val="100133"/>
                <w:text/>
              </w:sdtPr>
              <w:sdtEndPr/>
              <w:sdtContent>
                <w:r>
                  <w:rPr>
                    <w:rFonts w:eastAsia="Arial"/>
                    <w:color w:val="555555"/>
                  </w:rPr>
                  <w:t>Click or tap to type</w:t>
                </w:r>
              </w:sdtContent>
            </w:sdt>
          </w:p>
        </w:tc>
      </w:tr>
      <w:tr w:rsidR="001C7FD1" w14:paraId="208C72D5" w14:textId="77777777">
        <w:trPr>
          <w:cantSplit/>
        </w:trPr>
        <w:tc>
          <w:tcPr>
            <w:tcW w:w="4760" w:type="dxa"/>
            <w:shd w:val="clear" w:color="auto" w:fill="F5F4EF"/>
          </w:tcPr>
          <w:p w14:paraId="0065CFEB" w14:textId="77777777" w:rsidR="001C7FD1" w:rsidRDefault="003F5285">
            <w:pPr>
              <w:spacing w:after="0" w:line="240" w:lineRule="auto"/>
            </w:pPr>
            <w:r>
              <w:rPr>
                <w:rFonts w:eastAsia="Arial"/>
                <w:b/>
              </w:rPr>
              <w:t>Being understood by unfamiliar people</w:t>
            </w:r>
          </w:p>
        </w:tc>
        <w:tc>
          <w:tcPr>
            <w:tcW w:w="1280" w:type="dxa"/>
            <w:shd w:val="clear" w:color="auto" w:fill="F5F4EF"/>
          </w:tcPr>
          <w:p w14:paraId="5CE62124" w14:textId="77777777" w:rsidR="001C7FD1" w:rsidRDefault="003F5285">
            <w:pPr>
              <w:spacing w:after="0" w:line="240" w:lineRule="auto"/>
              <w:jc w:val="center"/>
            </w:pPr>
            <w:sdt>
              <w:sdtPr>
                <w:alias w:val="R134"/>
                <w:tag w:val="R134"/>
                <w:id w:val="100134"/>
                <w:text/>
              </w:sdtPr>
              <w:sdtEndPr/>
              <w:sdtContent>
                <w:r>
                  <w:rPr>
                    <w:rFonts w:eastAsia="Arial"/>
                    <w:color w:val="555555"/>
                  </w:rPr>
                  <w:t>0-4 / N/A</w:t>
                </w:r>
              </w:sdtContent>
            </w:sdt>
          </w:p>
        </w:tc>
        <w:tc>
          <w:tcPr>
            <w:tcW w:w="3600" w:type="dxa"/>
            <w:shd w:val="clear" w:color="auto" w:fill="F5F4EF"/>
          </w:tcPr>
          <w:p w14:paraId="039259D2" w14:textId="77777777" w:rsidR="001C7FD1" w:rsidRDefault="003F5285">
            <w:pPr>
              <w:spacing w:after="0" w:line="240" w:lineRule="auto"/>
            </w:pPr>
            <w:sdt>
              <w:sdtPr>
                <w:alias w:val="T135"/>
                <w:tag w:val="T135"/>
                <w:id w:val="100135"/>
                <w:text/>
              </w:sdtPr>
              <w:sdtEndPr/>
              <w:sdtContent>
                <w:r>
                  <w:rPr>
                    <w:rFonts w:eastAsia="Arial"/>
                    <w:color w:val="555555"/>
                  </w:rPr>
                  <w:t>Click or tap to type</w:t>
                </w:r>
              </w:sdtContent>
            </w:sdt>
          </w:p>
        </w:tc>
      </w:tr>
      <w:tr w:rsidR="001C7FD1" w14:paraId="447BD015" w14:textId="77777777">
        <w:trPr>
          <w:cantSplit/>
        </w:trPr>
        <w:tc>
          <w:tcPr>
            <w:tcW w:w="4760" w:type="dxa"/>
          </w:tcPr>
          <w:p w14:paraId="471E08EE" w14:textId="77777777" w:rsidR="001C7FD1" w:rsidRDefault="003F5285">
            <w:pPr>
              <w:spacing w:after="0" w:line="240" w:lineRule="auto"/>
            </w:pPr>
            <w:r>
              <w:rPr>
                <w:rFonts w:eastAsia="Arial"/>
                <w:b/>
              </w:rPr>
              <w:t>Using AAC, signs, visuals, writing or communication technology</w:t>
            </w:r>
          </w:p>
        </w:tc>
        <w:tc>
          <w:tcPr>
            <w:tcW w:w="1280" w:type="dxa"/>
          </w:tcPr>
          <w:p w14:paraId="66496B19" w14:textId="77777777" w:rsidR="001C7FD1" w:rsidRDefault="003F5285">
            <w:pPr>
              <w:spacing w:after="0" w:line="240" w:lineRule="auto"/>
              <w:jc w:val="center"/>
            </w:pPr>
            <w:sdt>
              <w:sdtPr>
                <w:alias w:val="R136"/>
                <w:tag w:val="R136"/>
                <w:id w:val="100136"/>
                <w:text/>
              </w:sdtPr>
              <w:sdtEndPr/>
              <w:sdtContent>
                <w:r>
                  <w:rPr>
                    <w:rFonts w:eastAsia="Arial"/>
                    <w:color w:val="555555"/>
                  </w:rPr>
                  <w:t>0-4 / N/A</w:t>
                </w:r>
              </w:sdtContent>
            </w:sdt>
          </w:p>
        </w:tc>
        <w:tc>
          <w:tcPr>
            <w:tcW w:w="3600" w:type="dxa"/>
          </w:tcPr>
          <w:p w14:paraId="299E99B7" w14:textId="77777777" w:rsidR="001C7FD1" w:rsidRDefault="003F5285">
            <w:pPr>
              <w:spacing w:after="0" w:line="240" w:lineRule="auto"/>
            </w:pPr>
            <w:sdt>
              <w:sdtPr>
                <w:alias w:val="T137"/>
                <w:tag w:val="T137"/>
                <w:id w:val="100137"/>
                <w:text/>
              </w:sdtPr>
              <w:sdtEndPr/>
              <w:sdtContent>
                <w:r>
                  <w:rPr>
                    <w:rFonts w:eastAsia="Arial"/>
                    <w:color w:val="555555"/>
                  </w:rPr>
                  <w:t>Click or tap to type</w:t>
                </w:r>
              </w:sdtContent>
            </w:sdt>
          </w:p>
        </w:tc>
      </w:tr>
      <w:tr w:rsidR="001C7FD1" w14:paraId="3FB2294B" w14:textId="77777777">
        <w:trPr>
          <w:cantSplit/>
        </w:trPr>
        <w:tc>
          <w:tcPr>
            <w:tcW w:w="4760" w:type="dxa"/>
            <w:shd w:val="clear" w:color="auto" w:fill="F5F4EF"/>
          </w:tcPr>
          <w:p w14:paraId="5CEA7DDC" w14:textId="77777777" w:rsidR="001C7FD1" w:rsidRDefault="003F5285">
            <w:pPr>
              <w:spacing w:after="0" w:line="240" w:lineRule="auto"/>
            </w:pPr>
            <w:r>
              <w:rPr>
                <w:rFonts w:eastAsia="Arial"/>
                <w:b/>
              </w:rPr>
              <w:t>Starting a conversation or interaction</w:t>
            </w:r>
          </w:p>
        </w:tc>
        <w:tc>
          <w:tcPr>
            <w:tcW w:w="1280" w:type="dxa"/>
            <w:shd w:val="clear" w:color="auto" w:fill="F5F4EF"/>
          </w:tcPr>
          <w:p w14:paraId="2AEB3EA9" w14:textId="77777777" w:rsidR="001C7FD1" w:rsidRDefault="003F5285">
            <w:pPr>
              <w:spacing w:after="0" w:line="240" w:lineRule="auto"/>
              <w:jc w:val="center"/>
            </w:pPr>
            <w:sdt>
              <w:sdtPr>
                <w:alias w:val="R138"/>
                <w:tag w:val="R138"/>
                <w:id w:val="100138"/>
                <w:text/>
              </w:sdtPr>
              <w:sdtEndPr/>
              <w:sdtContent>
                <w:r>
                  <w:rPr>
                    <w:rFonts w:eastAsia="Arial"/>
                    <w:color w:val="555555"/>
                  </w:rPr>
                  <w:t>0-4 / N/A</w:t>
                </w:r>
              </w:sdtContent>
            </w:sdt>
          </w:p>
        </w:tc>
        <w:tc>
          <w:tcPr>
            <w:tcW w:w="3600" w:type="dxa"/>
            <w:shd w:val="clear" w:color="auto" w:fill="F5F4EF"/>
          </w:tcPr>
          <w:p w14:paraId="1DCF95CA" w14:textId="77777777" w:rsidR="001C7FD1" w:rsidRDefault="003F5285">
            <w:pPr>
              <w:spacing w:after="0" w:line="240" w:lineRule="auto"/>
            </w:pPr>
            <w:sdt>
              <w:sdtPr>
                <w:alias w:val="T139"/>
                <w:tag w:val="T139"/>
                <w:id w:val="100139"/>
                <w:text/>
              </w:sdtPr>
              <w:sdtEndPr/>
              <w:sdtContent>
                <w:r>
                  <w:rPr>
                    <w:rFonts w:eastAsia="Arial"/>
                    <w:color w:val="555555"/>
                  </w:rPr>
                  <w:t>Click or tap to type</w:t>
                </w:r>
              </w:sdtContent>
            </w:sdt>
          </w:p>
        </w:tc>
      </w:tr>
      <w:tr w:rsidR="001C7FD1" w14:paraId="68103D51" w14:textId="77777777">
        <w:trPr>
          <w:cantSplit/>
        </w:trPr>
        <w:tc>
          <w:tcPr>
            <w:tcW w:w="4760" w:type="dxa"/>
          </w:tcPr>
          <w:p w14:paraId="30E703F4" w14:textId="77777777" w:rsidR="001C7FD1" w:rsidRDefault="003F5285">
            <w:pPr>
              <w:spacing w:after="0" w:line="240" w:lineRule="auto"/>
            </w:pPr>
            <w:r>
              <w:rPr>
                <w:rFonts w:eastAsia="Arial"/>
                <w:b/>
              </w:rPr>
              <w:t>Taking turns and staying with a shared topic</w:t>
            </w:r>
          </w:p>
        </w:tc>
        <w:tc>
          <w:tcPr>
            <w:tcW w:w="1280" w:type="dxa"/>
          </w:tcPr>
          <w:p w14:paraId="298F7C16" w14:textId="77777777" w:rsidR="001C7FD1" w:rsidRDefault="003F5285">
            <w:pPr>
              <w:spacing w:after="0" w:line="240" w:lineRule="auto"/>
              <w:jc w:val="center"/>
            </w:pPr>
            <w:sdt>
              <w:sdtPr>
                <w:alias w:val="R140"/>
                <w:tag w:val="R140"/>
                <w:id w:val="100140"/>
                <w:text/>
              </w:sdtPr>
              <w:sdtEndPr/>
              <w:sdtContent>
                <w:r>
                  <w:rPr>
                    <w:rFonts w:eastAsia="Arial"/>
                    <w:color w:val="555555"/>
                  </w:rPr>
                  <w:t>0-4 / N/A</w:t>
                </w:r>
              </w:sdtContent>
            </w:sdt>
          </w:p>
        </w:tc>
        <w:tc>
          <w:tcPr>
            <w:tcW w:w="3600" w:type="dxa"/>
          </w:tcPr>
          <w:p w14:paraId="009826AC" w14:textId="77777777" w:rsidR="001C7FD1" w:rsidRDefault="003F5285">
            <w:pPr>
              <w:spacing w:after="0" w:line="240" w:lineRule="auto"/>
            </w:pPr>
            <w:sdt>
              <w:sdtPr>
                <w:alias w:val="T141"/>
                <w:tag w:val="T141"/>
                <w:id w:val="100141"/>
                <w:text/>
              </w:sdtPr>
              <w:sdtEndPr/>
              <w:sdtContent>
                <w:r>
                  <w:rPr>
                    <w:rFonts w:eastAsia="Arial"/>
                    <w:color w:val="555555"/>
                  </w:rPr>
                  <w:t>Click or tap to type</w:t>
                </w:r>
              </w:sdtContent>
            </w:sdt>
          </w:p>
        </w:tc>
      </w:tr>
      <w:tr w:rsidR="001C7FD1" w14:paraId="6730DB68" w14:textId="77777777">
        <w:trPr>
          <w:cantSplit/>
        </w:trPr>
        <w:tc>
          <w:tcPr>
            <w:tcW w:w="4760" w:type="dxa"/>
            <w:shd w:val="clear" w:color="auto" w:fill="F5F4EF"/>
          </w:tcPr>
          <w:p w14:paraId="520D4C67" w14:textId="77777777" w:rsidR="001C7FD1" w:rsidRDefault="003F5285">
            <w:pPr>
              <w:spacing w:after="0" w:line="240" w:lineRule="auto"/>
            </w:pPr>
            <w:r>
              <w:rPr>
                <w:rFonts w:eastAsia="Arial"/>
                <w:b/>
              </w:rPr>
              <w:t>Noticing facial expression, tone, gesture and other social cues</w:t>
            </w:r>
          </w:p>
        </w:tc>
        <w:tc>
          <w:tcPr>
            <w:tcW w:w="1280" w:type="dxa"/>
            <w:shd w:val="clear" w:color="auto" w:fill="F5F4EF"/>
          </w:tcPr>
          <w:p w14:paraId="6338FA03" w14:textId="77777777" w:rsidR="001C7FD1" w:rsidRDefault="003F5285">
            <w:pPr>
              <w:spacing w:after="0" w:line="240" w:lineRule="auto"/>
              <w:jc w:val="center"/>
            </w:pPr>
            <w:sdt>
              <w:sdtPr>
                <w:alias w:val="R142"/>
                <w:tag w:val="R142"/>
                <w:id w:val="100142"/>
                <w:text/>
              </w:sdtPr>
              <w:sdtEndPr/>
              <w:sdtContent>
                <w:r>
                  <w:rPr>
                    <w:rFonts w:eastAsia="Arial"/>
                    <w:color w:val="555555"/>
                  </w:rPr>
                  <w:t>0-4 / N/A</w:t>
                </w:r>
              </w:sdtContent>
            </w:sdt>
          </w:p>
        </w:tc>
        <w:tc>
          <w:tcPr>
            <w:tcW w:w="3600" w:type="dxa"/>
            <w:shd w:val="clear" w:color="auto" w:fill="F5F4EF"/>
          </w:tcPr>
          <w:p w14:paraId="1BDC22D4" w14:textId="77777777" w:rsidR="001C7FD1" w:rsidRDefault="003F5285">
            <w:pPr>
              <w:spacing w:after="0" w:line="240" w:lineRule="auto"/>
            </w:pPr>
            <w:sdt>
              <w:sdtPr>
                <w:alias w:val="T143"/>
                <w:tag w:val="T143"/>
                <w:id w:val="100143"/>
                <w:text/>
              </w:sdtPr>
              <w:sdtEndPr/>
              <w:sdtContent>
                <w:r>
                  <w:rPr>
                    <w:rFonts w:eastAsia="Arial"/>
                    <w:color w:val="555555"/>
                  </w:rPr>
                  <w:t>Click or tap to type</w:t>
                </w:r>
              </w:sdtContent>
            </w:sdt>
          </w:p>
        </w:tc>
      </w:tr>
      <w:tr w:rsidR="001C7FD1" w14:paraId="7764F679" w14:textId="77777777">
        <w:trPr>
          <w:cantSplit/>
        </w:trPr>
        <w:tc>
          <w:tcPr>
            <w:tcW w:w="4760" w:type="dxa"/>
          </w:tcPr>
          <w:p w14:paraId="585E0E0E" w14:textId="77777777" w:rsidR="001C7FD1" w:rsidRDefault="003F5285">
            <w:pPr>
              <w:spacing w:after="0" w:line="240" w:lineRule="auto"/>
            </w:pPr>
            <w:r>
              <w:rPr>
                <w:rFonts w:eastAsia="Arial"/>
                <w:b/>
              </w:rPr>
              <w:lastRenderedPageBreak/>
              <w:t>Using or understanding humour, sarcasm, implied meaning or figurative language</w:t>
            </w:r>
          </w:p>
        </w:tc>
        <w:tc>
          <w:tcPr>
            <w:tcW w:w="1280" w:type="dxa"/>
          </w:tcPr>
          <w:p w14:paraId="2B4E10CB" w14:textId="77777777" w:rsidR="001C7FD1" w:rsidRDefault="003F5285">
            <w:pPr>
              <w:spacing w:after="0" w:line="240" w:lineRule="auto"/>
              <w:jc w:val="center"/>
            </w:pPr>
            <w:sdt>
              <w:sdtPr>
                <w:alias w:val="R144"/>
                <w:tag w:val="R144"/>
                <w:id w:val="100144"/>
                <w:text/>
              </w:sdtPr>
              <w:sdtEndPr/>
              <w:sdtContent>
                <w:r>
                  <w:rPr>
                    <w:rFonts w:eastAsia="Arial"/>
                    <w:color w:val="555555"/>
                  </w:rPr>
                  <w:t>0-4 / N/A</w:t>
                </w:r>
              </w:sdtContent>
            </w:sdt>
          </w:p>
        </w:tc>
        <w:tc>
          <w:tcPr>
            <w:tcW w:w="3600" w:type="dxa"/>
          </w:tcPr>
          <w:p w14:paraId="6CE71030" w14:textId="77777777" w:rsidR="001C7FD1" w:rsidRDefault="003F5285">
            <w:pPr>
              <w:spacing w:after="0" w:line="240" w:lineRule="auto"/>
            </w:pPr>
            <w:sdt>
              <w:sdtPr>
                <w:alias w:val="T145"/>
                <w:tag w:val="T145"/>
                <w:id w:val="100145"/>
                <w:text/>
              </w:sdtPr>
              <w:sdtEndPr/>
              <w:sdtContent>
                <w:r>
                  <w:rPr>
                    <w:rFonts w:eastAsia="Arial"/>
                    <w:color w:val="555555"/>
                  </w:rPr>
                  <w:t>Click or tap to type</w:t>
                </w:r>
              </w:sdtContent>
            </w:sdt>
          </w:p>
        </w:tc>
      </w:tr>
      <w:tr w:rsidR="001C7FD1" w14:paraId="3D3831C7" w14:textId="77777777">
        <w:trPr>
          <w:cantSplit/>
        </w:trPr>
        <w:tc>
          <w:tcPr>
            <w:tcW w:w="4760" w:type="dxa"/>
            <w:shd w:val="clear" w:color="auto" w:fill="F5F4EF"/>
          </w:tcPr>
          <w:p w14:paraId="775075AB" w14:textId="77777777" w:rsidR="001C7FD1" w:rsidRDefault="003F5285">
            <w:pPr>
              <w:spacing w:after="0" w:line="240" w:lineRule="auto"/>
            </w:pPr>
            <w:r>
              <w:rPr>
                <w:rFonts w:eastAsia="Arial"/>
                <w:b/>
              </w:rPr>
              <w:t>Repairing misunderstandings and trying another way to communicate</w:t>
            </w:r>
          </w:p>
        </w:tc>
        <w:tc>
          <w:tcPr>
            <w:tcW w:w="1280" w:type="dxa"/>
            <w:shd w:val="clear" w:color="auto" w:fill="F5F4EF"/>
          </w:tcPr>
          <w:p w14:paraId="64BF08BF" w14:textId="77777777" w:rsidR="001C7FD1" w:rsidRDefault="003F5285">
            <w:pPr>
              <w:spacing w:after="0" w:line="240" w:lineRule="auto"/>
              <w:jc w:val="center"/>
            </w:pPr>
            <w:sdt>
              <w:sdtPr>
                <w:alias w:val="R146"/>
                <w:tag w:val="R146"/>
                <w:id w:val="100146"/>
                <w:text/>
              </w:sdtPr>
              <w:sdtEndPr/>
              <w:sdtContent>
                <w:r>
                  <w:rPr>
                    <w:rFonts w:eastAsia="Arial"/>
                    <w:color w:val="555555"/>
                  </w:rPr>
                  <w:t>0-4 / N/A</w:t>
                </w:r>
              </w:sdtContent>
            </w:sdt>
          </w:p>
        </w:tc>
        <w:tc>
          <w:tcPr>
            <w:tcW w:w="3600" w:type="dxa"/>
            <w:shd w:val="clear" w:color="auto" w:fill="F5F4EF"/>
          </w:tcPr>
          <w:p w14:paraId="0FBF6952" w14:textId="77777777" w:rsidR="001C7FD1" w:rsidRDefault="003F5285">
            <w:pPr>
              <w:spacing w:after="0" w:line="240" w:lineRule="auto"/>
            </w:pPr>
            <w:sdt>
              <w:sdtPr>
                <w:alias w:val="T147"/>
                <w:tag w:val="T147"/>
                <w:id w:val="100147"/>
                <w:text/>
              </w:sdtPr>
              <w:sdtEndPr/>
              <w:sdtContent>
                <w:r>
                  <w:rPr>
                    <w:rFonts w:eastAsia="Arial"/>
                    <w:color w:val="555555"/>
                  </w:rPr>
                  <w:t>Click or tap to type</w:t>
                </w:r>
              </w:sdtContent>
            </w:sdt>
          </w:p>
        </w:tc>
      </w:tr>
      <w:tr w:rsidR="001C7FD1" w14:paraId="577FC998" w14:textId="77777777">
        <w:trPr>
          <w:cantSplit/>
        </w:trPr>
        <w:tc>
          <w:tcPr>
            <w:tcW w:w="4760" w:type="dxa"/>
          </w:tcPr>
          <w:p w14:paraId="2FDA619B" w14:textId="77777777" w:rsidR="001C7FD1" w:rsidRDefault="003F5285">
            <w:pPr>
              <w:spacing w:after="0" w:line="240" w:lineRule="auto"/>
            </w:pPr>
            <w:r>
              <w:rPr>
                <w:rFonts w:eastAsia="Arial"/>
                <w:b/>
              </w:rPr>
              <w:t>Communicating when upset, overloaded, tired or unwell</w:t>
            </w:r>
          </w:p>
        </w:tc>
        <w:tc>
          <w:tcPr>
            <w:tcW w:w="1280" w:type="dxa"/>
          </w:tcPr>
          <w:p w14:paraId="67DF47A1" w14:textId="77777777" w:rsidR="001C7FD1" w:rsidRDefault="003F5285">
            <w:pPr>
              <w:spacing w:after="0" w:line="240" w:lineRule="auto"/>
              <w:jc w:val="center"/>
            </w:pPr>
            <w:sdt>
              <w:sdtPr>
                <w:alias w:val="R148"/>
                <w:tag w:val="R148"/>
                <w:id w:val="100148"/>
                <w:text/>
              </w:sdtPr>
              <w:sdtEndPr/>
              <w:sdtContent>
                <w:r>
                  <w:rPr>
                    <w:rFonts w:eastAsia="Arial"/>
                    <w:color w:val="555555"/>
                  </w:rPr>
                  <w:t>0-4 / N/A</w:t>
                </w:r>
              </w:sdtContent>
            </w:sdt>
          </w:p>
        </w:tc>
        <w:tc>
          <w:tcPr>
            <w:tcW w:w="3600" w:type="dxa"/>
          </w:tcPr>
          <w:p w14:paraId="7BCBE0E6" w14:textId="77777777" w:rsidR="001C7FD1" w:rsidRDefault="003F5285">
            <w:pPr>
              <w:spacing w:after="0" w:line="240" w:lineRule="auto"/>
            </w:pPr>
            <w:sdt>
              <w:sdtPr>
                <w:alias w:val="T149"/>
                <w:tag w:val="T149"/>
                <w:id w:val="100149"/>
                <w:text/>
              </w:sdtPr>
              <w:sdtEndPr/>
              <w:sdtContent>
                <w:r>
                  <w:rPr>
                    <w:rFonts w:eastAsia="Arial"/>
                    <w:color w:val="555555"/>
                  </w:rPr>
                  <w:t>Click or tap to type</w:t>
                </w:r>
              </w:sdtContent>
            </w:sdt>
          </w:p>
        </w:tc>
      </w:tr>
      <w:tr w:rsidR="001C7FD1" w14:paraId="2A9C21BF" w14:textId="77777777">
        <w:trPr>
          <w:cantSplit/>
        </w:trPr>
        <w:tc>
          <w:tcPr>
            <w:tcW w:w="4760" w:type="dxa"/>
            <w:shd w:val="clear" w:color="auto" w:fill="F5F4EF"/>
          </w:tcPr>
          <w:p w14:paraId="5C65B7BD" w14:textId="77777777" w:rsidR="001C7FD1" w:rsidRDefault="003F5285">
            <w:pPr>
              <w:spacing w:after="0" w:line="240" w:lineRule="auto"/>
            </w:pPr>
            <w:r>
              <w:rPr>
                <w:rFonts w:eastAsia="Arial"/>
                <w:b/>
              </w:rPr>
              <w:t>Communicating with groups, professionals or unfamiliar people</w:t>
            </w:r>
          </w:p>
        </w:tc>
        <w:tc>
          <w:tcPr>
            <w:tcW w:w="1280" w:type="dxa"/>
            <w:shd w:val="clear" w:color="auto" w:fill="F5F4EF"/>
          </w:tcPr>
          <w:p w14:paraId="4546C09A" w14:textId="77777777" w:rsidR="001C7FD1" w:rsidRDefault="003F5285">
            <w:pPr>
              <w:spacing w:after="0" w:line="240" w:lineRule="auto"/>
              <w:jc w:val="center"/>
            </w:pPr>
            <w:sdt>
              <w:sdtPr>
                <w:alias w:val="R150"/>
                <w:tag w:val="R150"/>
                <w:id w:val="100150"/>
                <w:text/>
              </w:sdtPr>
              <w:sdtEndPr/>
              <w:sdtContent>
                <w:r>
                  <w:rPr>
                    <w:rFonts w:eastAsia="Arial"/>
                    <w:color w:val="555555"/>
                  </w:rPr>
                  <w:t>0-4 / N/A</w:t>
                </w:r>
              </w:sdtContent>
            </w:sdt>
          </w:p>
        </w:tc>
        <w:tc>
          <w:tcPr>
            <w:tcW w:w="3600" w:type="dxa"/>
            <w:shd w:val="clear" w:color="auto" w:fill="F5F4EF"/>
          </w:tcPr>
          <w:p w14:paraId="46579FD9" w14:textId="77777777" w:rsidR="001C7FD1" w:rsidRDefault="003F5285">
            <w:pPr>
              <w:spacing w:after="0" w:line="240" w:lineRule="auto"/>
            </w:pPr>
            <w:sdt>
              <w:sdtPr>
                <w:alias w:val="T151"/>
                <w:tag w:val="T151"/>
                <w:id w:val="100151"/>
                <w:text/>
              </w:sdtPr>
              <w:sdtEndPr/>
              <w:sdtContent>
                <w:r>
                  <w:rPr>
                    <w:rFonts w:eastAsia="Arial"/>
                    <w:color w:val="555555"/>
                  </w:rPr>
                  <w:t>Click or tap to type</w:t>
                </w:r>
              </w:sdtContent>
            </w:sdt>
          </w:p>
        </w:tc>
      </w:tr>
      <w:tr w:rsidR="001C7FD1" w14:paraId="6D78D790" w14:textId="77777777">
        <w:trPr>
          <w:cantSplit/>
        </w:trPr>
        <w:tc>
          <w:tcPr>
            <w:tcW w:w="4760" w:type="dxa"/>
          </w:tcPr>
          <w:p w14:paraId="42C77507" w14:textId="77777777" w:rsidR="001C7FD1" w:rsidRDefault="003F5285">
            <w:pPr>
              <w:spacing w:after="0" w:line="240" w:lineRule="auto"/>
            </w:pPr>
            <w:r>
              <w:rPr>
                <w:rFonts w:eastAsia="Arial"/>
                <w:b/>
              </w:rPr>
              <w:t>Understanding personal space, privacy and relationship boundaries</w:t>
            </w:r>
          </w:p>
        </w:tc>
        <w:tc>
          <w:tcPr>
            <w:tcW w:w="1280" w:type="dxa"/>
          </w:tcPr>
          <w:p w14:paraId="78E162CF" w14:textId="77777777" w:rsidR="001C7FD1" w:rsidRDefault="003F5285">
            <w:pPr>
              <w:spacing w:after="0" w:line="240" w:lineRule="auto"/>
              <w:jc w:val="center"/>
            </w:pPr>
            <w:sdt>
              <w:sdtPr>
                <w:alias w:val="R152"/>
                <w:tag w:val="R152"/>
                <w:id w:val="100152"/>
                <w:text/>
              </w:sdtPr>
              <w:sdtEndPr/>
              <w:sdtContent>
                <w:r>
                  <w:rPr>
                    <w:rFonts w:eastAsia="Arial"/>
                    <w:color w:val="555555"/>
                  </w:rPr>
                  <w:t>0-4 / N/A</w:t>
                </w:r>
              </w:sdtContent>
            </w:sdt>
          </w:p>
        </w:tc>
        <w:tc>
          <w:tcPr>
            <w:tcW w:w="3600" w:type="dxa"/>
          </w:tcPr>
          <w:p w14:paraId="79989429" w14:textId="77777777" w:rsidR="001C7FD1" w:rsidRDefault="003F5285">
            <w:pPr>
              <w:spacing w:after="0" w:line="240" w:lineRule="auto"/>
            </w:pPr>
            <w:sdt>
              <w:sdtPr>
                <w:alias w:val="T153"/>
                <w:tag w:val="T153"/>
                <w:id w:val="100153"/>
                <w:text/>
              </w:sdtPr>
              <w:sdtEndPr/>
              <w:sdtContent>
                <w:r>
                  <w:rPr>
                    <w:rFonts w:eastAsia="Arial"/>
                    <w:color w:val="555555"/>
                  </w:rPr>
                  <w:t>Click or tap to type</w:t>
                </w:r>
              </w:sdtContent>
            </w:sdt>
          </w:p>
        </w:tc>
      </w:tr>
      <w:tr w:rsidR="001C7FD1" w14:paraId="100188DC" w14:textId="77777777">
        <w:trPr>
          <w:cantSplit/>
        </w:trPr>
        <w:tc>
          <w:tcPr>
            <w:tcW w:w="4760" w:type="dxa"/>
            <w:shd w:val="clear" w:color="auto" w:fill="F5F4EF"/>
          </w:tcPr>
          <w:p w14:paraId="4FF29417" w14:textId="77777777" w:rsidR="001C7FD1" w:rsidRDefault="003F5285">
            <w:pPr>
              <w:spacing w:after="0" w:line="240" w:lineRule="auto"/>
            </w:pPr>
            <w:r>
              <w:rPr>
                <w:rFonts w:eastAsia="Arial"/>
                <w:b/>
              </w:rPr>
              <w:t>Advocating, saying no, reporting concerns and asking for help</w:t>
            </w:r>
          </w:p>
        </w:tc>
        <w:tc>
          <w:tcPr>
            <w:tcW w:w="1280" w:type="dxa"/>
            <w:shd w:val="clear" w:color="auto" w:fill="F5F4EF"/>
          </w:tcPr>
          <w:p w14:paraId="28281C09" w14:textId="77777777" w:rsidR="001C7FD1" w:rsidRDefault="003F5285">
            <w:pPr>
              <w:spacing w:after="0" w:line="240" w:lineRule="auto"/>
              <w:jc w:val="center"/>
            </w:pPr>
            <w:sdt>
              <w:sdtPr>
                <w:alias w:val="R154"/>
                <w:tag w:val="R154"/>
                <w:id w:val="100154"/>
                <w:text/>
              </w:sdtPr>
              <w:sdtEndPr/>
              <w:sdtContent>
                <w:r>
                  <w:rPr>
                    <w:rFonts w:eastAsia="Arial"/>
                    <w:color w:val="555555"/>
                  </w:rPr>
                  <w:t>0-4 / N/A</w:t>
                </w:r>
              </w:sdtContent>
            </w:sdt>
          </w:p>
        </w:tc>
        <w:tc>
          <w:tcPr>
            <w:tcW w:w="3600" w:type="dxa"/>
            <w:shd w:val="clear" w:color="auto" w:fill="F5F4EF"/>
          </w:tcPr>
          <w:p w14:paraId="25C84B68" w14:textId="77777777" w:rsidR="001C7FD1" w:rsidRDefault="003F5285">
            <w:pPr>
              <w:spacing w:after="0" w:line="240" w:lineRule="auto"/>
            </w:pPr>
            <w:sdt>
              <w:sdtPr>
                <w:alias w:val="T155"/>
                <w:tag w:val="T155"/>
                <w:id w:val="100155"/>
                <w:text/>
              </w:sdtPr>
              <w:sdtEndPr/>
              <w:sdtContent>
                <w:r>
                  <w:rPr>
                    <w:rFonts w:eastAsia="Arial"/>
                    <w:color w:val="555555"/>
                  </w:rPr>
                  <w:t>Click or tap to type</w:t>
                </w:r>
              </w:sdtContent>
            </w:sdt>
          </w:p>
        </w:tc>
      </w:tr>
    </w:tbl>
    <w:p w14:paraId="25EC1C9E" w14:textId="77777777" w:rsidR="001C7FD1" w:rsidRDefault="003F5285">
      <w:pPr>
        <w:pStyle w:val="Heading2"/>
      </w:pPr>
      <w:r>
        <w:t>5.1 Communication supports</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300"/>
        <w:gridCol w:w="6340"/>
      </w:tblGrid>
      <w:tr w:rsidR="001C7FD1" w14:paraId="5DADD588" w14:textId="77777777">
        <w:trPr>
          <w:tblHeader/>
        </w:trPr>
        <w:tc>
          <w:tcPr>
            <w:tcW w:w="3300" w:type="dxa"/>
            <w:shd w:val="clear" w:color="auto" w:fill="4B1F26"/>
            <w:tcMar>
              <w:top w:w="90" w:type="dxa"/>
              <w:left w:w="120" w:type="dxa"/>
              <w:bottom w:w="90" w:type="dxa"/>
              <w:right w:w="120" w:type="dxa"/>
            </w:tcMar>
            <w:vAlign w:val="center"/>
          </w:tcPr>
          <w:p w14:paraId="6E1291D1" w14:textId="77777777" w:rsidR="001C7FD1" w:rsidRDefault="003F5285">
            <w:pPr>
              <w:spacing w:after="0" w:line="240" w:lineRule="auto"/>
            </w:pPr>
            <w:r>
              <w:rPr>
                <w:rFonts w:eastAsia="Arial"/>
                <w:b/>
                <w:color w:val="FFFFFF"/>
              </w:rPr>
              <w:t>Question</w:t>
            </w:r>
          </w:p>
        </w:tc>
        <w:tc>
          <w:tcPr>
            <w:tcW w:w="6340" w:type="dxa"/>
            <w:shd w:val="clear" w:color="auto" w:fill="4B1F26"/>
            <w:tcMar>
              <w:top w:w="90" w:type="dxa"/>
              <w:left w:w="120" w:type="dxa"/>
              <w:bottom w:w="90" w:type="dxa"/>
              <w:right w:w="120" w:type="dxa"/>
            </w:tcMar>
            <w:vAlign w:val="center"/>
          </w:tcPr>
          <w:p w14:paraId="5970F683" w14:textId="77777777" w:rsidR="001C7FD1" w:rsidRDefault="003F5285">
            <w:pPr>
              <w:spacing w:after="0" w:line="240" w:lineRule="auto"/>
            </w:pPr>
            <w:r>
              <w:rPr>
                <w:rFonts w:eastAsia="Arial"/>
                <w:b/>
                <w:color w:val="FFFFFF"/>
              </w:rPr>
              <w:t>Your response</w:t>
            </w:r>
          </w:p>
        </w:tc>
      </w:tr>
      <w:tr w:rsidR="001C7FD1" w14:paraId="2E9A2048" w14:textId="77777777">
        <w:trPr>
          <w:cantSplit/>
        </w:trPr>
        <w:tc>
          <w:tcPr>
            <w:tcW w:w="3300" w:type="dxa"/>
            <w:shd w:val="clear" w:color="auto" w:fill="EEECE1"/>
          </w:tcPr>
          <w:p w14:paraId="70E5A95B" w14:textId="77777777" w:rsidR="001C7FD1" w:rsidRDefault="003F5285">
            <w:pPr>
              <w:spacing w:after="0" w:line="240" w:lineRule="auto"/>
            </w:pPr>
            <w:r>
              <w:rPr>
                <w:rFonts w:eastAsia="Arial"/>
                <w:b/>
                <w:color w:val="4B1F26"/>
              </w:rPr>
              <w:t>Describe the person's communication style and strongest methods.</w:t>
            </w:r>
          </w:p>
        </w:tc>
        <w:tc>
          <w:tcPr>
            <w:tcW w:w="6340" w:type="dxa"/>
          </w:tcPr>
          <w:p w14:paraId="359EF7ED" w14:textId="77777777" w:rsidR="001C7FD1" w:rsidRDefault="003F5285">
            <w:pPr>
              <w:spacing w:after="0" w:line="240" w:lineRule="auto"/>
            </w:pPr>
            <w:sdt>
              <w:sdtPr>
                <w:alias w:val="T156"/>
                <w:tag w:val="T156"/>
                <w:id w:val="100156"/>
                <w:text/>
              </w:sdtPr>
              <w:sdtEndPr/>
              <w:sdtContent>
                <w:r>
                  <w:rPr>
                    <w:rFonts w:eastAsia="Arial"/>
                    <w:color w:val="555555"/>
                  </w:rPr>
                  <w:t>Click or tap to type</w:t>
                </w:r>
              </w:sdtContent>
            </w:sdt>
          </w:p>
        </w:tc>
      </w:tr>
      <w:tr w:rsidR="001C7FD1" w14:paraId="33B1EC29" w14:textId="77777777">
        <w:trPr>
          <w:cantSplit/>
        </w:trPr>
        <w:tc>
          <w:tcPr>
            <w:tcW w:w="3300" w:type="dxa"/>
            <w:shd w:val="clear" w:color="auto" w:fill="EEECE1"/>
          </w:tcPr>
          <w:p w14:paraId="69D5342F" w14:textId="77777777" w:rsidR="001C7FD1" w:rsidRDefault="003F5285">
            <w:pPr>
              <w:spacing w:after="0" w:line="240" w:lineRule="auto"/>
            </w:pPr>
            <w:r>
              <w:rPr>
                <w:rFonts w:eastAsia="Arial"/>
                <w:b/>
                <w:color w:val="4B1F26"/>
              </w:rPr>
              <w:t>How can others tell when the person agrees, refuses, is unsure or needs a break?</w:t>
            </w:r>
          </w:p>
        </w:tc>
        <w:tc>
          <w:tcPr>
            <w:tcW w:w="6340" w:type="dxa"/>
            <w:shd w:val="clear" w:color="auto" w:fill="F5F4EF"/>
          </w:tcPr>
          <w:p w14:paraId="333FDA99" w14:textId="77777777" w:rsidR="001C7FD1" w:rsidRDefault="003F5285">
            <w:pPr>
              <w:spacing w:after="0" w:line="240" w:lineRule="auto"/>
            </w:pPr>
            <w:sdt>
              <w:sdtPr>
                <w:alias w:val="T157"/>
                <w:tag w:val="T157"/>
                <w:id w:val="100157"/>
                <w:text/>
              </w:sdtPr>
              <w:sdtEndPr/>
              <w:sdtContent>
                <w:r>
                  <w:rPr>
                    <w:rFonts w:eastAsia="Arial"/>
                    <w:color w:val="555555"/>
                  </w:rPr>
                  <w:t>Click or tap to type</w:t>
                </w:r>
              </w:sdtContent>
            </w:sdt>
          </w:p>
        </w:tc>
      </w:tr>
      <w:tr w:rsidR="001C7FD1" w14:paraId="3FC406D2" w14:textId="77777777">
        <w:trPr>
          <w:cantSplit/>
        </w:trPr>
        <w:tc>
          <w:tcPr>
            <w:tcW w:w="3300" w:type="dxa"/>
            <w:shd w:val="clear" w:color="auto" w:fill="EEECE1"/>
          </w:tcPr>
          <w:p w14:paraId="4BBDACCC" w14:textId="77777777" w:rsidR="001C7FD1" w:rsidRDefault="003F5285">
            <w:pPr>
              <w:spacing w:after="0" w:line="240" w:lineRule="auto"/>
            </w:pPr>
            <w:r>
              <w:rPr>
                <w:rFonts w:eastAsia="Arial"/>
                <w:b/>
                <w:color w:val="4B1F26"/>
              </w:rPr>
              <w:t>What communication breakdowns happen most often and in which settings?</w:t>
            </w:r>
          </w:p>
        </w:tc>
        <w:tc>
          <w:tcPr>
            <w:tcW w:w="6340" w:type="dxa"/>
          </w:tcPr>
          <w:p w14:paraId="469AE806" w14:textId="77777777" w:rsidR="001C7FD1" w:rsidRDefault="003F5285">
            <w:pPr>
              <w:spacing w:after="0" w:line="240" w:lineRule="auto"/>
            </w:pPr>
            <w:sdt>
              <w:sdtPr>
                <w:alias w:val="T158"/>
                <w:tag w:val="T158"/>
                <w:id w:val="100158"/>
                <w:text/>
              </w:sdtPr>
              <w:sdtEndPr/>
              <w:sdtContent>
                <w:r>
                  <w:rPr>
                    <w:rFonts w:eastAsia="Arial"/>
                    <w:color w:val="555555"/>
                  </w:rPr>
                  <w:t>Click or tap to type</w:t>
                </w:r>
              </w:sdtContent>
            </w:sdt>
          </w:p>
        </w:tc>
      </w:tr>
      <w:tr w:rsidR="001C7FD1" w14:paraId="5E9F4874" w14:textId="77777777">
        <w:trPr>
          <w:cantSplit/>
        </w:trPr>
        <w:tc>
          <w:tcPr>
            <w:tcW w:w="3300" w:type="dxa"/>
            <w:shd w:val="clear" w:color="auto" w:fill="EEECE1"/>
          </w:tcPr>
          <w:p w14:paraId="5E467B8E" w14:textId="77777777" w:rsidR="001C7FD1" w:rsidRDefault="003F5285">
            <w:pPr>
              <w:spacing w:after="0" w:line="240" w:lineRule="auto"/>
            </w:pPr>
            <w:r>
              <w:rPr>
                <w:rFonts w:eastAsia="Arial"/>
                <w:b/>
                <w:color w:val="4B1F26"/>
              </w:rPr>
              <w:t>What communication tools are available, and are they consistently accessible?</w:t>
            </w:r>
          </w:p>
        </w:tc>
        <w:tc>
          <w:tcPr>
            <w:tcW w:w="6340" w:type="dxa"/>
            <w:shd w:val="clear" w:color="auto" w:fill="F5F4EF"/>
          </w:tcPr>
          <w:p w14:paraId="50FEEB8C" w14:textId="77777777" w:rsidR="001C7FD1" w:rsidRDefault="003F5285">
            <w:pPr>
              <w:spacing w:after="0" w:line="240" w:lineRule="auto"/>
            </w:pPr>
            <w:sdt>
              <w:sdtPr>
                <w:alias w:val="T159"/>
                <w:tag w:val="T159"/>
                <w:id w:val="100159"/>
                <w:text/>
              </w:sdtPr>
              <w:sdtEndPr/>
              <w:sdtContent>
                <w:r>
                  <w:rPr>
                    <w:rFonts w:eastAsia="Arial"/>
                    <w:color w:val="555555"/>
                  </w:rPr>
                  <w:t>Click or tap to type</w:t>
                </w:r>
              </w:sdtContent>
            </w:sdt>
          </w:p>
        </w:tc>
      </w:tr>
      <w:tr w:rsidR="001C7FD1" w14:paraId="21C8DE44" w14:textId="77777777">
        <w:trPr>
          <w:cantSplit/>
        </w:trPr>
        <w:tc>
          <w:tcPr>
            <w:tcW w:w="3300" w:type="dxa"/>
            <w:shd w:val="clear" w:color="auto" w:fill="EEECE1"/>
          </w:tcPr>
          <w:p w14:paraId="1FAB67E1" w14:textId="77777777" w:rsidR="001C7FD1" w:rsidRDefault="003F5285">
            <w:pPr>
              <w:spacing w:after="0" w:line="240" w:lineRule="auto"/>
            </w:pPr>
            <w:r>
              <w:rPr>
                <w:rFonts w:eastAsia="Arial"/>
                <w:b/>
                <w:color w:val="4B1F26"/>
              </w:rPr>
              <w:t>What should unfamiliar supporters know before communicating with the person?</w:t>
            </w:r>
          </w:p>
        </w:tc>
        <w:tc>
          <w:tcPr>
            <w:tcW w:w="6340" w:type="dxa"/>
          </w:tcPr>
          <w:p w14:paraId="0DBCDF22" w14:textId="77777777" w:rsidR="001C7FD1" w:rsidRDefault="003F5285">
            <w:pPr>
              <w:spacing w:after="0" w:line="240" w:lineRule="auto"/>
            </w:pPr>
            <w:sdt>
              <w:sdtPr>
                <w:alias w:val="T160"/>
                <w:tag w:val="T160"/>
                <w:id w:val="100160"/>
                <w:text/>
              </w:sdtPr>
              <w:sdtEndPr/>
              <w:sdtContent>
                <w:r>
                  <w:rPr>
                    <w:rFonts w:eastAsia="Arial"/>
                    <w:color w:val="555555"/>
                  </w:rPr>
                  <w:t>Click or tap to type</w:t>
                </w:r>
              </w:sdtContent>
            </w:sdt>
          </w:p>
        </w:tc>
      </w:tr>
    </w:tbl>
    <w:p w14:paraId="3203920C" w14:textId="77777777" w:rsidR="001C7FD1" w:rsidRDefault="003F5285">
      <w:pPr>
        <w:pStyle w:val="Heading1"/>
      </w:pPr>
      <w:r>
        <w:t>6. Wara Yindi Sensory and Body Awareness Profile</w:t>
      </w:r>
    </w:p>
    <w:p w14:paraId="4E06AACE" w14:textId="77777777" w:rsidR="001C7FD1" w:rsidRDefault="003F5285">
      <w:pPr>
        <w:spacing w:after="160" w:line="269" w:lineRule="auto"/>
      </w:pPr>
      <w:r>
        <w:rPr>
          <w:rFonts w:eastAsia="Arial"/>
        </w:rPr>
        <w:t>Describe both sensitivities and sensory-seeking needs. The goal is to understand environmental access, regulation and safety - not to label preferences as behaviour problems.</w:t>
      </w:r>
    </w:p>
    <w:tbl>
      <w:tblPr>
        <w:tblW w:w="9640" w:type="dxa"/>
        <w:tblInd w:w="120" w:type="dxa"/>
        <w:tblBorders>
          <w:top w:val="single" w:sz="6" w:space="0" w:color="DDD9C3"/>
          <w:left w:val="single" w:sz="6" w:space="0" w:color="DDD9C3"/>
          <w:bottom w:val="single" w:sz="6" w:space="0" w:color="DDD9C3"/>
          <w:right w:val="single" w:sz="6" w:space="0" w:color="DDD9C3"/>
          <w:insideH w:val="single" w:sz="6" w:space="0" w:color="DDD9C3"/>
          <w:insideV w:val="single" w:sz="6" w:space="0" w:color="DDD9C3"/>
        </w:tblBorders>
        <w:tblLayout w:type="fixed"/>
        <w:tblLook w:val="04A0" w:firstRow="1" w:lastRow="0" w:firstColumn="1" w:lastColumn="0" w:noHBand="0" w:noVBand="1"/>
      </w:tblPr>
      <w:tblGrid>
        <w:gridCol w:w="9640"/>
      </w:tblGrid>
      <w:tr w:rsidR="001C7FD1" w14:paraId="7A69C3C9" w14:textId="77777777">
        <w:trPr>
          <w:cantSplit/>
        </w:trPr>
        <w:tc>
          <w:tcPr>
            <w:tcW w:w="9640" w:type="dxa"/>
            <w:shd w:val="clear" w:color="auto" w:fill="EAF3F7"/>
            <w:tcMar>
              <w:top w:w="90" w:type="dxa"/>
              <w:left w:w="120" w:type="dxa"/>
              <w:bottom w:w="90" w:type="dxa"/>
              <w:right w:w="120" w:type="dxa"/>
            </w:tcMar>
            <w:vAlign w:val="center"/>
          </w:tcPr>
          <w:p w14:paraId="70D36F82" w14:textId="77777777" w:rsidR="001C7FD1" w:rsidRDefault="003F5285">
            <w:pPr>
              <w:spacing w:after="0" w:line="240" w:lineRule="auto"/>
            </w:pPr>
            <w:r>
              <w:rPr>
                <w:rFonts w:eastAsia="Arial"/>
                <w:b/>
                <w:color w:val="2A7DB8"/>
              </w:rPr>
              <w:t xml:space="preserve">Rating guide: </w:t>
            </w:r>
            <w:r>
              <w:rPr>
                <w:rFonts w:eastAsia="Arial"/>
              </w:rPr>
              <w:t>Enter 0 = independent/no extra support; 1 = occasional cue, check or adaptation; 2 = regular prompting, set-up or partial help; 3 = frequent supervision or hands-on help; 4 = unable or unsafe without full/continuous help; N/A = not applicable or not observed. For children, consider what is ordinarily expected for the same age.</w:t>
            </w:r>
          </w:p>
        </w:tc>
      </w:tr>
    </w:tbl>
    <w:p w14:paraId="4688F612" w14:textId="77777777" w:rsidR="001C7FD1" w:rsidRDefault="003F5285">
      <w:pPr>
        <w:spacing w:before="100" w:after="0" w:line="72" w:lineRule="auto"/>
      </w:pPr>
      <w:r>
        <w:rPr>
          <w:rFonts w:eastAsia="Arial"/>
          <w:color w:val="FFFFFF"/>
          <w:sz w:val="8"/>
        </w:rPr>
        <w:lastRenderedPageBreak/>
        <w:t xml:space="preserve"> </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4760"/>
        <w:gridCol w:w="1280"/>
        <w:gridCol w:w="3600"/>
      </w:tblGrid>
      <w:tr w:rsidR="001C7FD1" w14:paraId="02E0E3B4" w14:textId="77777777">
        <w:trPr>
          <w:cantSplit/>
          <w:tblHeader/>
        </w:trPr>
        <w:tc>
          <w:tcPr>
            <w:tcW w:w="4760" w:type="dxa"/>
            <w:shd w:val="clear" w:color="auto" w:fill="4B1F26"/>
            <w:tcMar>
              <w:top w:w="90" w:type="dxa"/>
              <w:left w:w="120" w:type="dxa"/>
              <w:bottom w:w="90" w:type="dxa"/>
              <w:right w:w="120" w:type="dxa"/>
            </w:tcMar>
            <w:vAlign w:val="center"/>
          </w:tcPr>
          <w:p w14:paraId="0F54FAB7" w14:textId="77777777" w:rsidR="001C7FD1" w:rsidRDefault="003F5285">
            <w:pPr>
              <w:spacing w:after="0" w:line="240" w:lineRule="auto"/>
            </w:pPr>
            <w:r>
              <w:rPr>
                <w:rFonts w:eastAsia="Arial"/>
                <w:b/>
                <w:color w:val="FFFFFF"/>
              </w:rPr>
              <w:t>Everyday area / question</w:t>
            </w:r>
          </w:p>
        </w:tc>
        <w:tc>
          <w:tcPr>
            <w:tcW w:w="1280" w:type="dxa"/>
            <w:shd w:val="clear" w:color="auto" w:fill="4B1F26"/>
            <w:tcMar>
              <w:top w:w="90" w:type="dxa"/>
              <w:left w:w="120" w:type="dxa"/>
              <w:bottom w:w="90" w:type="dxa"/>
              <w:right w:w="120" w:type="dxa"/>
            </w:tcMar>
            <w:vAlign w:val="center"/>
          </w:tcPr>
          <w:p w14:paraId="4A2300B7" w14:textId="77777777" w:rsidR="001C7FD1" w:rsidRDefault="003F5285">
            <w:pPr>
              <w:spacing w:after="0" w:line="240" w:lineRule="auto"/>
            </w:pPr>
            <w:r>
              <w:rPr>
                <w:rFonts w:eastAsia="Arial"/>
                <w:b/>
                <w:color w:val="FFFFFF"/>
              </w:rPr>
              <w:t>Rating</w:t>
            </w:r>
            <w:r>
              <w:rPr>
                <w:rFonts w:eastAsia="Arial"/>
                <w:b/>
                <w:color w:val="FFFFFF"/>
              </w:rPr>
              <w:br/>
              <w:t>0-4 / N/A</w:t>
            </w:r>
          </w:p>
        </w:tc>
        <w:tc>
          <w:tcPr>
            <w:tcW w:w="3600" w:type="dxa"/>
            <w:shd w:val="clear" w:color="auto" w:fill="4B1F26"/>
            <w:tcMar>
              <w:top w:w="90" w:type="dxa"/>
              <w:left w:w="120" w:type="dxa"/>
              <w:bottom w:w="90" w:type="dxa"/>
              <w:right w:w="120" w:type="dxa"/>
            </w:tcMar>
            <w:vAlign w:val="center"/>
          </w:tcPr>
          <w:p w14:paraId="3BDF5C33" w14:textId="77777777" w:rsidR="001C7FD1" w:rsidRDefault="003F5285">
            <w:pPr>
              <w:spacing w:after="0" w:line="240" w:lineRule="auto"/>
            </w:pPr>
            <w:r>
              <w:rPr>
                <w:rFonts w:eastAsia="Arial"/>
                <w:b/>
                <w:color w:val="FFFFFF"/>
              </w:rPr>
              <w:t>Example, support needed and functional impact</w:t>
            </w:r>
          </w:p>
        </w:tc>
      </w:tr>
      <w:tr w:rsidR="001C7FD1" w14:paraId="62B0EE0D" w14:textId="77777777">
        <w:trPr>
          <w:cantSplit/>
        </w:trPr>
        <w:tc>
          <w:tcPr>
            <w:tcW w:w="4760" w:type="dxa"/>
          </w:tcPr>
          <w:p w14:paraId="088C1556" w14:textId="77777777" w:rsidR="001C7FD1" w:rsidRDefault="003F5285">
            <w:pPr>
              <w:spacing w:after="0" w:line="240" w:lineRule="auto"/>
            </w:pPr>
            <w:r>
              <w:rPr>
                <w:rFonts w:eastAsia="Arial"/>
                <w:b/>
              </w:rPr>
              <w:t>Sound</w:t>
            </w:r>
          </w:p>
          <w:p w14:paraId="011B266A" w14:textId="77777777" w:rsidR="001C7FD1" w:rsidRDefault="003F5285">
            <w:pPr>
              <w:spacing w:after="0" w:line="240" w:lineRule="auto"/>
            </w:pPr>
            <w:r>
              <w:rPr>
                <w:rFonts w:eastAsia="Arial"/>
                <w:i/>
                <w:color w:val="666666"/>
              </w:rPr>
              <w:t>Unexpected noise, background noise, voices, alarms, crowds or seeking sound.</w:t>
            </w:r>
          </w:p>
        </w:tc>
        <w:tc>
          <w:tcPr>
            <w:tcW w:w="1280" w:type="dxa"/>
          </w:tcPr>
          <w:p w14:paraId="099D7463" w14:textId="77777777" w:rsidR="001C7FD1" w:rsidRDefault="003F5285">
            <w:pPr>
              <w:spacing w:after="0" w:line="240" w:lineRule="auto"/>
              <w:jc w:val="center"/>
            </w:pPr>
            <w:sdt>
              <w:sdtPr>
                <w:alias w:val="R161"/>
                <w:tag w:val="R161"/>
                <w:id w:val="100161"/>
                <w:text/>
              </w:sdtPr>
              <w:sdtEndPr/>
              <w:sdtContent>
                <w:r>
                  <w:rPr>
                    <w:rFonts w:eastAsia="Arial"/>
                    <w:color w:val="555555"/>
                  </w:rPr>
                  <w:t>0-4 / N/A</w:t>
                </w:r>
              </w:sdtContent>
            </w:sdt>
          </w:p>
        </w:tc>
        <w:tc>
          <w:tcPr>
            <w:tcW w:w="3600" w:type="dxa"/>
          </w:tcPr>
          <w:p w14:paraId="7886B3E9" w14:textId="77777777" w:rsidR="001C7FD1" w:rsidRDefault="003F5285">
            <w:pPr>
              <w:spacing w:after="0" w:line="240" w:lineRule="auto"/>
            </w:pPr>
            <w:sdt>
              <w:sdtPr>
                <w:alias w:val="T162"/>
                <w:tag w:val="T162"/>
                <w:id w:val="100162"/>
                <w:text/>
              </w:sdtPr>
              <w:sdtEndPr/>
              <w:sdtContent>
                <w:r>
                  <w:rPr>
                    <w:rFonts w:eastAsia="Arial"/>
                    <w:color w:val="555555"/>
                  </w:rPr>
                  <w:t>Click or tap to type</w:t>
                </w:r>
              </w:sdtContent>
            </w:sdt>
          </w:p>
        </w:tc>
      </w:tr>
      <w:tr w:rsidR="001C7FD1" w14:paraId="1D812E0E" w14:textId="77777777">
        <w:trPr>
          <w:cantSplit/>
        </w:trPr>
        <w:tc>
          <w:tcPr>
            <w:tcW w:w="4760" w:type="dxa"/>
            <w:shd w:val="clear" w:color="auto" w:fill="F5F4EF"/>
          </w:tcPr>
          <w:p w14:paraId="38A95E23" w14:textId="77777777" w:rsidR="001C7FD1" w:rsidRDefault="003F5285">
            <w:pPr>
              <w:spacing w:after="0" w:line="240" w:lineRule="auto"/>
            </w:pPr>
            <w:r>
              <w:rPr>
                <w:rFonts w:eastAsia="Arial"/>
                <w:b/>
              </w:rPr>
              <w:t>Visual input</w:t>
            </w:r>
          </w:p>
          <w:p w14:paraId="548D3064" w14:textId="77777777" w:rsidR="001C7FD1" w:rsidRDefault="003F5285">
            <w:pPr>
              <w:spacing w:after="0" w:line="240" w:lineRule="auto"/>
            </w:pPr>
            <w:r>
              <w:rPr>
                <w:rFonts w:eastAsia="Arial"/>
                <w:i/>
                <w:color w:val="666666"/>
              </w:rPr>
              <w:t>Bright light, movement, clutter, finding items, screens or seeking visual detail.</w:t>
            </w:r>
          </w:p>
        </w:tc>
        <w:tc>
          <w:tcPr>
            <w:tcW w:w="1280" w:type="dxa"/>
            <w:shd w:val="clear" w:color="auto" w:fill="F5F4EF"/>
          </w:tcPr>
          <w:p w14:paraId="478657B3" w14:textId="77777777" w:rsidR="001C7FD1" w:rsidRDefault="003F5285">
            <w:pPr>
              <w:spacing w:after="0" w:line="240" w:lineRule="auto"/>
              <w:jc w:val="center"/>
            </w:pPr>
            <w:sdt>
              <w:sdtPr>
                <w:alias w:val="R163"/>
                <w:tag w:val="R163"/>
                <w:id w:val="100163"/>
                <w:text/>
              </w:sdtPr>
              <w:sdtEndPr/>
              <w:sdtContent>
                <w:r>
                  <w:rPr>
                    <w:rFonts w:eastAsia="Arial"/>
                    <w:color w:val="555555"/>
                  </w:rPr>
                  <w:t>0-4 / N/A</w:t>
                </w:r>
              </w:sdtContent>
            </w:sdt>
          </w:p>
        </w:tc>
        <w:tc>
          <w:tcPr>
            <w:tcW w:w="3600" w:type="dxa"/>
            <w:shd w:val="clear" w:color="auto" w:fill="F5F4EF"/>
          </w:tcPr>
          <w:p w14:paraId="07DF5309" w14:textId="77777777" w:rsidR="001C7FD1" w:rsidRDefault="003F5285">
            <w:pPr>
              <w:spacing w:after="0" w:line="240" w:lineRule="auto"/>
            </w:pPr>
            <w:sdt>
              <w:sdtPr>
                <w:alias w:val="T164"/>
                <w:tag w:val="T164"/>
                <w:id w:val="100164"/>
                <w:text/>
              </w:sdtPr>
              <w:sdtEndPr/>
              <w:sdtContent>
                <w:r>
                  <w:rPr>
                    <w:rFonts w:eastAsia="Arial"/>
                    <w:color w:val="555555"/>
                  </w:rPr>
                  <w:t>Click or tap to type</w:t>
                </w:r>
              </w:sdtContent>
            </w:sdt>
          </w:p>
        </w:tc>
      </w:tr>
      <w:tr w:rsidR="001C7FD1" w14:paraId="2AB88DC7" w14:textId="77777777">
        <w:trPr>
          <w:cantSplit/>
        </w:trPr>
        <w:tc>
          <w:tcPr>
            <w:tcW w:w="4760" w:type="dxa"/>
          </w:tcPr>
          <w:p w14:paraId="7FD081E2" w14:textId="77777777" w:rsidR="001C7FD1" w:rsidRDefault="003F5285">
            <w:pPr>
              <w:spacing w:after="0" w:line="240" w:lineRule="auto"/>
            </w:pPr>
            <w:r>
              <w:rPr>
                <w:rFonts w:eastAsia="Arial"/>
                <w:b/>
              </w:rPr>
              <w:t>Touch</w:t>
            </w:r>
          </w:p>
          <w:p w14:paraId="7D13C125" w14:textId="77777777" w:rsidR="001C7FD1" w:rsidRDefault="003F5285">
            <w:pPr>
              <w:spacing w:after="0" w:line="240" w:lineRule="auto"/>
            </w:pPr>
            <w:r>
              <w:rPr>
                <w:rFonts w:eastAsia="Arial"/>
                <w:i/>
                <w:color w:val="666666"/>
              </w:rPr>
              <w:t>Unexpected touch, personal space, fabrics, grooming, mess or seeking touch/pressure.</w:t>
            </w:r>
          </w:p>
        </w:tc>
        <w:tc>
          <w:tcPr>
            <w:tcW w:w="1280" w:type="dxa"/>
          </w:tcPr>
          <w:p w14:paraId="79E5A6FE" w14:textId="77777777" w:rsidR="001C7FD1" w:rsidRDefault="003F5285">
            <w:pPr>
              <w:spacing w:after="0" w:line="240" w:lineRule="auto"/>
              <w:jc w:val="center"/>
            </w:pPr>
            <w:sdt>
              <w:sdtPr>
                <w:alias w:val="R165"/>
                <w:tag w:val="R165"/>
                <w:id w:val="100165"/>
                <w:text/>
              </w:sdtPr>
              <w:sdtEndPr/>
              <w:sdtContent>
                <w:r>
                  <w:rPr>
                    <w:rFonts w:eastAsia="Arial"/>
                    <w:color w:val="555555"/>
                  </w:rPr>
                  <w:t>0-4 / N/A</w:t>
                </w:r>
              </w:sdtContent>
            </w:sdt>
          </w:p>
        </w:tc>
        <w:tc>
          <w:tcPr>
            <w:tcW w:w="3600" w:type="dxa"/>
          </w:tcPr>
          <w:p w14:paraId="7A445688" w14:textId="77777777" w:rsidR="001C7FD1" w:rsidRDefault="003F5285">
            <w:pPr>
              <w:spacing w:after="0" w:line="240" w:lineRule="auto"/>
            </w:pPr>
            <w:sdt>
              <w:sdtPr>
                <w:alias w:val="T166"/>
                <w:tag w:val="T166"/>
                <w:id w:val="100166"/>
                <w:text/>
              </w:sdtPr>
              <w:sdtEndPr/>
              <w:sdtContent>
                <w:r>
                  <w:rPr>
                    <w:rFonts w:eastAsia="Arial"/>
                    <w:color w:val="555555"/>
                  </w:rPr>
                  <w:t>Click or tap to type</w:t>
                </w:r>
              </w:sdtContent>
            </w:sdt>
          </w:p>
        </w:tc>
      </w:tr>
      <w:tr w:rsidR="001C7FD1" w14:paraId="4F14EC10" w14:textId="77777777">
        <w:trPr>
          <w:cantSplit/>
        </w:trPr>
        <w:tc>
          <w:tcPr>
            <w:tcW w:w="4760" w:type="dxa"/>
            <w:shd w:val="clear" w:color="auto" w:fill="F5F4EF"/>
          </w:tcPr>
          <w:p w14:paraId="0523D434" w14:textId="77777777" w:rsidR="001C7FD1" w:rsidRDefault="003F5285">
            <w:pPr>
              <w:spacing w:after="0" w:line="240" w:lineRule="auto"/>
            </w:pPr>
            <w:r>
              <w:rPr>
                <w:rFonts w:eastAsia="Arial"/>
                <w:b/>
              </w:rPr>
              <w:t>Taste and food texture</w:t>
            </w:r>
          </w:p>
          <w:p w14:paraId="4A907840" w14:textId="77777777" w:rsidR="001C7FD1" w:rsidRDefault="003F5285">
            <w:pPr>
              <w:spacing w:after="0" w:line="240" w:lineRule="auto"/>
            </w:pPr>
            <w:r>
              <w:rPr>
                <w:rFonts w:eastAsia="Arial"/>
                <w:i/>
                <w:color w:val="666666"/>
              </w:rPr>
              <w:t>Restricted foods, strong flavours, mixed textures or seeking flavours.</w:t>
            </w:r>
          </w:p>
        </w:tc>
        <w:tc>
          <w:tcPr>
            <w:tcW w:w="1280" w:type="dxa"/>
            <w:shd w:val="clear" w:color="auto" w:fill="F5F4EF"/>
          </w:tcPr>
          <w:p w14:paraId="23621348" w14:textId="77777777" w:rsidR="001C7FD1" w:rsidRDefault="003F5285">
            <w:pPr>
              <w:spacing w:after="0" w:line="240" w:lineRule="auto"/>
              <w:jc w:val="center"/>
            </w:pPr>
            <w:sdt>
              <w:sdtPr>
                <w:alias w:val="R167"/>
                <w:tag w:val="R167"/>
                <w:id w:val="100167"/>
                <w:text/>
              </w:sdtPr>
              <w:sdtEndPr/>
              <w:sdtContent>
                <w:r>
                  <w:rPr>
                    <w:rFonts w:eastAsia="Arial"/>
                    <w:color w:val="555555"/>
                  </w:rPr>
                  <w:t>0-4 / N/A</w:t>
                </w:r>
              </w:sdtContent>
            </w:sdt>
          </w:p>
        </w:tc>
        <w:tc>
          <w:tcPr>
            <w:tcW w:w="3600" w:type="dxa"/>
            <w:shd w:val="clear" w:color="auto" w:fill="F5F4EF"/>
          </w:tcPr>
          <w:p w14:paraId="048A7771" w14:textId="77777777" w:rsidR="001C7FD1" w:rsidRDefault="003F5285">
            <w:pPr>
              <w:spacing w:after="0" w:line="240" w:lineRule="auto"/>
            </w:pPr>
            <w:sdt>
              <w:sdtPr>
                <w:alias w:val="T168"/>
                <w:tag w:val="T168"/>
                <w:id w:val="100168"/>
                <w:text/>
              </w:sdtPr>
              <w:sdtEndPr/>
              <w:sdtContent>
                <w:r>
                  <w:rPr>
                    <w:rFonts w:eastAsia="Arial"/>
                    <w:color w:val="555555"/>
                  </w:rPr>
                  <w:t>Click or tap to type</w:t>
                </w:r>
              </w:sdtContent>
            </w:sdt>
          </w:p>
        </w:tc>
      </w:tr>
      <w:tr w:rsidR="001C7FD1" w14:paraId="0AE34CBB" w14:textId="77777777">
        <w:trPr>
          <w:cantSplit/>
        </w:trPr>
        <w:tc>
          <w:tcPr>
            <w:tcW w:w="4760" w:type="dxa"/>
          </w:tcPr>
          <w:p w14:paraId="70B0FC9F" w14:textId="77777777" w:rsidR="001C7FD1" w:rsidRDefault="003F5285">
            <w:pPr>
              <w:spacing w:after="0" w:line="240" w:lineRule="auto"/>
            </w:pPr>
            <w:r>
              <w:rPr>
                <w:rFonts w:eastAsia="Arial"/>
                <w:b/>
              </w:rPr>
              <w:t>Smell</w:t>
            </w:r>
          </w:p>
          <w:p w14:paraId="50D865A8" w14:textId="77777777" w:rsidR="001C7FD1" w:rsidRDefault="003F5285">
            <w:pPr>
              <w:spacing w:after="0" w:line="240" w:lineRule="auto"/>
            </w:pPr>
            <w:r>
              <w:rPr>
                <w:rFonts w:eastAsia="Arial"/>
                <w:i/>
                <w:color w:val="666666"/>
              </w:rPr>
              <w:t>Strong odours, noticing smells or seeking particular scents.</w:t>
            </w:r>
          </w:p>
        </w:tc>
        <w:tc>
          <w:tcPr>
            <w:tcW w:w="1280" w:type="dxa"/>
          </w:tcPr>
          <w:p w14:paraId="18C0CEA7" w14:textId="77777777" w:rsidR="001C7FD1" w:rsidRDefault="003F5285">
            <w:pPr>
              <w:spacing w:after="0" w:line="240" w:lineRule="auto"/>
              <w:jc w:val="center"/>
            </w:pPr>
            <w:sdt>
              <w:sdtPr>
                <w:alias w:val="R169"/>
                <w:tag w:val="R169"/>
                <w:id w:val="100169"/>
                <w:text/>
              </w:sdtPr>
              <w:sdtEndPr/>
              <w:sdtContent>
                <w:r>
                  <w:rPr>
                    <w:rFonts w:eastAsia="Arial"/>
                    <w:color w:val="555555"/>
                  </w:rPr>
                  <w:t>0-4 / N/A</w:t>
                </w:r>
              </w:sdtContent>
            </w:sdt>
          </w:p>
        </w:tc>
        <w:tc>
          <w:tcPr>
            <w:tcW w:w="3600" w:type="dxa"/>
          </w:tcPr>
          <w:p w14:paraId="37C4905F" w14:textId="77777777" w:rsidR="001C7FD1" w:rsidRDefault="003F5285">
            <w:pPr>
              <w:spacing w:after="0" w:line="240" w:lineRule="auto"/>
            </w:pPr>
            <w:sdt>
              <w:sdtPr>
                <w:alias w:val="T170"/>
                <w:tag w:val="T170"/>
                <w:id w:val="100170"/>
                <w:text/>
              </w:sdtPr>
              <w:sdtEndPr/>
              <w:sdtContent>
                <w:r>
                  <w:rPr>
                    <w:rFonts w:eastAsia="Arial"/>
                    <w:color w:val="555555"/>
                  </w:rPr>
                  <w:t>Click or tap to type</w:t>
                </w:r>
              </w:sdtContent>
            </w:sdt>
          </w:p>
        </w:tc>
      </w:tr>
      <w:tr w:rsidR="001C7FD1" w14:paraId="239A6C53" w14:textId="77777777">
        <w:trPr>
          <w:cantSplit/>
        </w:trPr>
        <w:tc>
          <w:tcPr>
            <w:tcW w:w="4760" w:type="dxa"/>
            <w:shd w:val="clear" w:color="auto" w:fill="F5F4EF"/>
          </w:tcPr>
          <w:p w14:paraId="4D034899" w14:textId="77777777" w:rsidR="001C7FD1" w:rsidRDefault="003F5285">
            <w:pPr>
              <w:spacing w:after="0" w:line="240" w:lineRule="auto"/>
            </w:pPr>
            <w:r>
              <w:rPr>
                <w:rFonts w:eastAsia="Arial"/>
                <w:b/>
              </w:rPr>
              <w:t>Movement and balance</w:t>
            </w:r>
          </w:p>
          <w:p w14:paraId="1204E4EF" w14:textId="77777777" w:rsidR="001C7FD1" w:rsidRDefault="003F5285">
            <w:pPr>
              <w:spacing w:after="0" w:line="240" w:lineRule="auto"/>
            </w:pPr>
            <w:r>
              <w:rPr>
                <w:rFonts w:eastAsia="Arial"/>
                <w:i/>
                <w:color w:val="666666"/>
              </w:rPr>
              <w:t>Car travel, swings, heights, stairs, dizziness or seeking movement.</w:t>
            </w:r>
          </w:p>
        </w:tc>
        <w:tc>
          <w:tcPr>
            <w:tcW w:w="1280" w:type="dxa"/>
            <w:shd w:val="clear" w:color="auto" w:fill="F5F4EF"/>
          </w:tcPr>
          <w:p w14:paraId="60CF6603" w14:textId="77777777" w:rsidR="001C7FD1" w:rsidRDefault="003F5285">
            <w:pPr>
              <w:spacing w:after="0" w:line="240" w:lineRule="auto"/>
              <w:jc w:val="center"/>
            </w:pPr>
            <w:sdt>
              <w:sdtPr>
                <w:alias w:val="R171"/>
                <w:tag w:val="R171"/>
                <w:id w:val="100171"/>
                <w:text/>
              </w:sdtPr>
              <w:sdtEndPr/>
              <w:sdtContent>
                <w:r>
                  <w:rPr>
                    <w:rFonts w:eastAsia="Arial"/>
                    <w:color w:val="555555"/>
                  </w:rPr>
                  <w:t>0-4 / N/A</w:t>
                </w:r>
              </w:sdtContent>
            </w:sdt>
          </w:p>
        </w:tc>
        <w:tc>
          <w:tcPr>
            <w:tcW w:w="3600" w:type="dxa"/>
            <w:shd w:val="clear" w:color="auto" w:fill="F5F4EF"/>
          </w:tcPr>
          <w:p w14:paraId="0F895BFB" w14:textId="77777777" w:rsidR="001C7FD1" w:rsidRDefault="003F5285">
            <w:pPr>
              <w:spacing w:after="0" w:line="240" w:lineRule="auto"/>
            </w:pPr>
            <w:sdt>
              <w:sdtPr>
                <w:alias w:val="T172"/>
                <w:tag w:val="T172"/>
                <w:id w:val="100172"/>
                <w:text/>
              </w:sdtPr>
              <w:sdtEndPr/>
              <w:sdtContent>
                <w:r>
                  <w:rPr>
                    <w:rFonts w:eastAsia="Arial"/>
                    <w:color w:val="555555"/>
                  </w:rPr>
                  <w:t>Click or tap to type</w:t>
                </w:r>
              </w:sdtContent>
            </w:sdt>
          </w:p>
        </w:tc>
      </w:tr>
      <w:tr w:rsidR="001C7FD1" w14:paraId="47739F6E" w14:textId="77777777">
        <w:trPr>
          <w:cantSplit/>
        </w:trPr>
        <w:tc>
          <w:tcPr>
            <w:tcW w:w="4760" w:type="dxa"/>
          </w:tcPr>
          <w:p w14:paraId="763A7235" w14:textId="77777777" w:rsidR="001C7FD1" w:rsidRDefault="003F5285">
            <w:pPr>
              <w:spacing w:after="0" w:line="240" w:lineRule="auto"/>
            </w:pPr>
            <w:r>
              <w:rPr>
                <w:rFonts w:eastAsia="Arial"/>
                <w:b/>
              </w:rPr>
              <w:t>Body position and force</w:t>
            </w:r>
          </w:p>
          <w:p w14:paraId="3B3C5517" w14:textId="77777777" w:rsidR="001C7FD1" w:rsidRDefault="003F5285">
            <w:pPr>
              <w:spacing w:after="0" w:line="240" w:lineRule="auto"/>
            </w:pPr>
            <w:r>
              <w:rPr>
                <w:rFonts w:eastAsia="Arial"/>
                <w:i/>
                <w:color w:val="666666"/>
              </w:rPr>
              <w:t>Knowing where the body is, using too much/little force, bumping or heavy work.</w:t>
            </w:r>
          </w:p>
        </w:tc>
        <w:tc>
          <w:tcPr>
            <w:tcW w:w="1280" w:type="dxa"/>
          </w:tcPr>
          <w:p w14:paraId="14991452" w14:textId="77777777" w:rsidR="001C7FD1" w:rsidRDefault="003F5285">
            <w:pPr>
              <w:spacing w:after="0" w:line="240" w:lineRule="auto"/>
              <w:jc w:val="center"/>
            </w:pPr>
            <w:sdt>
              <w:sdtPr>
                <w:alias w:val="R173"/>
                <w:tag w:val="R173"/>
                <w:id w:val="100173"/>
                <w:text/>
              </w:sdtPr>
              <w:sdtEndPr/>
              <w:sdtContent>
                <w:r>
                  <w:rPr>
                    <w:rFonts w:eastAsia="Arial"/>
                    <w:color w:val="555555"/>
                  </w:rPr>
                  <w:t>0-4 / N/A</w:t>
                </w:r>
              </w:sdtContent>
            </w:sdt>
          </w:p>
        </w:tc>
        <w:tc>
          <w:tcPr>
            <w:tcW w:w="3600" w:type="dxa"/>
          </w:tcPr>
          <w:p w14:paraId="4FAD53C5" w14:textId="77777777" w:rsidR="001C7FD1" w:rsidRDefault="003F5285">
            <w:pPr>
              <w:spacing w:after="0" w:line="240" w:lineRule="auto"/>
            </w:pPr>
            <w:sdt>
              <w:sdtPr>
                <w:alias w:val="T174"/>
                <w:tag w:val="T174"/>
                <w:id w:val="100174"/>
                <w:text/>
              </w:sdtPr>
              <w:sdtEndPr/>
              <w:sdtContent>
                <w:r>
                  <w:rPr>
                    <w:rFonts w:eastAsia="Arial"/>
                    <w:color w:val="555555"/>
                  </w:rPr>
                  <w:t>Click or tap to type</w:t>
                </w:r>
              </w:sdtContent>
            </w:sdt>
          </w:p>
        </w:tc>
      </w:tr>
      <w:tr w:rsidR="001C7FD1" w14:paraId="121F0E1D" w14:textId="77777777">
        <w:trPr>
          <w:cantSplit/>
        </w:trPr>
        <w:tc>
          <w:tcPr>
            <w:tcW w:w="4760" w:type="dxa"/>
            <w:shd w:val="clear" w:color="auto" w:fill="F5F4EF"/>
          </w:tcPr>
          <w:p w14:paraId="39B82A42" w14:textId="77777777" w:rsidR="001C7FD1" w:rsidRDefault="003F5285">
            <w:pPr>
              <w:spacing w:after="0" w:line="240" w:lineRule="auto"/>
            </w:pPr>
            <w:r>
              <w:rPr>
                <w:rFonts w:eastAsia="Arial"/>
                <w:b/>
              </w:rPr>
              <w:t>Internal body signals</w:t>
            </w:r>
          </w:p>
          <w:p w14:paraId="693A0402" w14:textId="77777777" w:rsidR="001C7FD1" w:rsidRDefault="003F5285">
            <w:pPr>
              <w:spacing w:after="0" w:line="240" w:lineRule="auto"/>
            </w:pPr>
            <w:r>
              <w:rPr>
                <w:rFonts w:eastAsia="Arial"/>
                <w:i/>
                <w:color w:val="666666"/>
              </w:rPr>
              <w:t>Hunger, thirst, pain, temperature, toileting, tiredness or early stress signs.</w:t>
            </w:r>
          </w:p>
        </w:tc>
        <w:tc>
          <w:tcPr>
            <w:tcW w:w="1280" w:type="dxa"/>
            <w:shd w:val="clear" w:color="auto" w:fill="F5F4EF"/>
          </w:tcPr>
          <w:p w14:paraId="71B8BF5A" w14:textId="77777777" w:rsidR="001C7FD1" w:rsidRDefault="003F5285">
            <w:pPr>
              <w:spacing w:after="0" w:line="240" w:lineRule="auto"/>
              <w:jc w:val="center"/>
            </w:pPr>
            <w:sdt>
              <w:sdtPr>
                <w:alias w:val="R175"/>
                <w:tag w:val="R175"/>
                <w:id w:val="100175"/>
                <w:text/>
              </w:sdtPr>
              <w:sdtEndPr/>
              <w:sdtContent>
                <w:r>
                  <w:rPr>
                    <w:rFonts w:eastAsia="Arial"/>
                    <w:color w:val="555555"/>
                  </w:rPr>
                  <w:t>0-4 / N/A</w:t>
                </w:r>
              </w:sdtContent>
            </w:sdt>
          </w:p>
        </w:tc>
        <w:tc>
          <w:tcPr>
            <w:tcW w:w="3600" w:type="dxa"/>
            <w:shd w:val="clear" w:color="auto" w:fill="F5F4EF"/>
          </w:tcPr>
          <w:p w14:paraId="5791DED9" w14:textId="77777777" w:rsidR="001C7FD1" w:rsidRDefault="003F5285">
            <w:pPr>
              <w:spacing w:after="0" w:line="240" w:lineRule="auto"/>
            </w:pPr>
            <w:sdt>
              <w:sdtPr>
                <w:alias w:val="T176"/>
                <w:tag w:val="T176"/>
                <w:id w:val="100176"/>
                <w:text/>
              </w:sdtPr>
              <w:sdtEndPr/>
              <w:sdtContent>
                <w:r>
                  <w:rPr>
                    <w:rFonts w:eastAsia="Arial"/>
                    <w:color w:val="555555"/>
                  </w:rPr>
                  <w:t>Click or tap to type</w:t>
                </w:r>
              </w:sdtContent>
            </w:sdt>
          </w:p>
        </w:tc>
      </w:tr>
      <w:tr w:rsidR="001C7FD1" w14:paraId="3532539D" w14:textId="77777777">
        <w:trPr>
          <w:cantSplit/>
        </w:trPr>
        <w:tc>
          <w:tcPr>
            <w:tcW w:w="4760" w:type="dxa"/>
          </w:tcPr>
          <w:p w14:paraId="4C6D3BDC" w14:textId="77777777" w:rsidR="001C7FD1" w:rsidRDefault="003F5285">
            <w:pPr>
              <w:spacing w:after="0" w:line="240" w:lineRule="auto"/>
            </w:pPr>
            <w:r>
              <w:rPr>
                <w:rFonts w:eastAsia="Arial"/>
                <w:b/>
              </w:rPr>
              <w:t>Noticing injury, illness or discomfort</w:t>
            </w:r>
          </w:p>
        </w:tc>
        <w:tc>
          <w:tcPr>
            <w:tcW w:w="1280" w:type="dxa"/>
          </w:tcPr>
          <w:p w14:paraId="159E5226" w14:textId="77777777" w:rsidR="001C7FD1" w:rsidRDefault="003F5285">
            <w:pPr>
              <w:spacing w:after="0" w:line="240" w:lineRule="auto"/>
              <w:jc w:val="center"/>
            </w:pPr>
            <w:sdt>
              <w:sdtPr>
                <w:alias w:val="R177"/>
                <w:tag w:val="R177"/>
                <w:id w:val="100177"/>
                <w:text/>
              </w:sdtPr>
              <w:sdtEndPr/>
              <w:sdtContent>
                <w:r>
                  <w:rPr>
                    <w:rFonts w:eastAsia="Arial"/>
                    <w:color w:val="555555"/>
                  </w:rPr>
                  <w:t>0-4 / N/A</w:t>
                </w:r>
              </w:sdtContent>
            </w:sdt>
          </w:p>
        </w:tc>
        <w:tc>
          <w:tcPr>
            <w:tcW w:w="3600" w:type="dxa"/>
          </w:tcPr>
          <w:p w14:paraId="75C22C81" w14:textId="77777777" w:rsidR="001C7FD1" w:rsidRDefault="003F5285">
            <w:pPr>
              <w:spacing w:after="0" w:line="240" w:lineRule="auto"/>
            </w:pPr>
            <w:sdt>
              <w:sdtPr>
                <w:alias w:val="T178"/>
                <w:tag w:val="T178"/>
                <w:id w:val="100178"/>
                <w:text/>
              </w:sdtPr>
              <w:sdtEndPr/>
              <w:sdtContent>
                <w:r>
                  <w:rPr>
                    <w:rFonts w:eastAsia="Arial"/>
                    <w:color w:val="555555"/>
                  </w:rPr>
                  <w:t>Click or tap to type</w:t>
                </w:r>
              </w:sdtContent>
            </w:sdt>
          </w:p>
        </w:tc>
      </w:tr>
      <w:tr w:rsidR="001C7FD1" w14:paraId="744F3F53" w14:textId="77777777">
        <w:trPr>
          <w:cantSplit/>
        </w:trPr>
        <w:tc>
          <w:tcPr>
            <w:tcW w:w="4760" w:type="dxa"/>
            <w:shd w:val="clear" w:color="auto" w:fill="F5F4EF"/>
          </w:tcPr>
          <w:p w14:paraId="66BE8686" w14:textId="77777777" w:rsidR="001C7FD1" w:rsidRDefault="003F5285">
            <w:pPr>
              <w:spacing w:after="0" w:line="240" w:lineRule="auto"/>
            </w:pPr>
            <w:r>
              <w:rPr>
                <w:rFonts w:eastAsia="Arial"/>
                <w:b/>
              </w:rPr>
              <w:t>Regulating alertness and energy for the activity</w:t>
            </w:r>
          </w:p>
        </w:tc>
        <w:tc>
          <w:tcPr>
            <w:tcW w:w="1280" w:type="dxa"/>
            <w:shd w:val="clear" w:color="auto" w:fill="F5F4EF"/>
          </w:tcPr>
          <w:p w14:paraId="363BB060" w14:textId="77777777" w:rsidR="001C7FD1" w:rsidRDefault="003F5285">
            <w:pPr>
              <w:spacing w:after="0" w:line="240" w:lineRule="auto"/>
              <w:jc w:val="center"/>
            </w:pPr>
            <w:sdt>
              <w:sdtPr>
                <w:alias w:val="R179"/>
                <w:tag w:val="R179"/>
                <w:id w:val="100179"/>
                <w:text/>
              </w:sdtPr>
              <w:sdtEndPr/>
              <w:sdtContent>
                <w:r>
                  <w:rPr>
                    <w:rFonts w:eastAsia="Arial"/>
                    <w:color w:val="555555"/>
                  </w:rPr>
                  <w:t>0-4 / N/A</w:t>
                </w:r>
              </w:sdtContent>
            </w:sdt>
          </w:p>
        </w:tc>
        <w:tc>
          <w:tcPr>
            <w:tcW w:w="3600" w:type="dxa"/>
            <w:shd w:val="clear" w:color="auto" w:fill="F5F4EF"/>
          </w:tcPr>
          <w:p w14:paraId="2AEA29B8" w14:textId="77777777" w:rsidR="001C7FD1" w:rsidRDefault="003F5285">
            <w:pPr>
              <w:spacing w:after="0" w:line="240" w:lineRule="auto"/>
            </w:pPr>
            <w:sdt>
              <w:sdtPr>
                <w:alias w:val="T180"/>
                <w:tag w:val="T180"/>
                <w:id w:val="100180"/>
                <w:text/>
              </w:sdtPr>
              <w:sdtEndPr/>
              <w:sdtContent>
                <w:r>
                  <w:rPr>
                    <w:rFonts w:eastAsia="Arial"/>
                    <w:color w:val="555555"/>
                  </w:rPr>
                  <w:t>Click or tap to type</w:t>
                </w:r>
              </w:sdtContent>
            </w:sdt>
          </w:p>
        </w:tc>
      </w:tr>
      <w:tr w:rsidR="001C7FD1" w14:paraId="0AABB40F" w14:textId="77777777">
        <w:trPr>
          <w:cantSplit/>
        </w:trPr>
        <w:tc>
          <w:tcPr>
            <w:tcW w:w="4760" w:type="dxa"/>
          </w:tcPr>
          <w:p w14:paraId="1F3D37EF" w14:textId="77777777" w:rsidR="001C7FD1" w:rsidRDefault="003F5285">
            <w:pPr>
              <w:spacing w:after="0" w:line="240" w:lineRule="auto"/>
            </w:pPr>
            <w:r>
              <w:rPr>
                <w:rFonts w:eastAsia="Arial"/>
                <w:b/>
              </w:rPr>
              <w:t>Coping in busy, unpredictable or unfamiliar environments</w:t>
            </w:r>
          </w:p>
        </w:tc>
        <w:tc>
          <w:tcPr>
            <w:tcW w:w="1280" w:type="dxa"/>
          </w:tcPr>
          <w:p w14:paraId="0A978B24" w14:textId="77777777" w:rsidR="001C7FD1" w:rsidRDefault="003F5285">
            <w:pPr>
              <w:spacing w:after="0" w:line="240" w:lineRule="auto"/>
              <w:jc w:val="center"/>
            </w:pPr>
            <w:sdt>
              <w:sdtPr>
                <w:alias w:val="R181"/>
                <w:tag w:val="R181"/>
                <w:id w:val="100181"/>
                <w:text/>
              </w:sdtPr>
              <w:sdtEndPr/>
              <w:sdtContent>
                <w:r>
                  <w:rPr>
                    <w:rFonts w:eastAsia="Arial"/>
                    <w:color w:val="555555"/>
                  </w:rPr>
                  <w:t>0-4 / N/A</w:t>
                </w:r>
              </w:sdtContent>
            </w:sdt>
          </w:p>
        </w:tc>
        <w:tc>
          <w:tcPr>
            <w:tcW w:w="3600" w:type="dxa"/>
          </w:tcPr>
          <w:p w14:paraId="72C1AA35" w14:textId="77777777" w:rsidR="001C7FD1" w:rsidRDefault="003F5285">
            <w:pPr>
              <w:spacing w:after="0" w:line="240" w:lineRule="auto"/>
            </w:pPr>
            <w:sdt>
              <w:sdtPr>
                <w:alias w:val="T182"/>
                <w:tag w:val="T182"/>
                <w:id w:val="100182"/>
                <w:text/>
              </w:sdtPr>
              <w:sdtEndPr/>
              <w:sdtContent>
                <w:r>
                  <w:rPr>
                    <w:rFonts w:eastAsia="Arial"/>
                    <w:color w:val="555555"/>
                  </w:rPr>
                  <w:t>Click or tap to type</w:t>
                </w:r>
              </w:sdtContent>
            </w:sdt>
          </w:p>
        </w:tc>
      </w:tr>
      <w:tr w:rsidR="001C7FD1" w14:paraId="452EAF1D" w14:textId="77777777">
        <w:trPr>
          <w:cantSplit/>
        </w:trPr>
        <w:tc>
          <w:tcPr>
            <w:tcW w:w="4760" w:type="dxa"/>
            <w:shd w:val="clear" w:color="auto" w:fill="F5F4EF"/>
          </w:tcPr>
          <w:p w14:paraId="78276037" w14:textId="77777777" w:rsidR="001C7FD1" w:rsidRDefault="003F5285">
            <w:pPr>
              <w:spacing w:after="0" w:line="240" w:lineRule="auto"/>
            </w:pPr>
            <w:r>
              <w:rPr>
                <w:rFonts w:eastAsia="Arial"/>
                <w:b/>
              </w:rPr>
              <w:t>Recovering after sensory overload or shutdown</w:t>
            </w:r>
          </w:p>
        </w:tc>
        <w:tc>
          <w:tcPr>
            <w:tcW w:w="1280" w:type="dxa"/>
            <w:shd w:val="clear" w:color="auto" w:fill="F5F4EF"/>
          </w:tcPr>
          <w:p w14:paraId="19A303BC" w14:textId="77777777" w:rsidR="001C7FD1" w:rsidRDefault="003F5285">
            <w:pPr>
              <w:spacing w:after="0" w:line="240" w:lineRule="auto"/>
              <w:jc w:val="center"/>
            </w:pPr>
            <w:sdt>
              <w:sdtPr>
                <w:alias w:val="R183"/>
                <w:tag w:val="R183"/>
                <w:id w:val="100183"/>
                <w:text/>
              </w:sdtPr>
              <w:sdtEndPr/>
              <w:sdtContent>
                <w:r>
                  <w:rPr>
                    <w:rFonts w:eastAsia="Arial"/>
                    <w:color w:val="555555"/>
                  </w:rPr>
                  <w:t>0-4 / N/A</w:t>
                </w:r>
              </w:sdtContent>
            </w:sdt>
          </w:p>
        </w:tc>
        <w:tc>
          <w:tcPr>
            <w:tcW w:w="3600" w:type="dxa"/>
            <w:shd w:val="clear" w:color="auto" w:fill="F5F4EF"/>
          </w:tcPr>
          <w:p w14:paraId="1DD3108D" w14:textId="77777777" w:rsidR="001C7FD1" w:rsidRDefault="003F5285">
            <w:pPr>
              <w:spacing w:after="0" w:line="240" w:lineRule="auto"/>
            </w:pPr>
            <w:sdt>
              <w:sdtPr>
                <w:alias w:val="T184"/>
                <w:tag w:val="T184"/>
                <w:id w:val="100184"/>
                <w:text/>
              </w:sdtPr>
              <w:sdtEndPr/>
              <w:sdtContent>
                <w:r>
                  <w:rPr>
                    <w:rFonts w:eastAsia="Arial"/>
                    <w:color w:val="555555"/>
                  </w:rPr>
                  <w:t>Click or tap to type</w:t>
                </w:r>
              </w:sdtContent>
            </w:sdt>
          </w:p>
        </w:tc>
      </w:tr>
      <w:tr w:rsidR="001C7FD1" w14:paraId="30E1BA20" w14:textId="77777777">
        <w:trPr>
          <w:cantSplit/>
        </w:trPr>
        <w:tc>
          <w:tcPr>
            <w:tcW w:w="4760" w:type="dxa"/>
          </w:tcPr>
          <w:p w14:paraId="2B00C6B9" w14:textId="77777777" w:rsidR="001C7FD1" w:rsidRDefault="003F5285">
            <w:pPr>
              <w:spacing w:after="0" w:line="240" w:lineRule="auto"/>
            </w:pPr>
            <w:r>
              <w:rPr>
                <w:rFonts w:eastAsia="Arial"/>
                <w:b/>
              </w:rPr>
              <w:t>Using sensory strategies safely and independently</w:t>
            </w:r>
          </w:p>
        </w:tc>
        <w:tc>
          <w:tcPr>
            <w:tcW w:w="1280" w:type="dxa"/>
          </w:tcPr>
          <w:p w14:paraId="57D48338" w14:textId="77777777" w:rsidR="001C7FD1" w:rsidRDefault="003F5285">
            <w:pPr>
              <w:spacing w:after="0" w:line="240" w:lineRule="auto"/>
              <w:jc w:val="center"/>
            </w:pPr>
            <w:sdt>
              <w:sdtPr>
                <w:alias w:val="R185"/>
                <w:tag w:val="R185"/>
                <w:id w:val="100185"/>
                <w:text/>
              </w:sdtPr>
              <w:sdtEndPr/>
              <w:sdtContent>
                <w:r>
                  <w:rPr>
                    <w:rFonts w:eastAsia="Arial"/>
                    <w:color w:val="555555"/>
                  </w:rPr>
                  <w:t>0-4 / N/A</w:t>
                </w:r>
              </w:sdtContent>
            </w:sdt>
          </w:p>
        </w:tc>
        <w:tc>
          <w:tcPr>
            <w:tcW w:w="3600" w:type="dxa"/>
          </w:tcPr>
          <w:p w14:paraId="0EBAD749" w14:textId="77777777" w:rsidR="001C7FD1" w:rsidRDefault="003F5285">
            <w:pPr>
              <w:spacing w:after="0" w:line="240" w:lineRule="auto"/>
            </w:pPr>
            <w:sdt>
              <w:sdtPr>
                <w:alias w:val="T186"/>
                <w:tag w:val="T186"/>
                <w:id w:val="100186"/>
                <w:text/>
              </w:sdtPr>
              <w:sdtEndPr/>
              <w:sdtContent>
                <w:r>
                  <w:rPr>
                    <w:rFonts w:eastAsia="Arial"/>
                    <w:color w:val="555555"/>
                  </w:rPr>
                  <w:t>Click or tap to type</w:t>
                </w:r>
              </w:sdtContent>
            </w:sdt>
          </w:p>
        </w:tc>
      </w:tr>
      <w:tr w:rsidR="001C7FD1" w14:paraId="750326E5" w14:textId="77777777">
        <w:trPr>
          <w:cantSplit/>
        </w:trPr>
        <w:tc>
          <w:tcPr>
            <w:tcW w:w="4760" w:type="dxa"/>
            <w:shd w:val="clear" w:color="auto" w:fill="F5F4EF"/>
          </w:tcPr>
          <w:p w14:paraId="5EAE36B7" w14:textId="77777777" w:rsidR="001C7FD1" w:rsidRDefault="003F5285">
            <w:pPr>
              <w:spacing w:after="0" w:line="240" w:lineRule="auto"/>
            </w:pPr>
            <w:r>
              <w:rPr>
                <w:rFonts w:eastAsia="Arial"/>
                <w:b/>
              </w:rPr>
              <w:t>Accessing suitable clothing, equipment, quiet space or environmental adjustments</w:t>
            </w:r>
          </w:p>
        </w:tc>
        <w:tc>
          <w:tcPr>
            <w:tcW w:w="1280" w:type="dxa"/>
            <w:shd w:val="clear" w:color="auto" w:fill="F5F4EF"/>
          </w:tcPr>
          <w:p w14:paraId="5C75E332" w14:textId="77777777" w:rsidR="001C7FD1" w:rsidRDefault="003F5285">
            <w:pPr>
              <w:spacing w:after="0" w:line="240" w:lineRule="auto"/>
              <w:jc w:val="center"/>
            </w:pPr>
            <w:sdt>
              <w:sdtPr>
                <w:alias w:val="R187"/>
                <w:tag w:val="R187"/>
                <w:id w:val="100187"/>
                <w:text/>
              </w:sdtPr>
              <w:sdtEndPr/>
              <w:sdtContent>
                <w:r>
                  <w:rPr>
                    <w:rFonts w:eastAsia="Arial"/>
                    <w:color w:val="555555"/>
                  </w:rPr>
                  <w:t>0-4 / N/A</w:t>
                </w:r>
              </w:sdtContent>
            </w:sdt>
          </w:p>
        </w:tc>
        <w:tc>
          <w:tcPr>
            <w:tcW w:w="3600" w:type="dxa"/>
            <w:shd w:val="clear" w:color="auto" w:fill="F5F4EF"/>
          </w:tcPr>
          <w:p w14:paraId="3199D167" w14:textId="77777777" w:rsidR="001C7FD1" w:rsidRDefault="003F5285">
            <w:pPr>
              <w:spacing w:after="0" w:line="240" w:lineRule="auto"/>
            </w:pPr>
            <w:sdt>
              <w:sdtPr>
                <w:alias w:val="T188"/>
                <w:tag w:val="T188"/>
                <w:id w:val="100188"/>
                <w:text/>
              </w:sdtPr>
              <w:sdtEndPr/>
              <w:sdtContent>
                <w:r>
                  <w:rPr>
                    <w:rFonts w:eastAsia="Arial"/>
                    <w:color w:val="555555"/>
                  </w:rPr>
                  <w:t>Click or tap to type</w:t>
                </w:r>
              </w:sdtContent>
            </w:sdt>
          </w:p>
        </w:tc>
      </w:tr>
    </w:tbl>
    <w:p w14:paraId="14F80E2A" w14:textId="77777777" w:rsidR="001C7FD1" w:rsidRDefault="003F5285">
      <w:pPr>
        <w:pStyle w:val="Heading2"/>
      </w:pPr>
      <w:r>
        <w:t>6.1 Sensory pattern and supports</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300"/>
        <w:gridCol w:w="6340"/>
      </w:tblGrid>
      <w:tr w:rsidR="001C7FD1" w14:paraId="2B821BD4" w14:textId="77777777">
        <w:trPr>
          <w:tblHeader/>
        </w:trPr>
        <w:tc>
          <w:tcPr>
            <w:tcW w:w="3300" w:type="dxa"/>
            <w:shd w:val="clear" w:color="auto" w:fill="4B1F26"/>
            <w:tcMar>
              <w:top w:w="90" w:type="dxa"/>
              <w:left w:w="120" w:type="dxa"/>
              <w:bottom w:w="90" w:type="dxa"/>
              <w:right w:w="120" w:type="dxa"/>
            </w:tcMar>
            <w:vAlign w:val="center"/>
          </w:tcPr>
          <w:p w14:paraId="0B441530" w14:textId="77777777" w:rsidR="001C7FD1" w:rsidRDefault="003F5285">
            <w:pPr>
              <w:spacing w:after="0" w:line="240" w:lineRule="auto"/>
            </w:pPr>
            <w:r>
              <w:rPr>
                <w:rFonts w:eastAsia="Arial"/>
                <w:b/>
                <w:color w:val="FFFFFF"/>
              </w:rPr>
              <w:t>Question</w:t>
            </w:r>
          </w:p>
        </w:tc>
        <w:tc>
          <w:tcPr>
            <w:tcW w:w="6340" w:type="dxa"/>
            <w:shd w:val="clear" w:color="auto" w:fill="4B1F26"/>
            <w:tcMar>
              <w:top w:w="90" w:type="dxa"/>
              <w:left w:w="120" w:type="dxa"/>
              <w:bottom w:w="90" w:type="dxa"/>
              <w:right w:w="120" w:type="dxa"/>
            </w:tcMar>
            <w:vAlign w:val="center"/>
          </w:tcPr>
          <w:p w14:paraId="4DED8131" w14:textId="77777777" w:rsidR="001C7FD1" w:rsidRDefault="003F5285">
            <w:pPr>
              <w:spacing w:after="0" w:line="240" w:lineRule="auto"/>
            </w:pPr>
            <w:r>
              <w:rPr>
                <w:rFonts w:eastAsia="Arial"/>
                <w:b/>
                <w:color w:val="FFFFFF"/>
              </w:rPr>
              <w:t>Your response</w:t>
            </w:r>
          </w:p>
        </w:tc>
      </w:tr>
      <w:tr w:rsidR="001C7FD1" w14:paraId="50CAC87D" w14:textId="77777777">
        <w:trPr>
          <w:cantSplit/>
        </w:trPr>
        <w:tc>
          <w:tcPr>
            <w:tcW w:w="3300" w:type="dxa"/>
            <w:shd w:val="clear" w:color="auto" w:fill="EEECE1"/>
          </w:tcPr>
          <w:p w14:paraId="3972647D" w14:textId="77777777" w:rsidR="001C7FD1" w:rsidRDefault="003F5285">
            <w:pPr>
              <w:spacing w:after="0" w:line="240" w:lineRule="auto"/>
            </w:pPr>
            <w:r>
              <w:rPr>
                <w:rFonts w:eastAsia="Arial"/>
                <w:b/>
                <w:color w:val="4B1F26"/>
              </w:rPr>
              <w:t>What are the earliest signs of sensory stress or overload?</w:t>
            </w:r>
          </w:p>
        </w:tc>
        <w:tc>
          <w:tcPr>
            <w:tcW w:w="6340" w:type="dxa"/>
          </w:tcPr>
          <w:p w14:paraId="7485EC65" w14:textId="77777777" w:rsidR="001C7FD1" w:rsidRDefault="003F5285">
            <w:pPr>
              <w:spacing w:after="0" w:line="240" w:lineRule="auto"/>
            </w:pPr>
            <w:sdt>
              <w:sdtPr>
                <w:alias w:val="T189"/>
                <w:tag w:val="T189"/>
                <w:id w:val="100189"/>
                <w:text/>
              </w:sdtPr>
              <w:sdtEndPr/>
              <w:sdtContent>
                <w:r>
                  <w:rPr>
                    <w:rFonts w:eastAsia="Arial"/>
                    <w:color w:val="555555"/>
                  </w:rPr>
                  <w:t>Click or tap to type</w:t>
                </w:r>
              </w:sdtContent>
            </w:sdt>
          </w:p>
        </w:tc>
      </w:tr>
      <w:tr w:rsidR="001C7FD1" w14:paraId="00E3D173" w14:textId="77777777">
        <w:trPr>
          <w:cantSplit/>
        </w:trPr>
        <w:tc>
          <w:tcPr>
            <w:tcW w:w="3300" w:type="dxa"/>
            <w:shd w:val="clear" w:color="auto" w:fill="EEECE1"/>
          </w:tcPr>
          <w:p w14:paraId="0E7A4F89" w14:textId="77777777" w:rsidR="001C7FD1" w:rsidRDefault="003F5285">
            <w:pPr>
              <w:spacing w:after="0" w:line="240" w:lineRule="auto"/>
            </w:pPr>
            <w:r>
              <w:rPr>
                <w:rFonts w:eastAsia="Arial"/>
                <w:b/>
                <w:color w:val="4B1F26"/>
              </w:rPr>
              <w:t>What sensory experiences does the person actively seek?</w:t>
            </w:r>
          </w:p>
        </w:tc>
        <w:tc>
          <w:tcPr>
            <w:tcW w:w="6340" w:type="dxa"/>
            <w:shd w:val="clear" w:color="auto" w:fill="F5F4EF"/>
          </w:tcPr>
          <w:p w14:paraId="0549F25F" w14:textId="77777777" w:rsidR="001C7FD1" w:rsidRDefault="003F5285">
            <w:pPr>
              <w:spacing w:after="0" w:line="240" w:lineRule="auto"/>
            </w:pPr>
            <w:sdt>
              <w:sdtPr>
                <w:alias w:val="T190"/>
                <w:tag w:val="T190"/>
                <w:id w:val="100190"/>
                <w:text/>
              </w:sdtPr>
              <w:sdtEndPr/>
              <w:sdtContent>
                <w:r>
                  <w:rPr>
                    <w:rFonts w:eastAsia="Arial"/>
                    <w:color w:val="555555"/>
                  </w:rPr>
                  <w:t>Click or tap to type</w:t>
                </w:r>
              </w:sdtContent>
            </w:sdt>
          </w:p>
        </w:tc>
      </w:tr>
      <w:tr w:rsidR="001C7FD1" w14:paraId="6C7979E3" w14:textId="77777777">
        <w:trPr>
          <w:cantSplit/>
        </w:trPr>
        <w:tc>
          <w:tcPr>
            <w:tcW w:w="3300" w:type="dxa"/>
            <w:shd w:val="clear" w:color="auto" w:fill="EEECE1"/>
          </w:tcPr>
          <w:p w14:paraId="3EE6DF53" w14:textId="77777777" w:rsidR="001C7FD1" w:rsidRDefault="003F5285">
            <w:pPr>
              <w:spacing w:after="0" w:line="240" w:lineRule="auto"/>
            </w:pPr>
            <w:r>
              <w:rPr>
                <w:rFonts w:eastAsia="Arial"/>
                <w:b/>
                <w:color w:val="4B1F26"/>
              </w:rPr>
              <w:lastRenderedPageBreak/>
              <w:t>Which settings are easiest and hardest, and why?</w:t>
            </w:r>
          </w:p>
        </w:tc>
        <w:tc>
          <w:tcPr>
            <w:tcW w:w="6340" w:type="dxa"/>
          </w:tcPr>
          <w:p w14:paraId="3A1255FC" w14:textId="77777777" w:rsidR="001C7FD1" w:rsidRDefault="003F5285">
            <w:pPr>
              <w:spacing w:after="0" w:line="240" w:lineRule="auto"/>
            </w:pPr>
            <w:sdt>
              <w:sdtPr>
                <w:alias w:val="T191"/>
                <w:tag w:val="T191"/>
                <w:id w:val="100191"/>
                <w:text/>
              </w:sdtPr>
              <w:sdtEndPr/>
              <w:sdtContent>
                <w:r>
                  <w:rPr>
                    <w:rFonts w:eastAsia="Arial"/>
                    <w:color w:val="555555"/>
                  </w:rPr>
                  <w:t>Click or tap to type</w:t>
                </w:r>
              </w:sdtContent>
            </w:sdt>
          </w:p>
        </w:tc>
      </w:tr>
      <w:tr w:rsidR="001C7FD1" w14:paraId="6905FF1B" w14:textId="77777777">
        <w:trPr>
          <w:cantSplit/>
        </w:trPr>
        <w:tc>
          <w:tcPr>
            <w:tcW w:w="3300" w:type="dxa"/>
            <w:shd w:val="clear" w:color="auto" w:fill="EEECE1"/>
          </w:tcPr>
          <w:p w14:paraId="0B45F566" w14:textId="77777777" w:rsidR="001C7FD1" w:rsidRDefault="003F5285">
            <w:pPr>
              <w:spacing w:after="0" w:line="240" w:lineRule="auto"/>
            </w:pPr>
            <w:r>
              <w:rPr>
                <w:rFonts w:eastAsia="Arial"/>
                <w:b/>
                <w:color w:val="4B1F26"/>
              </w:rPr>
              <w:t>What strategies help before, during and after overload?</w:t>
            </w:r>
          </w:p>
        </w:tc>
        <w:tc>
          <w:tcPr>
            <w:tcW w:w="6340" w:type="dxa"/>
            <w:shd w:val="clear" w:color="auto" w:fill="F5F4EF"/>
          </w:tcPr>
          <w:p w14:paraId="15E40E51" w14:textId="77777777" w:rsidR="001C7FD1" w:rsidRDefault="003F5285">
            <w:pPr>
              <w:spacing w:after="0" w:line="240" w:lineRule="auto"/>
            </w:pPr>
            <w:sdt>
              <w:sdtPr>
                <w:alias w:val="T192"/>
                <w:tag w:val="T192"/>
                <w:id w:val="100192"/>
                <w:text/>
              </w:sdtPr>
              <w:sdtEndPr/>
              <w:sdtContent>
                <w:r>
                  <w:rPr>
                    <w:rFonts w:eastAsia="Arial"/>
                    <w:color w:val="555555"/>
                  </w:rPr>
                  <w:t>Click or tap to type</w:t>
                </w:r>
              </w:sdtContent>
            </w:sdt>
          </w:p>
        </w:tc>
      </w:tr>
      <w:tr w:rsidR="001C7FD1" w14:paraId="3C347562" w14:textId="77777777">
        <w:trPr>
          <w:cantSplit/>
        </w:trPr>
        <w:tc>
          <w:tcPr>
            <w:tcW w:w="3300" w:type="dxa"/>
            <w:shd w:val="clear" w:color="auto" w:fill="EEECE1"/>
          </w:tcPr>
          <w:p w14:paraId="2618AC2A" w14:textId="77777777" w:rsidR="001C7FD1" w:rsidRDefault="003F5285">
            <w:pPr>
              <w:spacing w:after="0" w:line="240" w:lineRule="auto"/>
            </w:pPr>
            <w:r>
              <w:rPr>
                <w:rFonts w:eastAsia="Arial"/>
                <w:b/>
                <w:color w:val="4B1F26"/>
              </w:rPr>
              <w:t>Are there sensory-related eating, hygiene, sleep, school/work or community access impacts?</w:t>
            </w:r>
          </w:p>
        </w:tc>
        <w:tc>
          <w:tcPr>
            <w:tcW w:w="6340" w:type="dxa"/>
          </w:tcPr>
          <w:p w14:paraId="1B919CAE" w14:textId="77777777" w:rsidR="001C7FD1" w:rsidRDefault="003F5285">
            <w:pPr>
              <w:spacing w:after="0" w:line="240" w:lineRule="auto"/>
            </w:pPr>
            <w:sdt>
              <w:sdtPr>
                <w:alias w:val="T193"/>
                <w:tag w:val="T193"/>
                <w:id w:val="100193"/>
                <w:text/>
              </w:sdtPr>
              <w:sdtEndPr/>
              <w:sdtContent>
                <w:r>
                  <w:rPr>
                    <w:rFonts w:eastAsia="Arial"/>
                    <w:color w:val="555555"/>
                  </w:rPr>
                  <w:t>Click or tap to type</w:t>
                </w:r>
              </w:sdtContent>
            </w:sdt>
          </w:p>
        </w:tc>
      </w:tr>
      <w:tr w:rsidR="001C7FD1" w14:paraId="3A984056" w14:textId="77777777">
        <w:trPr>
          <w:cantSplit/>
        </w:trPr>
        <w:tc>
          <w:tcPr>
            <w:tcW w:w="3300" w:type="dxa"/>
            <w:shd w:val="clear" w:color="auto" w:fill="EEECE1"/>
          </w:tcPr>
          <w:p w14:paraId="438816F4" w14:textId="77777777" w:rsidR="001C7FD1" w:rsidRDefault="003F5285">
            <w:pPr>
              <w:spacing w:after="0" w:line="240" w:lineRule="auto"/>
            </w:pPr>
            <w:r>
              <w:rPr>
                <w:rFonts w:eastAsia="Arial"/>
                <w:b/>
                <w:color w:val="4B1F26"/>
              </w:rPr>
              <w:t>Are any sensory strategies unsafe or in need of professional review?</w:t>
            </w:r>
          </w:p>
        </w:tc>
        <w:tc>
          <w:tcPr>
            <w:tcW w:w="6340" w:type="dxa"/>
            <w:shd w:val="clear" w:color="auto" w:fill="F5F4EF"/>
          </w:tcPr>
          <w:p w14:paraId="56E56D20" w14:textId="77777777" w:rsidR="001C7FD1" w:rsidRDefault="003F5285">
            <w:pPr>
              <w:spacing w:after="0" w:line="240" w:lineRule="auto"/>
            </w:pPr>
            <w:sdt>
              <w:sdtPr>
                <w:alias w:val="T194"/>
                <w:tag w:val="T194"/>
                <w:id w:val="100194"/>
                <w:text/>
              </w:sdtPr>
              <w:sdtEndPr/>
              <w:sdtContent>
                <w:r>
                  <w:rPr>
                    <w:rFonts w:eastAsia="Arial"/>
                    <w:color w:val="555555"/>
                  </w:rPr>
                  <w:t>Click or tap to type</w:t>
                </w:r>
              </w:sdtContent>
            </w:sdt>
          </w:p>
        </w:tc>
      </w:tr>
    </w:tbl>
    <w:p w14:paraId="7DE909AA" w14:textId="77777777" w:rsidR="001C7FD1" w:rsidRDefault="003F5285">
      <w:pPr>
        <w:pStyle w:val="Heading1"/>
      </w:pPr>
      <w:r>
        <w:t>7. Wara Yindi Attention, Planning and Self-Regulation Profile</w:t>
      </w:r>
    </w:p>
    <w:p w14:paraId="7024CA92" w14:textId="77777777" w:rsidR="001C7FD1" w:rsidRDefault="003F5285">
      <w:pPr>
        <w:spacing w:after="160" w:line="269" w:lineRule="auto"/>
      </w:pPr>
      <w:r>
        <w:rPr>
          <w:rFonts w:eastAsia="Arial"/>
        </w:rPr>
        <w:t>Consider whether the person can perform a skill consistently, at the needed time and without another person organising or prompting it.</w:t>
      </w:r>
    </w:p>
    <w:tbl>
      <w:tblPr>
        <w:tblW w:w="9640" w:type="dxa"/>
        <w:tblInd w:w="120" w:type="dxa"/>
        <w:tblBorders>
          <w:top w:val="single" w:sz="6" w:space="0" w:color="DDD9C3"/>
          <w:left w:val="single" w:sz="6" w:space="0" w:color="DDD9C3"/>
          <w:bottom w:val="single" w:sz="6" w:space="0" w:color="DDD9C3"/>
          <w:right w:val="single" w:sz="6" w:space="0" w:color="DDD9C3"/>
          <w:insideH w:val="single" w:sz="6" w:space="0" w:color="DDD9C3"/>
          <w:insideV w:val="single" w:sz="6" w:space="0" w:color="DDD9C3"/>
        </w:tblBorders>
        <w:tblLayout w:type="fixed"/>
        <w:tblLook w:val="04A0" w:firstRow="1" w:lastRow="0" w:firstColumn="1" w:lastColumn="0" w:noHBand="0" w:noVBand="1"/>
      </w:tblPr>
      <w:tblGrid>
        <w:gridCol w:w="9640"/>
      </w:tblGrid>
      <w:tr w:rsidR="001C7FD1" w14:paraId="0FDBF6E5" w14:textId="77777777">
        <w:trPr>
          <w:cantSplit/>
        </w:trPr>
        <w:tc>
          <w:tcPr>
            <w:tcW w:w="9640" w:type="dxa"/>
            <w:shd w:val="clear" w:color="auto" w:fill="EAF3F7"/>
            <w:tcMar>
              <w:top w:w="90" w:type="dxa"/>
              <w:left w:w="120" w:type="dxa"/>
              <w:bottom w:w="90" w:type="dxa"/>
              <w:right w:w="120" w:type="dxa"/>
            </w:tcMar>
            <w:vAlign w:val="center"/>
          </w:tcPr>
          <w:p w14:paraId="4E7C4125" w14:textId="77777777" w:rsidR="001C7FD1" w:rsidRDefault="003F5285">
            <w:pPr>
              <w:spacing w:after="0" w:line="240" w:lineRule="auto"/>
            </w:pPr>
            <w:r>
              <w:rPr>
                <w:rFonts w:eastAsia="Arial"/>
                <w:b/>
                <w:color w:val="2A7DB8"/>
              </w:rPr>
              <w:t xml:space="preserve">Rating guide: </w:t>
            </w:r>
            <w:r>
              <w:rPr>
                <w:rFonts w:eastAsia="Arial"/>
              </w:rPr>
              <w:t>Enter 0 = independent/no extra support; 1 = occasional cue, check or adaptation; 2 = regular prompting, set-up or partial help; 3 = frequent supervision or hands-on help; 4 = unable or unsafe without full/continuous help; N/A = not applicable or not observed. For children, consider what is ordinarily expected for the same age.</w:t>
            </w:r>
          </w:p>
        </w:tc>
      </w:tr>
    </w:tbl>
    <w:p w14:paraId="049B697D" w14:textId="77777777" w:rsidR="001C7FD1" w:rsidRDefault="003F5285">
      <w:pPr>
        <w:spacing w:before="100" w:after="0" w:line="72" w:lineRule="auto"/>
      </w:pPr>
      <w:r>
        <w:rPr>
          <w:rFonts w:eastAsia="Arial"/>
          <w:color w:val="FFFFFF"/>
          <w:sz w:val="8"/>
        </w:rPr>
        <w:t xml:space="preserve"> </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4760"/>
        <w:gridCol w:w="1280"/>
        <w:gridCol w:w="3600"/>
      </w:tblGrid>
      <w:tr w:rsidR="001C7FD1" w14:paraId="75EF37E1" w14:textId="77777777">
        <w:trPr>
          <w:cantSplit/>
          <w:tblHeader/>
        </w:trPr>
        <w:tc>
          <w:tcPr>
            <w:tcW w:w="4760" w:type="dxa"/>
            <w:shd w:val="clear" w:color="auto" w:fill="4B1F26"/>
            <w:tcMar>
              <w:top w:w="90" w:type="dxa"/>
              <w:left w:w="120" w:type="dxa"/>
              <w:bottom w:w="90" w:type="dxa"/>
              <w:right w:w="120" w:type="dxa"/>
            </w:tcMar>
            <w:vAlign w:val="center"/>
          </w:tcPr>
          <w:p w14:paraId="592AA006" w14:textId="77777777" w:rsidR="001C7FD1" w:rsidRDefault="003F5285">
            <w:pPr>
              <w:spacing w:after="0" w:line="240" w:lineRule="auto"/>
            </w:pPr>
            <w:r>
              <w:rPr>
                <w:rFonts w:eastAsia="Arial"/>
                <w:b/>
                <w:color w:val="FFFFFF"/>
              </w:rPr>
              <w:t>Everyday area / question</w:t>
            </w:r>
          </w:p>
        </w:tc>
        <w:tc>
          <w:tcPr>
            <w:tcW w:w="1280" w:type="dxa"/>
            <w:shd w:val="clear" w:color="auto" w:fill="4B1F26"/>
            <w:tcMar>
              <w:top w:w="90" w:type="dxa"/>
              <w:left w:w="120" w:type="dxa"/>
              <w:bottom w:w="90" w:type="dxa"/>
              <w:right w:w="120" w:type="dxa"/>
            </w:tcMar>
            <w:vAlign w:val="center"/>
          </w:tcPr>
          <w:p w14:paraId="5349E82F" w14:textId="77777777" w:rsidR="001C7FD1" w:rsidRDefault="003F5285">
            <w:pPr>
              <w:spacing w:after="0" w:line="240" w:lineRule="auto"/>
            </w:pPr>
            <w:r>
              <w:rPr>
                <w:rFonts w:eastAsia="Arial"/>
                <w:b/>
                <w:color w:val="FFFFFF"/>
              </w:rPr>
              <w:t>Rating</w:t>
            </w:r>
            <w:r>
              <w:rPr>
                <w:rFonts w:eastAsia="Arial"/>
                <w:b/>
                <w:color w:val="FFFFFF"/>
              </w:rPr>
              <w:br/>
              <w:t>0-4 / N/A</w:t>
            </w:r>
          </w:p>
        </w:tc>
        <w:tc>
          <w:tcPr>
            <w:tcW w:w="3600" w:type="dxa"/>
            <w:shd w:val="clear" w:color="auto" w:fill="4B1F26"/>
            <w:tcMar>
              <w:top w:w="90" w:type="dxa"/>
              <w:left w:w="120" w:type="dxa"/>
              <w:bottom w:w="90" w:type="dxa"/>
              <w:right w:w="120" w:type="dxa"/>
            </w:tcMar>
            <w:vAlign w:val="center"/>
          </w:tcPr>
          <w:p w14:paraId="555D4364" w14:textId="77777777" w:rsidR="001C7FD1" w:rsidRDefault="003F5285">
            <w:pPr>
              <w:spacing w:after="0" w:line="240" w:lineRule="auto"/>
            </w:pPr>
            <w:r>
              <w:rPr>
                <w:rFonts w:eastAsia="Arial"/>
                <w:b/>
                <w:color w:val="FFFFFF"/>
              </w:rPr>
              <w:t>Example, support needed and functional impact</w:t>
            </w:r>
          </w:p>
        </w:tc>
      </w:tr>
      <w:tr w:rsidR="001C7FD1" w14:paraId="08C61356" w14:textId="77777777">
        <w:trPr>
          <w:cantSplit/>
        </w:trPr>
        <w:tc>
          <w:tcPr>
            <w:tcW w:w="4760" w:type="dxa"/>
          </w:tcPr>
          <w:p w14:paraId="753FA9CC" w14:textId="77777777" w:rsidR="001C7FD1" w:rsidRDefault="003F5285">
            <w:pPr>
              <w:spacing w:after="0" w:line="240" w:lineRule="auto"/>
            </w:pPr>
            <w:r>
              <w:rPr>
                <w:rFonts w:eastAsia="Arial"/>
                <w:b/>
              </w:rPr>
              <w:t>Starting a task without repeated prompting</w:t>
            </w:r>
          </w:p>
        </w:tc>
        <w:tc>
          <w:tcPr>
            <w:tcW w:w="1280" w:type="dxa"/>
          </w:tcPr>
          <w:p w14:paraId="2661E914" w14:textId="77777777" w:rsidR="001C7FD1" w:rsidRDefault="003F5285">
            <w:pPr>
              <w:spacing w:after="0" w:line="240" w:lineRule="auto"/>
              <w:jc w:val="center"/>
            </w:pPr>
            <w:sdt>
              <w:sdtPr>
                <w:alias w:val="R195"/>
                <w:tag w:val="R195"/>
                <w:id w:val="100195"/>
                <w:text/>
              </w:sdtPr>
              <w:sdtEndPr/>
              <w:sdtContent>
                <w:r>
                  <w:rPr>
                    <w:rFonts w:eastAsia="Arial"/>
                    <w:color w:val="555555"/>
                  </w:rPr>
                  <w:t>0-4 / N/A</w:t>
                </w:r>
              </w:sdtContent>
            </w:sdt>
          </w:p>
        </w:tc>
        <w:tc>
          <w:tcPr>
            <w:tcW w:w="3600" w:type="dxa"/>
          </w:tcPr>
          <w:p w14:paraId="15376262" w14:textId="77777777" w:rsidR="001C7FD1" w:rsidRDefault="003F5285">
            <w:pPr>
              <w:spacing w:after="0" w:line="240" w:lineRule="auto"/>
            </w:pPr>
            <w:sdt>
              <w:sdtPr>
                <w:alias w:val="T196"/>
                <w:tag w:val="T196"/>
                <w:id w:val="100196"/>
                <w:text/>
              </w:sdtPr>
              <w:sdtEndPr/>
              <w:sdtContent>
                <w:r>
                  <w:rPr>
                    <w:rFonts w:eastAsia="Arial"/>
                    <w:color w:val="555555"/>
                  </w:rPr>
                  <w:t>Click or tap to type</w:t>
                </w:r>
              </w:sdtContent>
            </w:sdt>
          </w:p>
        </w:tc>
      </w:tr>
      <w:tr w:rsidR="001C7FD1" w14:paraId="2FE4D49E" w14:textId="77777777">
        <w:trPr>
          <w:cantSplit/>
        </w:trPr>
        <w:tc>
          <w:tcPr>
            <w:tcW w:w="4760" w:type="dxa"/>
            <w:shd w:val="clear" w:color="auto" w:fill="F5F4EF"/>
          </w:tcPr>
          <w:p w14:paraId="31E07387" w14:textId="77777777" w:rsidR="001C7FD1" w:rsidRDefault="003F5285">
            <w:pPr>
              <w:spacing w:after="0" w:line="240" w:lineRule="auto"/>
            </w:pPr>
            <w:r>
              <w:rPr>
                <w:rFonts w:eastAsia="Arial"/>
                <w:b/>
              </w:rPr>
              <w:t>Staying focused long enough to complete the important part</w:t>
            </w:r>
          </w:p>
        </w:tc>
        <w:tc>
          <w:tcPr>
            <w:tcW w:w="1280" w:type="dxa"/>
            <w:shd w:val="clear" w:color="auto" w:fill="F5F4EF"/>
          </w:tcPr>
          <w:p w14:paraId="0ABCDF1C" w14:textId="77777777" w:rsidR="001C7FD1" w:rsidRDefault="003F5285">
            <w:pPr>
              <w:spacing w:after="0" w:line="240" w:lineRule="auto"/>
              <w:jc w:val="center"/>
            </w:pPr>
            <w:sdt>
              <w:sdtPr>
                <w:alias w:val="R197"/>
                <w:tag w:val="R197"/>
                <w:id w:val="100197"/>
                <w:text/>
              </w:sdtPr>
              <w:sdtEndPr/>
              <w:sdtContent>
                <w:r>
                  <w:rPr>
                    <w:rFonts w:eastAsia="Arial"/>
                    <w:color w:val="555555"/>
                  </w:rPr>
                  <w:t>0-4 / N/A</w:t>
                </w:r>
              </w:sdtContent>
            </w:sdt>
          </w:p>
        </w:tc>
        <w:tc>
          <w:tcPr>
            <w:tcW w:w="3600" w:type="dxa"/>
            <w:shd w:val="clear" w:color="auto" w:fill="F5F4EF"/>
          </w:tcPr>
          <w:p w14:paraId="0AC7D937" w14:textId="77777777" w:rsidR="001C7FD1" w:rsidRDefault="003F5285">
            <w:pPr>
              <w:spacing w:after="0" w:line="240" w:lineRule="auto"/>
            </w:pPr>
            <w:sdt>
              <w:sdtPr>
                <w:alias w:val="T198"/>
                <w:tag w:val="T198"/>
                <w:id w:val="100198"/>
                <w:text/>
              </w:sdtPr>
              <w:sdtEndPr/>
              <w:sdtContent>
                <w:r>
                  <w:rPr>
                    <w:rFonts w:eastAsia="Arial"/>
                    <w:color w:val="555555"/>
                  </w:rPr>
                  <w:t>Click or tap to type</w:t>
                </w:r>
              </w:sdtContent>
            </w:sdt>
          </w:p>
        </w:tc>
      </w:tr>
      <w:tr w:rsidR="001C7FD1" w14:paraId="2BD827B3" w14:textId="77777777">
        <w:trPr>
          <w:cantSplit/>
        </w:trPr>
        <w:tc>
          <w:tcPr>
            <w:tcW w:w="4760" w:type="dxa"/>
          </w:tcPr>
          <w:p w14:paraId="78BD8FBB" w14:textId="77777777" w:rsidR="001C7FD1" w:rsidRDefault="003F5285">
            <w:pPr>
              <w:spacing w:after="0" w:line="240" w:lineRule="auto"/>
            </w:pPr>
            <w:r>
              <w:rPr>
                <w:rFonts w:eastAsia="Arial"/>
                <w:b/>
              </w:rPr>
              <w:t>Filtering distractions and returning to the task</w:t>
            </w:r>
          </w:p>
        </w:tc>
        <w:tc>
          <w:tcPr>
            <w:tcW w:w="1280" w:type="dxa"/>
          </w:tcPr>
          <w:p w14:paraId="1B3FED13" w14:textId="77777777" w:rsidR="001C7FD1" w:rsidRDefault="003F5285">
            <w:pPr>
              <w:spacing w:after="0" w:line="240" w:lineRule="auto"/>
              <w:jc w:val="center"/>
            </w:pPr>
            <w:sdt>
              <w:sdtPr>
                <w:alias w:val="R199"/>
                <w:tag w:val="R199"/>
                <w:id w:val="100199"/>
                <w:text/>
              </w:sdtPr>
              <w:sdtEndPr/>
              <w:sdtContent>
                <w:r>
                  <w:rPr>
                    <w:rFonts w:eastAsia="Arial"/>
                    <w:color w:val="555555"/>
                  </w:rPr>
                  <w:t>0-4 / N/A</w:t>
                </w:r>
              </w:sdtContent>
            </w:sdt>
          </w:p>
        </w:tc>
        <w:tc>
          <w:tcPr>
            <w:tcW w:w="3600" w:type="dxa"/>
          </w:tcPr>
          <w:p w14:paraId="7E76BA5B" w14:textId="77777777" w:rsidR="001C7FD1" w:rsidRDefault="003F5285">
            <w:pPr>
              <w:spacing w:after="0" w:line="240" w:lineRule="auto"/>
            </w:pPr>
            <w:sdt>
              <w:sdtPr>
                <w:alias w:val="T200"/>
                <w:tag w:val="T200"/>
                <w:id w:val="100200"/>
                <w:text/>
              </w:sdtPr>
              <w:sdtEndPr/>
              <w:sdtContent>
                <w:r>
                  <w:rPr>
                    <w:rFonts w:eastAsia="Arial"/>
                    <w:color w:val="555555"/>
                  </w:rPr>
                  <w:t>Click or tap to type</w:t>
                </w:r>
              </w:sdtContent>
            </w:sdt>
          </w:p>
        </w:tc>
      </w:tr>
      <w:tr w:rsidR="001C7FD1" w14:paraId="52061A17" w14:textId="77777777">
        <w:trPr>
          <w:cantSplit/>
        </w:trPr>
        <w:tc>
          <w:tcPr>
            <w:tcW w:w="4760" w:type="dxa"/>
            <w:shd w:val="clear" w:color="auto" w:fill="F5F4EF"/>
          </w:tcPr>
          <w:p w14:paraId="1E77D492" w14:textId="77777777" w:rsidR="001C7FD1" w:rsidRDefault="003F5285">
            <w:pPr>
              <w:spacing w:after="0" w:line="240" w:lineRule="auto"/>
            </w:pPr>
            <w:r>
              <w:rPr>
                <w:rFonts w:eastAsia="Arial"/>
                <w:b/>
              </w:rPr>
              <w:t>Remembering what they were asked or planned to do</w:t>
            </w:r>
          </w:p>
        </w:tc>
        <w:tc>
          <w:tcPr>
            <w:tcW w:w="1280" w:type="dxa"/>
            <w:shd w:val="clear" w:color="auto" w:fill="F5F4EF"/>
          </w:tcPr>
          <w:p w14:paraId="7622B702" w14:textId="77777777" w:rsidR="001C7FD1" w:rsidRDefault="003F5285">
            <w:pPr>
              <w:spacing w:after="0" w:line="240" w:lineRule="auto"/>
              <w:jc w:val="center"/>
            </w:pPr>
            <w:sdt>
              <w:sdtPr>
                <w:alias w:val="R201"/>
                <w:tag w:val="R201"/>
                <w:id w:val="100201"/>
                <w:text/>
              </w:sdtPr>
              <w:sdtEndPr/>
              <w:sdtContent>
                <w:r>
                  <w:rPr>
                    <w:rFonts w:eastAsia="Arial"/>
                    <w:color w:val="555555"/>
                  </w:rPr>
                  <w:t>0-4 / N/A</w:t>
                </w:r>
              </w:sdtContent>
            </w:sdt>
          </w:p>
        </w:tc>
        <w:tc>
          <w:tcPr>
            <w:tcW w:w="3600" w:type="dxa"/>
            <w:shd w:val="clear" w:color="auto" w:fill="F5F4EF"/>
          </w:tcPr>
          <w:p w14:paraId="2CD3BCFE" w14:textId="77777777" w:rsidR="001C7FD1" w:rsidRDefault="003F5285">
            <w:pPr>
              <w:spacing w:after="0" w:line="240" w:lineRule="auto"/>
            </w:pPr>
            <w:sdt>
              <w:sdtPr>
                <w:alias w:val="T202"/>
                <w:tag w:val="T202"/>
                <w:id w:val="100202"/>
                <w:text/>
              </w:sdtPr>
              <w:sdtEndPr/>
              <w:sdtContent>
                <w:r>
                  <w:rPr>
                    <w:rFonts w:eastAsia="Arial"/>
                    <w:color w:val="555555"/>
                  </w:rPr>
                  <w:t>Click or tap to type</w:t>
                </w:r>
              </w:sdtContent>
            </w:sdt>
          </w:p>
        </w:tc>
      </w:tr>
      <w:tr w:rsidR="001C7FD1" w14:paraId="7251835E" w14:textId="77777777">
        <w:trPr>
          <w:cantSplit/>
        </w:trPr>
        <w:tc>
          <w:tcPr>
            <w:tcW w:w="4760" w:type="dxa"/>
          </w:tcPr>
          <w:p w14:paraId="4F23B893" w14:textId="77777777" w:rsidR="001C7FD1" w:rsidRDefault="003F5285">
            <w:pPr>
              <w:spacing w:after="0" w:line="240" w:lineRule="auto"/>
            </w:pPr>
            <w:r>
              <w:rPr>
                <w:rFonts w:eastAsia="Arial"/>
                <w:b/>
              </w:rPr>
              <w:t>Keeping track of belongings, information and appointments</w:t>
            </w:r>
          </w:p>
        </w:tc>
        <w:tc>
          <w:tcPr>
            <w:tcW w:w="1280" w:type="dxa"/>
          </w:tcPr>
          <w:p w14:paraId="286CBF89" w14:textId="77777777" w:rsidR="001C7FD1" w:rsidRDefault="003F5285">
            <w:pPr>
              <w:spacing w:after="0" w:line="240" w:lineRule="auto"/>
              <w:jc w:val="center"/>
            </w:pPr>
            <w:sdt>
              <w:sdtPr>
                <w:alias w:val="R203"/>
                <w:tag w:val="R203"/>
                <w:id w:val="100203"/>
                <w:text/>
              </w:sdtPr>
              <w:sdtEndPr/>
              <w:sdtContent>
                <w:r>
                  <w:rPr>
                    <w:rFonts w:eastAsia="Arial"/>
                    <w:color w:val="555555"/>
                  </w:rPr>
                  <w:t>0-4 / N/A</w:t>
                </w:r>
              </w:sdtContent>
            </w:sdt>
          </w:p>
        </w:tc>
        <w:tc>
          <w:tcPr>
            <w:tcW w:w="3600" w:type="dxa"/>
          </w:tcPr>
          <w:p w14:paraId="6EFCC654" w14:textId="77777777" w:rsidR="001C7FD1" w:rsidRDefault="003F5285">
            <w:pPr>
              <w:spacing w:after="0" w:line="240" w:lineRule="auto"/>
            </w:pPr>
            <w:sdt>
              <w:sdtPr>
                <w:alias w:val="T204"/>
                <w:tag w:val="T204"/>
                <w:id w:val="100204"/>
                <w:text/>
              </w:sdtPr>
              <w:sdtEndPr/>
              <w:sdtContent>
                <w:r>
                  <w:rPr>
                    <w:rFonts w:eastAsia="Arial"/>
                    <w:color w:val="555555"/>
                  </w:rPr>
                  <w:t>Click or tap to type</w:t>
                </w:r>
              </w:sdtContent>
            </w:sdt>
          </w:p>
        </w:tc>
      </w:tr>
      <w:tr w:rsidR="001C7FD1" w14:paraId="6E8B465E" w14:textId="77777777">
        <w:trPr>
          <w:cantSplit/>
        </w:trPr>
        <w:tc>
          <w:tcPr>
            <w:tcW w:w="4760" w:type="dxa"/>
            <w:shd w:val="clear" w:color="auto" w:fill="F5F4EF"/>
          </w:tcPr>
          <w:p w14:paraId="3C299AEB" w14:textId="77777777" w:rsidR="001C7FD1" w:rsidRDefault="003F5285">
            <w:pPr>
              <w:spacing w:after="0" w:line="240" w:lineRule="auto"/>
            </w:pPr>
            <w:r>
              <w:rPr>
                <w:rFonts w:eastAsia="Arial"/>
                <w:b/>
              </w:rPr>
              <w:t>Planning steps, materials and time</w:t>
            </w:r>
          </w:p>
        </w:tc>
        <w:tc>
          <w:tcPr>
            <w:tcW w:w="1280" w:type="dxa"/>
            <w:shd w:val="clear" w:color="auto" w:fill="F5F4EF"/>
          </w:tcPr>
          <w:p w14:paraId="23290742" w14:textId="77777777" w:rsidR="001C7FD1" w:rsidRDefault="003F5285">
            <w:pPr>
              <w:spacing w:after="0" w:line="240" w:lineRule="auto"/>
              <w:jc w:val="center"/>
            </w:pPr>
            <w:sdt>
              <w:sdtPr>
                <w:alias w:val="R205"/>
                <w:tag w:val="R205"/>
                <w:id w:val="100205"/>
                <w:text/>
              </w:sdtPr>
              <w:sdtEndPr/>
              <w:sdtContent>
                <w:r>
                  <w:rPr>
                    <w:rFonts w:eastAsia="Arial"/>
                    <w:color w:val="555555"/>
                  </w:rPr>
                  <w:t>0-4 / N/A</w:t>
                </w:r>
              </w:sdtContent>
            </w:sdt>
          </w:p>
        </w:tc>
        <w:tc>
          <w:tcPr>
            <w:tcW w:w="3600" w:type="dxa"/>
            <w:shd w:val="clear" w:color="auto" w:fill="F5F4EF"/>
          </w:tcPr>
          <w:p w14:paraId="7808394D" w14:textId="77777777" w:rsidR="001C7FD1" w:rsidRDefault="003F5285">
            <w:pPr>
              <w:spacing w:after="0" w:line="240" w:lineRule="auto"/>
            </w:pPr>
            <w:sdt>
              <w:sdtPr>
                <w:alias w:val="T206"/>
                <w:tag w:val="T206"/>
                <w:id w:val="100206"/>
                <w:text/>
              </w:sdtPr>
              <w:sdtEndPr/>
              <w:sdtContent>
                <w:r>
                  <w:rPr>
                    <w:rFonts w:eastAsia="Arial"/>
                    <w:color w:val="555555"/>
                  </w:rPr>
                  <w:t>Click or tap to type</w:t>
                </w:r>
              </w:sdtContent>
            </w:sdt>
          </w:p>
        </w:tc>
      </w:tr>
      <w:tr w:rsidR="001C7FD1" w14:paraId="08745AD4" w14:textId="77777777">
        <w:trPr>
          <w:cantSplit/>
        </w:trPr>
        <w:tc>
          <w:tcPr>
            <w:tcW w:w="4760" w:type="dxa"/>
          </w:tcPr>
          <w:p w14:paraId="701766AD" w14:textId="77777777" w:rsidR="001C7FD1" w:rsidRDefault="003F5285">
            <w:pPr>
              <w:spacing w:after="0" w:line="240" w:lineRule="auto"/>
            </w:pPr>
            <w:r>
              <w:rPr>
                <w:rFonts w:eastAsia="Arial"/>
                <w:b/>
              </w:rPr>
              <w:t>Organising a room, bag, desk, files or digital information</w:t>
            </w:r>
          </w:p>
        </w:tc>
        <w:tc>
          <w:tcPr>
            <w:tcW w:w="1280" w:type="dxa"/>
          </w:tcPr>
          <w:p w14:paraId="4CCAF5A8" w14:textId="77777777" w:rsidR="001C7FD1" w:rsidRDefault="003F5285">
            <w:pPr>
              <w:spacing w:after="0" w:line="240" w:lineRule="auto"/>
              <w:jc w:val="center"/>
            </w:pPr>
            <w:sdt>
              <w:sdtPr>
                <w:alias w:val="R207"/>
                <w:tag w:val="R207"/>
                <w:id w:val="100207"/>
                <w:text/>
              </w:sdtPr>
              <w:sdtEndPr/>
              <w:sdtContent>
                <w:r>
                  <w:rPr>
                    <w:rFonts w:eastAsia="Arial"/>
                    <w:color w:val="555555"/>
                  </w:rPr>
                  <w:t>0-4 / N/A</w:t>
                </w:r>
              </w:sdtContent>
            </w:sdt>
          </w:p>
        </w:tc>
        <w:tc>
          <w:tcPr>
            <w:tcW w:w="3600" w:type="dxa"/>
          </w:tcPr>
          <w:p w14:paraId="213EFCC8" w14:textId="77777777" w:rsidR="001C7FD1" w:rsidRDefault="003F5285">
            <w:pPr>
              <w:spacing w:after="0" w:line="240" w:lineRule="auto"/>
            </w:pPr>
            <w:sdt>
              <w:sdtPr>
                <w:alias w:val="T208"/>
                <w:tag w:val="T208"/>
                <w:id w:val="100208"/>
                <w:text/>
              </w:sdtPr>
              <w:sdtEndPr/>
              <w:sdtContent>
                <w:r>
                  <w:rPr>
                    <w:rFonts w:eastAsia="Arial"/>
                    <w:color w:val="555555"/>
                  </w:rPr>
                  <w:t>Click or tap to type</w:t>
                </w:r>
              </w:sdtContent>
            </w:sdt>
          </w:p>
        </w:tc>
      </w:tr>
      <w:tr w:rsidR="001C7FD1" w14:paraId="0BF1544E" w14:textId="77777777">
        <w:trPr>
          <w:cantSplit/>
        </w:trPr>
        <w:tc>
          <w:tcPr>
            <w:tcW w:w="4760" w:type="dxa"/>
            <w:shd w:val="clear" w:color="auto" w:fill="F5F4EF"/>
          </w:tcPr>
          <w:p w14:paraId="72CD2625" w14:textId="77777777" w:rsidR="001C7FD1" w:rsidRDefault="003F5285">
            <w:pPr>
              <w:spacing w:after="0" w:line="240" w:lineRule="auto"/>
            </w:pPr>
            <w:r>
              <w:rPr>
                <w:rFonts w:eastAsia="Arial"/>
                <w:b/>
              </w:rPr>
              <w:t>Finishing tasks and checking the result</w:t>
            </w:r>
          </w:p>
        </w:tc>
        <w:tc>
          <w:tcPr>
            <w:tcW w:w="1280" w:type="dxa"/>
            <w:shd w:val="clear" w:color="auto" w:fill="F5F4EF"/>
          </w:tcPr>
          <w:p w14:paraId="433D3CF2" w14:textId="77777777" w:rsidR="001C7FD1" w:rsidRDefault="003F5285">
            <w:pPr>
              <w:spacing w:after="0" w:line="240" w:lineRule="auto"/>
              <w:jc w:val="center"/>
            </w:pPr>
            <w:sdt>
              <w:sdtPr>
                <w:alias w:val="R209"/>
                <w:tag w:val="R209"/>
                <w:id w:val="100209"/>
                <w:text/>
              </w:sdtPr>
              <w:sdtEndPr/>
              <w:sdtContent>
                <w:r>
                  <w:rPr>
                    <w:rFonts w:eastAsia="Arial"/>
                    <w:color w:val="555555"/>
                  </w:rPr>
                  <w:t>0-4 / N/A</w:t>
                </w:r>
              </w:sdtContent>
            </w:sdt>
          </w:p>
        </w:tc>
        <w:tc>
          <w:tcPr>
            <w:tcW w:w="3600" w:type="dxa"/>
            <w:shd w:val="clear" w:color="auto" w:fill="F5F4EF"/>
          </w:tcPr>
          <w:p w14:paraId="1F57F226" w14:textId="77777777" w:rsidR="001C7FD1" w:rsidRDefault="003F5285">
            <w:pPr>
              <w:spacing w:after="0" w:line="240" w:lineRule="auto"/>
            </w:pPr>
            <w:sdt>
              <w:sdtPr>
                <w:alias w:val="T210"/>
                <w:tag w:val="T210"/>
                <w:id w:val="100210"/>
                <w:text/>
              </w:sdtPr>
              <w:sdtEndPr/>
              <w:sdtContent>
                <w:r>
                  <w:rPr>
                    <w:rFonts w:eastAsia="Arial"/>
                    <w:color w:val="555555"/>
                  </w:rPr>
                  <w:t>Click or tap to type</w:t>
                </w:r>
              </w:sdtContent>
            </w:sdt>
          </w:p>
        </w:tc>
      </w:tr>
      <w:tr w:rsidR="001C7FD1" w14:paraId="00545E35" w14:textId="77777777">
        <w:trPr>
          <w:cantSplit/>
        </w:trPr>
        <w:tc>
          <w:tcPr>
            <w:tcW w:w="4760" w:type="dxa"/>
          </w:tcPr>
          <w:p w14:paraId="443BE62A" w14:textId="77777777" w:rsidR="001C7FD1" w:rsidRDefault="003F5285">
            <w:pPr>
              <w:spacing w:after="0" w:line="240" w:lineRule="auto"/>
            </w:pPr>
            <w:r>
              <w:rPr>
                <w:rFonts w:eastAsia="Arial"/>
                <w:b/>
              </w:rPr>
              <w:t>Changing between activities or expectations</w:t>
            </w:r>
          </w:p>
        </w:tc>
        <w:tc>
          <w:tcPr>
            <w:tcW w:w="1280" w:type="dxa"/>
          </w:tcPr>
          <w:p w14:paraId="48F9AB14" w14:textId="77777777" w:rsidR="001C7FD1" w:rsidRDefault="003F5285">
            <w:pPr>
              <w:spacing w:after="0" w:line="240" w:lineRule="auto"/>
              <w:jc w:val="center"/>
            </w:pPr>
            <w:sdt>
              <w:sdtPr>
                <w:alias w:val="R211"/>
                <w:tag w:val="R211"/>
                <w:id w:val="100211"/>
                <w:text/>
              </w:sdtPr>
              <w:sdtEndPr/>
              <w:sdtContent>
                <w:r>
                  <w:rPr>
                    <w:rFonts w:eastAsia="Arial"/>
                    <w:color w:val="555555"/>
                  </w:rPr>
                  <w:t>0-4 / N/A</w:t>
                </w:r>
              </w:sdtContent>
            </w:sdt>
          </w:p>
        </w:tc>
        <w:tc>
          <w:tcPr>
            <w:tcW w:w="3600" w:type="dxa"/>
          </w:tcPr>
          <w:p w14:paraId="2D250598" w14:textId="77777777" w:rsidR="001C7FD1" w:rsidRDefault="003F5285">
            <w:pPr>
              <w:spacing w:after="0" w:line="240" w:lineRule="auto"/>
            </w:pPr>
            <w:sdt>
              <w:sdtPr>
                <w:alias w:val="T212"/>
                <w:tag w:val="T212"/>
                <w:id w:val="100212"/>
                <w:text/>
              </w:sdtPr>
              <w:sdtEndPr/>
              <w:sdtContent>
                <w:r>
                  <w:rPr>
                    <w:rFonts w:eastAsia="Arial"/>
                    <w:color w:val="555555"/>
                  </w:rPr>
                  <w:t>Click or tap to type</w:t>
                </w:r>
              </w:sdtContent>
            </w:sdt>
          </w:p>
        </w:tc>
      </w:tr>
      <w:tr w:rsidR="001C7FD1" w14:paraId="36326C55" w14:textId="77777777">
        <w:trPr>
          <w:cantSplit/>
        </w:trPr>
        <w:tc>
          <w:tcPr>
            <w:tcW w:w="4760" w:type="dxa"/>
            <w:shd w:val="clear" w:color="auto" w:fill="F5F4EF"/>
          </w:tcPr>
          <w:p w14:paraId="3FAEBD65" w14:textId="77777777" w:rsidR="001C7FD1" w:rsidRDefault="003F5285">
            <w:pPr>
              <w:spacing w:after="0" w:line="240" w:lineRule="auto"/>
            </w:pPr>
            <w:r>
              <w:rPr>
                <w:rFonts w:eastAsia="Arial"/>
                <w:b/>
              </w:rPr>
              <w:t>Stopping an action and thinking about likely consequences</w:t>
            </w:r>
          </w:p>
        </w:tc>
        <w:tc>
          <w:tcPr>
            <w:tcW w:w="1280" w:type="dxa"/>
            <w:shd w:val="clear" w:color="auto" w:fill="F5F4EF"/>
          </w:tcPr>
          <w:p w14:paraId="2DA490A1" w14:textId="77777777" w:rsidR="001C7FD1" w:rsidRDefault="003F5285">
            <w:pPr>
              <w:spacing w:after="0" w:line="240" w:lineRule="auto"/>
              <w:jc w:val="center"/>
            </w:pPr>
            <w:sdt>
              <w:sdtPr>
                <w:alias w:val="R213"/>
                <w:tag w:val="R213"/>
                <w:id w:val="100213"/>
                <w:text/>
              </w:sdtPr>
              <w:sdtEndPr/>
              <w:sdtContent>
                <w:r>
                  <w:rPr>
                    <w:rFonts w:eastAsia="Arial"/>
                    <w:color w:val="555555"/>
                  </w:rPr>
                  <w:t>0-4 / N/A</w:t>
                </w:r>
              </w:sdtContent>
            </w:sdt>
          </w:p>
        </w:tc>
        <w:tc>
          <w:tcPr>
            <w:tcW w:w="3600" w:type="dxa"/>
            <w:shd w:val="clear" w:color="auto" w:fill="F5F4EF"/>
          </w:tcPr>
          <w:p w14:paraId="1D4D368C" w14:textId="77777777" w:rsidR="001C7FD1" w:rsidRDefault="003F5285">
            <w:pPr>
              <w:spacing w:after="0" w:line="240" w:lineRule="auto"/>
            </w:pPr>
            <w:sdt>
              <w:sdtPr>
                <w:alias w:val="T214"/>
                <w:tag w:val="T214"/>
                <w:id w:val="100214"/>
                <w:text/>
              </w:sdtPr>
              <w:sdtEndPr/>
              <w:sdtContent>
                <w:r>
                  <w:rPr>
                    <w:rFonts w:eastAsia="Arial"/>
                    <w:color w:val="555555"/>
                  </w:rPr>
                  <w:t>Click or tap to type</w:t>
                </w:r>
              </w:sdtContent>
            </w:sdt>
          </w:p>
        </w:tc>
      </w:tr>
      <w:tr w:rsidR="001C7FD1" w14:paraId="70227578" w14:textId="77777777">
        <w:trPr>
          <w:cantSplit/>
        </w:trPr>
        <w:tc>
          <w:tcPr>
            <w:tcW w:w="4760" w:type="dxa"/>
          </w:tcPr>
          <w:p w14:paraId="4772B9B1" w14:textId="77777777" w:rsidR="001C7FD1" w:rsidRDefault="003F5285">
            <w:pPr>
              <w:spacing w:after="0" w:line="240" w:lineRule="auto"/>
            </w:pPr>
            <w:r>
              <w:rPr>
                <w:rFonts w:eastAsia="Arial"/>
                <w:b/>
              </w:rPr>
              <w:t>Waiting, taking turns and managing impulses</w:t>
            </w:r>
          </w:p>
        </w:tc>
        <w:tc>
          <w:tcPr>
            <w:tcW w:w="1280" w:type="dxa"/>
          </w:tcPr>
          <w:p w14:paraId="174A99B7" w14:textId="77777777" w:rsidR="001C7FD1" w:rsidRDefault="003F5285">
            <w:pPr>
              <w:spacing w:after="0" w:line="240" w:lineRule="auto"/>
              <w:jc w:val="center"/>
            </w:pPr>
            <w:sdt>
              <w:sdtPr>
                <w:alias w:val="R215"/>
                <w:tag w:val="R215"/>
                <w:id w:val="100215"/>
                <w:text/>
              </w:sdtPr>
              <w:sdtEndPr/>
              <w:sdtContent>
                <w:r>
                  <w:rPr>
                    <w:rFonts w:eastAsia="Arial"/>
                    <w:color w:val="555555"/>
                  </w:rPr>
                  <w:t>0-4 / N/A</w:t>
                </w:r>
              </w:sdtContent>
            </w:sdt>
          </w:p>
        </w:tc>
        <w:tc>
          <w:tcPr>
            <w:tcW w:w="3600" w:type="dxa"/>
          </w:tcPr>
          <w:p w14:paraId="23F7AFDD" w14:textId="77777777" w:rsidR="001C7FD1" w:rsidRDefault="003F5285">
            <w:pPr>
              <w:spacing w:after="0" w:line="240" w:lineRule="auto"/>
            </w:pPr>
            <w:sdt>
              <w:sdtPr>
                <w:alias w:val="T216"/>
                <w:tag w:val="T216"/>
                <w:id w:val="100216"/>
                <w:text/>
              </w:sdtPr>
              <w:sdtEndPr/>
              <w:sdtContent>
                <w:r>
                  <w:rPr>
                    <w:rFonts w:eastAsia="Arial"/>
                    <w:color w:val="555555"/>
                  </w:rPr>
                  <w:t>Click or tap to type</w:t>
                </w:r>
              </w:sdtContent>
            </w:sdt>
          </w:p>
        </w:tc>
      </w:tr>
      <w:tr w:rsidR="001C7FD1" w14:paraId="7937EBF1" w14:textId="77777777">
        <w:trPr>
          <w:cantSplit/>
        </w:trPr>
        <w:tc>
          <w:tcPr>
            <w:tcW w:w="4760" w:type="dxa"/>
            <w:shd w:val="clear" w:color="auto" w:fill="F5F4EF"/>
          </w:tcPr>
          <w:p w14:paraId="750161AB" w14:textId="77777777" w:rsidR="001C7FD1" w:rsidRDefault="003F5285">
            <w:pPr>
              <w:spacing w:after="0" w:line="240" w:lineRule="auto"/>
            </w:pPr>
            <w:r>
              <w:rPr>
                <w:rFonts w:eastAsia="Arial"/>
                <w:b/>
              </w:rPr>
              <w:lastRenderedPageBreak/>
              <w:t>Regulating activity level for the setting</w:t>
            </w:r>
          </w:p>
        </w:tc>
        <w:tc>
          <w:tcPr>
            <w:tcW w:w="1280" w:type="dxa"/>
            <w:shd w:val="clear" w:color="auto" w:fill="F5F4EF"/>
          </w:tcPr>
          <w:p w14:paraId="510CDEAC" w14:textId="77777777" w:rsidR="001C7FD1" w:rsidRDefault="003F5285">
            <w:pPr>
              <w:spacing w:after="0" w:line="240" w:lineRule="auto"/>
              <w:jc w:val="center"/>
            </w:pPr>
            <w:sdt>
              <w:sdtPr>
                <w:alias w:val="R217"/>
                <w:tag w:val="R217"/>
                <w:id w:val="100217"/>
                <w:text/>
              </w:sdtPr>
              <w:sdtEndPr/>
              <w:sdtContent>
                <w:r>
                  <w:rPr>
                    <w:rFonts w:eastAsia="Arial"/>
                    <w:color w:val="555555"/>
                  </w:rPr>
                  <w:t>0-4 / N/A</w:t>
                </w:r>
              </w:sdtContent>
            </w:sdt>
          </w:p>
        </w:tc>
        <w:tc>
          <w:tcPr>
            <w:tcW w:w="3600" w:type="dxa"/>
            <w:shd w:val="clear" w:color="auto" w:fill="F5F4EF"/>
          </w:tcPr>
          <w:p w14:paraId="75C74891" w14:textId="77777777" w:rsidR="001C7FD1" w:rsidRDefault="003F5285">
            <w:pPr>
              <w:spacing w:after="0" w:line="240" w:lineRule="auto"/>
            </w:pPr>
            <w:sdt>
              <w:sdtPr>
                <w:alias w:val="T218"/>
                <w:tag w:val="T218"/>
                <w:id w:val="100218"/>
                <w:text/>
              </w:sdtPr>
              <w:sdtEndPr/>
              <w:sdtContent>
                <w:r>
                  <w:rPr>
                    <w:rFonts w:eastAsia="Arial"/>
                    <w:color w:val="555555"/>
                  </w:rPr>
                  <w:t>Click or tap to type</w:t>
                </w:r>
              </w:sdtContent>
            </w:sdt>
          </w:p>
        </w:tc>
      </w:tr>
      <w:tr w:rsidR="001C7FD1" w14:paraId="082C24CE" w14:textId="77777777">
        <w:trPr>
          <w:cantSplit/>
        </w:trPr>
        <w:tc>
          <w:tcPr>
            <w:tcW w:w="4760" w:type="dxa"/>
          </w:tcPr>
          <w:p w14:paraId="716373C2" w14:textId="77777777" w:rsidR="001C7FD1" w:rsidRDefault="003F5285">
            <w:pPr>
              <w:spacing w:after="0" w:line="240" w:lineRule="auto"/>
            </w:pPr>
            <w:r>
              <w:rPr>
                <w:rFonts w:eastAsia="Arial"/>
                <w:b/>
              </w:rPr>
              <w:t>Prioritising urgent or important tasks</w:t>
            </w:r>
          </w:p>
        </w:tc>
        <w:tc>
          <w:tcPr>
            <w:tcW w:w="1280" w:type="dxa"/>
          </w:tcPr>
          <w:p w14:paraId="0F5CD962" w14:textId="77777777" w:rsidR="001C7FD1" w:rsidRDefault="003F5285">
            <w:pPr>
              <w:spacing w:after="0" w:line="240" w:lineRule="auto"/>
              <w:jc w:val="center"/>
            </w:pPr>
            <w:sdt>
              <w:sdtPr>
                <w:alias w:val="R219"/>
                <w:tag w:val="R219"/>
                <w:id w:val="100219"/>
                <w:text/>
              </w:sdtPr>
              <w:sdtEndPr/>
              <w:sdtContent>
                <w:r>
                  <w:rPr>
                    <w:rFonts w:eastAsia="Arial"/>
                    <w:color w:val="555555"/>
                  </w:rPr>
                  <w:t>0-4 / N/A</w:t>
                </w:r>
              </w:sdtContent>
            </w:sdt>
          </w:p>
        </w:tc>
        <w:tc>
          <w:tcPr>
            <w:tcW w:w="3600" w:type="dxa"/>
          </w:tcPr>
          <w:p w14:paraId="780C3A79" w14:textId="77777777" w:rsidR="001C7FD1" w:rsidRDefault="003F5285">
            <w:pPr>
              <w:spacing w:after="0" w:line="240" w:lineRule="auto"/>
            </w:pPr>
            <w:sdt>
              <w:sdtPr>
                <w:alias w:val="T220"/>
                <w:tag w:val="T220"/>
                <w:id w:val="100220"/>
                <w:text/>
              </w:sdtPr>
              <w:sdtEndPr/>
              <w:sdtContent>
                <w:r>
                  <w:rPr>
                    <w:rFonts w:eastAsia="Arial"/>
                    <w:color w:val="555555"/>
                  </w:rPr>
                  <w:t>Click or tap to type</w:t>
                </w:r>
              </w:sdtContent>
            </w:sdt>
          </w:p>
        </w:tc>
      </w:tr>
      <w:tr w:rsidR="001C7FD1" w14:paraId="3ED38CEF" w14:textId="77777777">
        <w:trPr>
          <w:cantSplit/>
        </w:trPr>
        <w:tc>
          <w:tcPr>
            <w:tcW w:w="4760" w:type="dxa"/>
            <w:shd w:val="clear" w:color="auto" w:fill="F5F4EF"/>
          </w:tcPr>
          <w:p w14:paraId="208C953B" w14:textId="77777777" w:rsidR="001C7FD1" w:rsidRDefault="003F5285">
            <w:pPr>
              <w:spacing w:after="0" w:line="240" w:lineRule="auto"/>
            </w:pPr>
            <w:r>
              <w:rPr>
                <w:rFonts w:eastAsia="Arial"/>
                <w:b/>
              </w:rPr>
              <w:t>Estimating time and arriving or finishing when needed</w:t>
            </w:r>
          </w:p>
        </w:tc>
        <w:tc>
          <w:tcPr>
            <w:tcW w:w="1280" w:type="dxa"/>
            <w:shd w:val="clear" w:color="auto" w:fill="F5F4EF"/>
          </w:tcPr>
          <w:p w14:paraId="4C45BA38" w14:textId="77777777" w:rsidR="001C7FD1" w:rsidRDefault="003F5285">
            <w:pPr>
              <w:spacing w:after="0" w:line="240" w:lineRule="auto"/>
              <w:jc w:val="center"/>
            </w:pPr>
            <w:sdt>
              <w:sdtPr>
                <w:alias w:val="R221"/>
                <w:tag w:val="R221"/>
                <w:id w:val="100221"/>
                <w:text/>
              </w:sdtPr>
              <w:sdtEndPr/>
              <w:sdtContent>
                <w:r>
                  <w:rPr>
                    <w:rFonts w:eastAsia="Arial"/>
                    <w:color w:val="555555"/>
                  </w:rPr>
                  <w:t>0-4 / N/A</w:t>
                </w:r>
              </w:sdtContent>
            </w:sdt>
          </w:p>
        </w:tc>
        <w:tc>
          <w:tcPr>
            <w:tcW w:w="3600" w:type="dxa"/>
            <w:shd w:val="clear" w:color="auto" w:fill="F5F4EF"/>
          </w:tcPr>
          <w:p w14:paraId="2A05E29E" w14:textId="77777777" w:rsidR="001C7FD1" w:rsidRDefault="003F5285">
            <w:pPr>
              <w:spacing w:after="0" w:line="240" w:lineRule="auto"/>
            </w:pPr>
            <w:sdt>
              <w:sdtPr>
                <w:alias w:val="T222"/>
                <w:tag w:val="T222"/>
                <w:id w:val="100222"/>
                <w:text/>
              </w:sdtPr>
              <w:sdtEndPr/>
              <w:sdtContent>
                <w:r>
                  <w:rPr>
                    <w:rFonts w:eastAsia="Arial"/>
                    <w:color w:val="555555"/>
                  </w:rPr>
                  <w:t>Click or tap to type</w:t>
                </w:r>
              </w:sdtContent>
            </w:sdt>
          </w:p>
        </w:tc>
      </w:tr>
      <w:tr w:rsidR="001C7FD1" w14:paraId="0AD67F81" w14:textId="77777777">
        <w:trPr>
          <w:cantSplit/>
        </w:trPr>
        <w:tc>
          <w:tcPr>
            <w:tcW w:w="4760" w:type="dxa"/>
          </w:tcPr>
          <w:p w14:paraId="54D275E1" w14:textId="77777777" w:rsidR="001C7FD1" w:rsidRDefault="003F5285">
            <w:pPr>
              <w:spacing w:after="0" w:line="240" w:lineRule="auto"/>
            </w:pPr>
            <w:r>
              <w:rPr>
                <w:rFonts w:eastAsia="Arial"/>
                <w:b/>
              </w:rPr>
              <w:t>Coping when a routine or plan changes</w:t>
            </w:r>
          </w:p>
        </w:tc>
        <w:tc>
          <w:tcPr>
            <w:tcW w:w="1280" w:type="dxa"/>
          </w:tcPr>
          <w:p w14:paraId="29011666" w14:textId="77777777" w:rsidR="001C7FD1" w:rsidRDefault="003F5285">
            <w:pPr>
              <w:spacing w:after="0" w:line="240" w:lineRule="auto"/>
              <w:jc w:val="center"/>
            </w:pPr>
            <w:sdt>
              <w:sdtPr>
                <w:alias w:val="R223"/>
                <w:tag w:val="R223"/>
                <w:id w:val="100223"/>
                <w:text/>
              </w:sdtPr>
              <w:sdtEndPr/>
              <w:sdtContent>
                <w:r>
                  <w:rPr>
                    <w:rFonts w:eastAsia="Arial"/>
                    <w:color w:val="555555"/>
                  </w:rPr>
                  <w:t>0-4 / N/A</w:t>
                </w:r>
              </w:sdtContent>
            </w:sdt>
          </w:p>
        </w:tc>
        <w:tc>
          <w:tcPr>
            <w:tcW w:w="3600" w:type="dxa"/>
          </w:tcPr>
          <w:p w14:paraId="29C522D8" w14:textId="77777777" w:rsidR="001C7FD1" w:rsidRDefault="003F5285">
            <w:pPr>
              <w:spacing w:after="0" w:line="240" w:lineRule="auto"/>
            </w:pPr>
            <w:sdt>
              <w:sdtPr>
                <w:alias w:val="T224"/>
                <w:tag w:val="T224"/>
                <w:id w:val="100224"/>
                <w:text/>
              </w:sdtPr>
              <w:sdtEndPr/>
              <w:sdtContent>
                <w:r>
                  <w:rPr>
                    <w:rFonts w:eastAsia="Arial"/>
                    <w:color w:val="555555"/>
                  </w:rPr>
                  <w:t>Click or tap to type</w:t>
                </w:r>
              </w:sdtContent>
            </w:sdt>
          </w:p>
        </w:tc>
      </w:tr>
      <w:tr w:rsidR="001C7FD1" w14:paraId="280C6094" w14:textId="77777777">
        <w:trPr>
          <w:cantSplit/>
        </w:trPr>
        <w:tc>
          <w:tcPr>
            <w:tcW w:w="4760" w:type="dxa"/>
            <w:shd w:val="clear" w:color="auto" w:fill="F5F4EF"/>
          </w:tcPr>
          <w:p w14:paraId="61E632D5" w14:textId="77777777" w:rsidR="001C7FD1" w:rsidRDefault="003F5285">
            <w:pPr>
              <w:spacing w:after="0" w:line="240" w:lineRule="auto"/>
            </w:pPr>
            <w:r>
              <w:rPr>
                <w:rFonts w:eastAsia="Arial"/>
                <w:b/>
              </w:rPr>
              <w:t>Recognising when support is needed and asking early</w:t>
            </w:r>
          </w:p>
        </w:tc>
        <w:tc>
          <w:tcPr>
            <w:tcW w:w="1280" w:type="dxa"/>
            <w:shd w:val="clear" w:color="auto" w:fill="F5F4EF"/>
          </w:tcPr>
          <w:p w14:paraId="5738ED58" w14:textId="77777777" w:rsidR="001C7FD1" w:rsidRDefault="003F5285">
            <w:pPr>
              <w:spacing w:after="0" w:line="240" w:lineRule="auto"/>
              <w:jc w:val="center"/>
            </w:pPr>
            <w:sdt>
              <w:sdtPr>
                <w:alias w:val="R225"/>
                <w:tag w:val="R225"/>
                <w:id w:val="100225"/>
                <w:text/>
              </w:sdtPr>
              <w:sdtEndPr/>
              <w:sdtContent>
                <w:r>
                  <w:rPr>
                    <w:rFonts w:eastAsia="Arial"/>
                    <w:color w:val="555555"/>
                  </w:rPr>
                  <w:t>0-4 / N/A</w:t>
                </w:r>
              </w:sdtContent>
            </w:sdt>
          </w:p>
        </w:tc>
        <w:tc>
          <w:tcPr>
            <w:tcW w:w="3600" w:type="dxa"/>
            <w:shd w:val="clear" w:color="auto" w:fill="F5F4EF"/>
          </w:tcPr>
          <w:p w14:paraId="3DF62C40" w14:textId="77777777" w:rsidR="001C7FD1" w:rsidRDefault="003F5285">
            <w:pPr>
              <w:spacing w:after="0" w:line="240" w:lineRule="auto"/>
            </w:pPr>
            <w:sdt>
              <w:sdtPr>
                <w:alias w:val="T226"/>
                <w:tag w:val="T226"/>
                <w:id w:val="100226"/>
                <w:text/>
              </w:sdtPr>
              <w:sdtEndPr/>
              <w:sdtContent>
                <w:r>
                  <w:rPr>
                    <w:rFonts w:eastAsia="Arial"/>
                    <w:color w:val="555555"/>
                  </w:rPr>
                  <w:t>Click or tap to type</w:t>
                </w:r>
              </w:sdtContent>
            </w:sdt>
          </w:p>
        </w:tc>
      </w:tr>
    </w:tbl>
    <w:p w14:paraId="7DE1D29F" w14:textId="77777777" w:rsidR="001C7FD1" w:rsidRDefault="003F5285">
      <w:pPr>
        <w:pStyle w:val="Heading2"/>
      </w:pPr>
      <w:r>
        <w:t>7.1 Executive support strategies</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300"/>
        <w:gridCol w:w="6340"/>
      </w:tblGrid>
      <w:tr w:rsidR="001C7FD1" w14:paraId="55D6E098" w14:textId="77777777">
        <w:trPr>
          <w:tblHeader/>
        </w:trPr>
        <w:tc>
          <w:tcPr>
            <w:tcW w:w="3300" w:type="dxa"/>
            <w:shd w:val="clear" w:color="auto" w:fill="4B1F26"/>
            <w:tcMar>
              <w:top w:w="90" w:type="dxa"/>
              <w:left w:w="120" w:type="dxa"/>
              <w:bottom w:w="90" w:type="dxa"/>
              <w:right w:w="120" w:type="dxa"/>
            </w:tcMar>
            <w:vAlign w:val="center"/>
          </w:tcPr>
          <w:p w14:paraId="5B5A1B31" w14:textId="77777777" w:rsidR="001C7FD1" w:rsidRDefault="003F5285">
            <w:pPr>
              <w:spacing w:after="0" w:line="240" w:lineRule="auto"/>
            </w:pPr>
            <w:r>
              <w:rPr>
                <w:rFonts w:eastAsia="Arial"/>
                <w:b/>
                <w:color w:val="FFFFFF"/>
              </w:rPr>
              <w:t>Question</w:t>
            </w:r>
          </w:p>
        </w:tc>
        <w:tc>
          <w:tcPr>
            <w:tcW w:w="6340" w:type="dxa"/>
            <w:shd w:val="clear" w:color="auto" w:fill="4B1F26"/>
            <w:tcMar>
              <w:top w:w="90" w:type="dxa"/>
              <w:left w:w="120" w:type="dxa"/>
              <w:bottom w:w="90" w:type="dxa"/>
              <w:right w:w="120" w:type="dxa"/>
            </w:tcMar>
            <w:vAlign w:val="center"/>
          </w:tcPr>
          <w:p w14:paraId="2AD20357" w14:textId="77777777" w:rsidR="001C7FD1" w:rsidRDefault="003F5285">
            <w:pPr>
              <w:spacing w:after="0" w:line="240" w:lineRule="auto"/>
            </w:pPr>
            <w:r>
              <w:rPr>
                <w:rFonts w:eastAsia="Arial"/>
                <w:b/>
                <w:color w:val="FFFFFF"/>
              </w:rPr>
              <w:t>Your response</w:t>
            </w:r>
          </w:p>
        </w:tc>
      </w:tr>
      <w:tr w:rsidR="001C7FD1" w14:paraId="492719DF" w14:textId="77777777">
        <w:trPr>
          <w:cantSplit/>
        </w:trPr>
        <w:tc>
          <w:tcPr>
            <w:tcW w:w="3300" w:type="dxa"/>
            <w:shd w:val="clear" w:color="auto" w:fill="EEECE1"/>
          </w:tcPr>
          <w:p w14:paraId="2F7305B4" w14:textId="77777777" w:rsidR="001C7FD1" w:rsidRDefault="003F5285">
            <w:pPr>
              <w:spacing w:after="0" w:line="240" w:lineRule="auto"/>
            </w:pPr>
            <w:r>
              <w:rPr>
                <w:rFonts w:eastAsia="Arial"/>
                <w:b/>
                <w:color w:val="4B1F26"/>
              </w:rPr>
              <w:t>What types of prompts work best - verbal, visual, written, alarms, demonstration or co-working?</w:t>
            </w:r>
          </w:p>
        </w:tc>
        <w:tc>
          <w:tcPr>
            <w:tcW w:w="6340" w:type="dxa"/>
          </w:tcPr>
          <w:p w14:paraId="6AAEA61A" w14:textId="77777777" w:rsidR="001C7FD1" w:rsidRDefault="003F5285">
            <w:pPr>
              <w:spacing w:after="0" w:line="240" w:lineRule="auto"/>
            </w:pPr>
            <w:sdt>
              <w:sdtPr>
                <w:alias w:val="T227"/>
                <w:tag w:val="T227"/>
                <w:id w:val="100227"/>
                <w:text/>
              </w:sdtPr>
              <w:sdtEndPr/>
              <w:sdtContent>
                <w:r>
                  <w:rPr>
                    <w:rFonts w:eastAsia="Arial"/>
                    <w:color w:val="555555"/>
                  </w:rPr>
                  <w:t>Click or tap to type</w:t>
                </w:r>
              </w:sdtContent>
            </w:sdt>
          </w:p>
        </w:tc>
      </w:tr>
      <w:tr w:rsidR="001C7FD1" w14:paraId="4F91282A" w14:textId="77777777">
        <w:trPr>
          <w:cantSplit/>
        </w:trPr>
        <w:tc>
          <w:tcPr>
            <w:tcW w:w="3300" w:type="dxa"/>
            <w:shd w:val="clear" w:color="auto" w:fill="EEECE1"/>
          </w:tcPr>
          <w:p w14:paraId="7C186576" w14:textId="77777777" w:rsidR="001C7FD1" w:rsidRDefault="003F5285">
            <w:pPr>
              <w:spacing w:after="0" w:line="240" w:lineRule="auto"/>
            </w:pPr>
            <w:r>
              <w:rPr>
                <w:rFonts w:eastAsia="Arial"/>
                <w:b/>
                <w:color w:val="4B1F26"/>
              </w:rPr>
              <w:t>How many prompts are usually needed for routine and unfamiliar tasks?</w:t>
            </w:r>
          </w:p>
        </w:tc>
        <w:tc>
          <w:tcPr>
            <w:tcW w:w="6340" w:type="dxa"/>
            <w:shd w:val="clear" w:color="auto" w:fill="F5F4EF"/>
          </w:tcPr>
          <w:p w14:paraId="4EF95DD2" w14:textId="77777777" w:rsidR="001C7FD1" w:rsidRDefault="003F5285">
            <w:pPr>
              <w:spacing w:after="0" w:line="240" w:lineRule="auto"/>
            </w:pPr>
            <w:sdt>
              <w:sdtPr>
                <w:alias w:val="T228"/>
                <w:tag w:val="T228"/>
                <w:id w:val="100228"/>
                <w:text/>
              </w:sdtPr>
              <w:sdtEndPr/>
              <w:sdtContent>
                <w:r>
                  <w:rPr>
                    <w:rFonts w:eastAsia="Arial"/>
                    <w:color w:val="555555"/>
                  </w:rPr>
                  <w:t>Click or tap to type</w:t>
                </w:r>
              </w:sdtContent>
            </w:sdt>
          </w:p>
        </w:tc>
      </w:tr>
      <w:tr w:rsidR="001C7FD1" w14:paraId="67460E86" w14:textId="77777777">
        <w:trPr>
          <w:cantSplit/>
        </w:trPr>
        <w:tc>
          <w:tcPr>
            <w:tcW w:w="3300" w:type="dxa"/>
            <w:shd w:val="clear" w:color="auto" w:fill="EEECE1"/>
          </w:tcPr>
          <w:p w14:paraId="0EBEBC29" w14:textId="77777777" w:rsidR="001C7FD1" w:rsidRDefault="003F5285">
            <w:pPr>
              <w:spacing w:after="0" w:line="240" w:lineRule="auto"/>
            </w:pPr>
            <w:r>
              <w:rPr>
                <w:rFonts w:eastAsia="Arial"/>
                <w:b/>
                <w:color w:val="4B1F26"/>
              </w:rPr>
              <w:t>What happens if support is not provided?</w:t>
            </w:r>
          </w:p>
        </w:tc>
        <w:tc>
          <w:tcPr>
            <w:tcW w:w="6340" w:type="dxa"/>
          </w:tcPr>
          <w:p w14:paraId="46452FC2" w14:textId="77777777" w:rsidR="001C7FD1" w:rsidRDefault="003F5285">
            <w:pPr>
              <w:spacing w:after="0" w:line="240" w:lineRule="auto"/>
            </w:pPr>
            <w:sdt>
              <w:sdtPr>
                <w:alias w:val="T229"/>
                <w:tag w:val="T229"/>
                <w:id w:val="100229"/>
                <w:text/>
              </w:sdtPr>
              <w:sdtEndPr/>
              <w:sdtContent>
                <w:r>
                  <w:rPr>
                    <w:rFonts w:eastAsia="Arial"/>
                    <w:color w:val="555555"/>
                  </w:rPr>
                  <w:t>Click or tap to type</w:t>
                </w:r>
              </w:sdtContent>
            </w:sdt>
          </w:p>
        </w:tc>
      </w:tr>
      <w:tr w:rsidR="001C7FD1" w14:paraId="63491958" w14:textId="77777777">
        <w:trPr>
          <w:cantSplit/>
        </w:trPr>
        <w:tc>
          <w:tcPr>
            <w:tcW w:w="3300" w:type="dxa"/>
            <w:shd w:val="clear" w:color="auto" w:fill="EEECE1"/>
          </w:tcPr>
          <w:p w14:paraId="05A81DD9" w14:textId="77777777" w:rsidR="001C7FD1" w:rsidRDefault="003F5285">
            <w:pPr>
              <w:spacing w:after="0" w:line="240" w:lineRule="auto"/>
            </w:pPr>
            <w:r>
              <w:rPr>
                <w:rFonts w:eastAsia="Arial"/>
                <w:b/>
                <w:color w:val="4B1F26"/>
              </w:rPr>
              <w:t>What planning, reminder or organisation systems are currently used?</w:t>
            </w:r>
          </w:p>
        </w:tc>
        <w:tc>
          <w:tcPr>
            <w:tcW w:w="6340" w:type="dxa"/>
            <w:shd w:val="clear" w:color="auto" w:fill="F5F4EF"/>
          </w:tcPr>
          <w:p w14:paraId="1D8DC847" w14:textId="77777777" w:rsidR="001C7FD1" w:rsidRDefault="003F5285">
            <w:pPr>
              <w:spacing w:after="0" w:line="240" w:lineRule="auto"/>
            </w:pPr>
            <w:sdt>
              <w:sdtPr>
                <w:alias w:val="T230"/>
                <w:tag w:val="T230"/>
                <w:id w:val="100230"/>
                <w:text/>
              </w:sdtPr>
              <w:sdtEndPr/>
              <w:sdtContent>
                <w:r>
                  <w:rPr>
                    <w:rFonts w:eastAsia="Arial"/>
                    <w:color w:val="555555"/>
                  </w:rPr>
                  <w:t>Click or tap to type</w:t>
                </w:r>
              </w:sdtContent>
            </w:sdt>
          </w:p>
        </w:tc>
      </w:tr>
      <w:tr w:rsidR="001C7FD1" w14:paraId="6BA42682" w14:textId="77777777">
        <w:trPr>
          <w:cantSplit/>
        </w:trPr>
        <w:tc>
          <w:tcPr>
            <w:tcW w:w="3300" w:type="dxa"/>
            <w:shd w:val="clear" w:color="auto" w:fill="EEECE1"/>
          </w:tcPr>
          <w:p w14:paraId="065E1EBD" w14:textId="77777777" w:rsidR="001C7FD1" w:rsidRDefault="003F5285">
            <w:pPr>
              <w:spacing w:after="0" w:line="240" w:lineRule="auto"/>
            </w:pPr>
            <w:r>
              <w:rPr>
                <w:rFonts w:eastAsia="Arial"/>
                <w:b/>
                <w:color w:val="4B1F26"/>
              </w:rPr>
              <w:t>Which tasks are completed only because a parent/carer quietly manages them in the background?</w:t>
            </w:r>
          </w:p>
        </w:tc>
        <w:tc>
          <w:tcPr>
            <w:tcW w:w="6340" w:type="dxa"/>
          </w:tcPr>
          <w:p w14:paraId="63CDDD00" w14:textId="77777777" w:rsidR="001C7FD1" w:rsidRDefault="003F5285">
            <w:pPr>
              <w:spacing w:after="0" w:line="240" w:lineRule="auto"/>
            </w:pPr>
            <w:sdt>
              <w:sdtPr>
                <w:alias w:val="T231"/>
                <w:tag w:val="T231"/>
                <w:id w:val="100231"/>
                <w:text/>
              </w:sdtPr>
              <w:sdtEndPr/>
              <w:sdtContent>
                <w:r>
                  <w:rPr>
                    <w:rFonts w:eastAsia="Arial"/>
                    <w:color w:val="555555"/>
                  </w:rPr>
                  <w:t>Click or tap to type</w:t>
                </w:r>
              </w:sdtContent>
            </w:sdt>
          </w:p>
        </w:tc>
      </w:tr>
    </w:tbl>
    <w:p w14:paraId="13663D72" w14:textId="77777777" w:rsidR="001C7FD1" w:rsidRDefault="003F5285">
      <w:pPr>
        <w:pStyle w:val="Heading1"/>
      </w:pPr>
      <w:r>
        <w:t>8. Wara Yindi Emotional Wellbeing and Behaviour Profile</w:t>
      </w:r>
    </w:p>
    <w:p w14:paraId="544FE766" w14:textId="77777777" w:rsidR="001C7FD1" w:rsidRDefault="003F5285">
      <w:pPr>
        <w:spacing w:after="160" w:line="269" w:lineRule="auto"/>
      </w:pPr>
      <w:r>
        <w:rPr>
          <w:rFonts w:eastAsia="Arial"/>
        </w:rPr>
        <w:t>Describe behaviour in context: what happened before, what need may have been communicated, what support was available and how long recovery took. Include emotional strengths and effective co-regulation.</w:t>
      </w:r>
    </w:p>
    <w:tbl>
      <w:tblPr>
        <w:tblW w:w="9640" w:type="dxa"/>
        <w:tblInd w:w="120" w:type="dxa"/>
        <w:tblBorders>
          <w:top w:val="single" w:sz="6" w:space="0" w:color="DDD9C3"/>
          <w:left w:val="single" w:sz="6" w:space="0" w:color="DDD9C3"/>
          <w:bottom w:val="single" w:sz="6" w:space="0" w:color="DDD9C3"/>
          <w:right w:val="single" w:sz="6" w:space="0" w:color="DDD9C3"/>
          <w:insideH w:val="single" w:sz="6" w:space="0" w:color="DDD9C3"/>
          <w:insideV w:val="single" w:sz="6" w:space="0" w:color="DDD9C3"/>
        </w:tblBorders>
        <w:tblLayout w:type="fixed"/>
        <w:tblLook w:val="04A0" w:firstRow="1" w:lastRow="0" w:firstColumn="1" w:lastColumn="0" w:noHBand="0" w:noVBand="1"/>
      </w:tblPr>
      <w:tblGrid>
        <w:gridCol w:w="9640"/>
      </w:tblGrid>
      <w:tr w:rsidR="001C7FD1" w14:paraId="2CC8E433" w14:textId="77777777">
        <w:trPr>
          <w:cantSplit/>
        </w:trPr>
        <w:tc>
          <w:tcPr>
            <w:tcW w:w="9640" w:type="dxa"/>
            <w:shd w:val="clear" w:color="auto" w:fill="F7E8E8"/>
            <w:tcMar>
              <w:top w:w="90" w:type="dxa"/>
              <w:left w:w="120" w:type="dxa"/>
              <w:bottom w:w="90" w:type="dxa"/>
              <w:right w:w="120" w:type="dxa"/>
            </w:tcMar>
            <w:vAlign w:val="center"/>
          </w:tcPr>
          <w:p w14:paraId="186D1B9C" w14:textId="77777777" w:rsidR="001C7FD1" w:rsidRDefault="003F5285">
            <w:pPr>
              <w:spacing w:after="0" w:line="240" w:lineRule="auto"/>
            </w:pPr>
            <w:r>
              <w:rPr>
                <w:rFonts w:eastAsia="Arial"/>
                <w:b/>
                <w:color w:val="4B1F26"/>
              </w:rPr>
              <w:t xml:space="preserve">Sensitive section: </w:t>
            </w:r>
            <w:r>
              <w:rPr>
                <w:rFonts w:eastAsia="Arial"/>
              </w:rPr>
              <w:t>A parent/carer may record observations, but direct and age-appropriate conversation with the person is important where safe. Any disclosure or indication of immediate self-harm, suicide, abuse or danger requires prompt safeguarding and clinical action.</w:t>
            </w:r>
          </w:p>
        </w:tc>
      </w:tr>
    </w:tbl>
    <w:p w14:paraId="31E738AB" w14:textId="77777777" w:rsidR="001C7FD1" w:rsidRDefault="003F5285">
      <w:pPr>
        <w:spacing w:before="100" w:after="0" w:line="72" w:lineRule="auto"/>
      </w:pPr>
      <w:r>
        <w:rPr>
          <w:rFonts w:eastAsia="Arial"/>
          <w:color w:val="FFFFFF"/>
          <w:sz w:val="8"/>
        </w:rPr>
        <w:t xml:space="preserve"> </w:t>
      </w:r>
    </w:p>
    <w:tbl>
      <w:tblPr>
        <w:tblW w:w="9640" w:type="dxa"/>
        <w:tblInd w:w="120" w:type="dxa"/>
        <w:tblBorders>
          <w:top w:val="single" w:sz="6" w:space="0" w:color="DDD9C3"/>
          <w:left w:val="single" w:sz="6" w:space="0" w:color="DDD9C3"/>
          <w:bottom w:val="single" w:sz="6" w:space="0" w:color="DDD9C3"/>
          <w:right w:val="single" w:sz="6" w:space="0" w:color="DDD9C3"/>
          <w:insideH w:val="single" w:sz="6" w:space="0" w:color="DDD9C3"/>
          <w:insideV w:val="single" w:sz="6" w:space="0" w:color="DDD9C3"/>
        </w:tblBorders>
        <w:tblLayout w:type="fixed"/>
        <w:tblLook w:val="04A0" w:firstRow="1" w:lastRow="0" w:firstColumn="1" w:lastColumn="0" w:noHBand="0" w:noVBand="1"/>
      </w:tblPr>
      <w:tblGrid>
        <w:gridCol w:w="9640"/>
      </w:tblGrid>
      <w:tr w:rsidR="001C7FD1" w14:paraId="560DBE2E" w14:textId="77777777">
        <w:trPr>
          <w:cantSplit/>
        </w:trPr>
        <w:tc>
          <w:tcPr>
            <w:tcW w:w="9640" w:type="dxa"/>
            <w:shd w:val="clear" w:color="auto" w:fill="EAF3F7"/>
            <w:tcMar>
              <w:top w:w="90" w:type="dxa"/>
              <w:left w:w="120" w:type="dxa"/>
              <w:bottom w:w="90" w:type="dxa"/>
              <w:right w:w="120" w:type="dxa"/>
            </w:tcMar>
            <w:vAlign w:val="center"/>
          </w:tcPr>
          <w:p w14:paraId="0E75BE2F" w14:textId="77777777" w:rsidR="001C7FD1" w:rsidRDefault="003F5285">
            <w:pPr>
              <w:spacing w:after="0" w:line="240" w:lineRule="auto"/>
            </w:pPr>
            <w:r>
              <w:rPr>
                <w:rFonts w:eastAsia="Arial"/>
                <w:b/>
                <w:color w:val="2A7DB8"/>
              </w:rPr>
              <w:t xml:space="preserve">Rating guide: </w:t>
            </w:r>
            <w:r>
              <w:rPr>
                <w:rFonts w:eastAsia="Arial"/>
              </w:rPr>
              <w:t>Enter 0 = independent/no extra support; 1 = occasional cue, check or adaptation; 2 = regular prompting, set-up or partial help; 3 = frequent supervision or hands-on help; 4 = unable or unsafe without full/continuous help; N/A = not applicable or not observed. For children, consider what is ordinarily expected for the same age.</w:t>
            </w:r>
          </w:p>
        </w:tc>
      </w:tr>
    </w:tbl>
    <w:p w14:paraId="6845D1E3" w14:textId="77777777" w:rsidR="001C7FD1" w:rsidRDefault="003F5285">
      <w:pPr>
        <w:spacing w:before="100" w:after="0" w:line="72" w:lineRule="auto"/>
      </w:pPr>
      <w:r>
        <w:rPr>
          <w:rFonts w:eastAsia="Arial"/>
          <w:color w:val="FFFFFF"/>
          <w:sz w:val="8"/>
        </w:rPr>
        <w:t xml:space="preserve"> </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4760"/>
        <w:gridCol w:w="1280"/>
        <w:gridCol w:w="3600"/>
      </w:tblGrid>
      <w:tr w:rsidR="001C7FD1" w14:paraId="7F54407D" w14:textId="77777777">
        <w:trPr>
          <w:cantSplit/>
          <w:tblHeader/>
        </w:trPr>
        <w:tc>
          <w:tcPr>
            <w:tcW w:w="4760" w:type="dxa"/>
            <w:shd w:val="clear" w:color="auto" w:fill="4B1F26"/>
            <w:tcMar>
              <w:top w:w="90" w:type="dxa"/>
              <w:left w:w="120" w:type="dxa"/>
              <w:bottom w:w="90" w:type="dxa"/>
              <w:right w:w="120" w:type="dxa"/>
            </w:tcMar>
            <w:vAlign w:val="center"/>
          </w:tcPr>
          <w:p w14:paraId="5991CFE0" w14:textId="77777777" w:rsidR="001C7FD1" w:rsidRDefault="003F5285">
            <w:pPr>
              <w:spacing w:after="0" w:line="240" w:lineRule="auto"/>
            </w:pPr>
            <w:r>
              <w:rPr>
                <w:rFonts w:eastAsia="Arial"/>
                <w:b/>
                <w:color w:val="FFFFFF"/>
              </w:rPr>
              <w:lastRenderedPageBreak/>
              <w:t>Everyday area / question</w:t>
            </w:r>
          </w:p>
        </w:tc>
        <w:tc>
          <w:tcPr>
            <w:tcW w:w="1280" w:type="dxa"/>
            <w:shd w:val="clear" w:color="auto" w:fill="4B1F26"/>
            <w:tcMar>
              <w:top w:w="90" w:type="dxa"/>
              <w:left w:w="120" w:type="dxa"/>
              <w:bottom w:w="90" w:type="dxa"/>
              <w:right w:w="120" w:type="dxa"/>
            </w:tcMar>
            <w:vAlign w:val="center"/>
          </w:tcPr>
          <w:p w14:paraId="49E0991E" w14:textId="77777777" w:rsidR="001C7FD1" w:rsidRDefault="003F5285">
            <w:pPr>
              <w:spacing w:after="0" w:line="240" w:lineRule="auto"/>
            </w:pPr>
            <w:r>
              <w:rPr>
                <w:rFonts w:eastAsia="Arial"/>
                <w:b/>
                <w:color w:val="FFFFFF"/>
              </w:rPr>
              <w:t>Rating</w:t>
            </w:r>
            <w:r>
              <w:rPr>
                <w:rFonts w:eastAsia="Arial"/>
                <w:b/>
                <w:color w:val="FFFFFF"/>
              </w:rPr>
              <w:br/>
              <w:t>0-4 / N/A</w:t>
            </w:r>
          </w:p>
        </w:tc>
        <w:tc>
          <w:tcPr>
            <w:tcW w:w="3600" w:type="dxa"/>
            <w:shd w:val="clear" w:color="auto" w:fill="4B1F26"/>
            <w:tcMar>
              <w:top w:w="90" w:type="dxa"/>
              <w:left w:w="120" w:type="dxa"/>
              <w:bottom w:w="90" w:type="dxa"/>
              <w:right w:w="120" w:type="dxa"/>
            </w:tcMar>
            <w:vAlign w:val="center"/>
          </w:tcPr>
          <w:p w14:paraId="485EFE72" w14:textId="77777777" w:rsidR="001C7FD1" w:rsidRDefault="003F5285">
            <w:pPr>
              <w:spacing w:after="0" w:line="240" w:lineRule="auto"/>
            </w:pPr>
            <w:r>
              <w:rPr>
                <w:rFonts w:eastAsia="Arial"/>
                <w:b/>
                <w:color w:val="FFFFFF"/>
              </w:rPr>
              <w:t>Example, support needed and functional impact</w:t>
            </w:r>
          </w:p>
        </w:tc>
      </w:tr>
      <w:tr w:rsidR="001C7FD1" w14:paraId="385F211D" w14:textId="77777777">
        <w:trPr>
          <w:cantSplit/>
        </w:trPr>
        <w:tc>
          <w:tcPr>
            <w:tcW w:w="4760" w:type="dxa"/>
          </w:tcPr>
          <w:p w14:paraId="5E3AFCE2" w14:textId="77777777" w:rsidR="001C7FD1" w:rsidRDefault="003F5285">
            <w:pPr>
              <w:spacing w:after="0" w:line="240" w:lineRule="auto"/>
            </w:pPr>
            <w:r>
              <w:rPr>
                <w:rFonts w:eastAsia="Arial"/>
                <w:b/>
              </w:rPr>
              <w:t>Recognising and naming emotions or body signs of stress</w:t>
            </w:r>
          </w:p>
        </w:tc>
        <w:tc>
          <w:tcPr>
            <w:tcW w:w="1280" w:type="dxa"/>
          </w:tcPr>
          <w:p w14:paraId="18046583" w14:textId="77777777" w:rsidR="001C7FD1" w:rsidRDefault="003F5285">
            <w:pPr>
              <w:spacing w:after="0" w:line="240" w:lineRule="auto"/>
              <w:jc w:val="center"/>
            </w:pPr>
            <w:sdt>
              <w:sdtPr>
                <w:alias w:val="R232"/>
                <w:tag w:val="R232"/>
                <w:id w:val="100232"/>
                <w:text/>
              </w:sdtPr>
              <w:sdtEndPr/>
              <w:sdtContent>
                <w:r>
                  <w:rPr>
                    <w:rFonts w:eastAsia="Arial"/>
                    <w:color w:val="555555"/>
                  </w:rPr>
                  <w:t>0-4 / N/A</w:t>
                </w:r>
              </w:sdtContent>
            </w:sdt>
          </w:p>
        </w:tc>
        <w:tc>
          <w:tcPr>
            <w:tcW w:w="3600" w:type="dxa"/>
          </w:tcPr>
          <w:p w14:paraId="7BB70C48" w14:textId="77777777" w:rsidR="001C7FD1" w:rsidRDefault="003F5285">
            <w:pPr>
              <w:spacing w:after="0" w:line="240" w:lineRule="auto"/>
            </w:pPr>
            <w:sdt>
              <w:sdtPr>
                <w:alias w:val="T233"/>
                <w:tag w:val="T233"/>
                <w:id w:val="100233"/>
                <w:text/>
              </w:sdtPr>
              <w:sdtEndPr/>
              <w:sdtContent>
                <w:r>
                  <w:rPr>
                    <w:rFonts w:eastAsia="Arial"/>
                    <w:color w:val="555555"/>
                  </w:rPr>
                  <w:t>Click or tap to type</w:t>
                </w:r>
              </w:sdtContent>
            </w:sdt>
          </w:p>
        </w:tc>
      </w:tr>
      <w:tr w:rsidR="001C7FD1" w14:paraId="3B43102E" w14:textId="77777777">
        <w:trPr>
          <w:cantSplit/>
        </w:trPr>
        <w:tc>
          <w:tcPr>
            <w:tcW w:w="4760" w:type="dxa"/>
            <w:shd w:val="clear" w:color="auto" w:fill="F5F4EF"/>
          </w:tcPr>
          <w:p w14:paraId="34863239" w14:textId="77777777" w:rsidR="001C7FD1" w:rsidRDefault="003F5285">
            <w:pPr>
              <w:spacing w:after="0" w:line="240" w:lineRule="auto"/>
            </w:pPr>
            <w:r>
              <w:rPr>
                <w:rFonts w:eastAsia="Arial"/>
                <w:b/>
              </w:rPr>
              <w:t>Communicating worry, sadness, anger, fear or overwhelm</w:t>
            </w:r>
          </w:p>
        </w:tc>
        <w:tc>
          <w:tcPr>
            <w:tcW w:w="1280" w:type="dxa"/>
            <w:shd w:val="clear" w:color="auto" w:fill="F5F4EF"/>
          </w:tcPr>
          <w:p w14:paraId="1B4182A3" w14:textId="77777777" w:rsidR="001C7FD1" w:rsidRDefault="003F5285">
            <w:pPr>
              <w:spacing w:after="0" w:line="240" w:lineRule="auto"/>
              <w:jc w:val="center"/>
            </w:pPr>
            <w:sdt>
              <w:sdtPr>
                <w:alias w:val="R234"/>
                <w:tag w:val="R234"/>
                <w:id w:val="100234"/>
                <w:text/>
              </w:sdtPr>
              <w:sdtEndPr/>
              <w:sdtContent>
                <w:r>
                  <w:rPr>
                    <w:rFonts w:eastAsia="Arial"/>
                    <w:color w:val="555555"/>
                  </w:rPr>
                  <w:t>0-4 / N/A</w:t>
                </w:r>
              </w:sdtContent>
            </w:sdt>
          </w:p>
        </w:tc>
        <w:tc>
          <w:tcPr>
            <w:tcW w:w="3600" w:type="dxa"/>
            <w:shd w:val="clear" w:color="auto" w:fill="F5F4EF"/>
          </w:tcPr>
          <w:p w14:paraId="3B3D5718" w14:textId="77777777" w:rsidR="001C7FD1" w:rsidRDefault="003F5285">
            <w:pPr>
              <w:spacing w:after="0" w:line="240" w:lineRule="auto"/>
            </w:pPr>
            <w:sdt>
              <w:sdtPr>
                <w:alias w:val="T235"/>
                <w:tag w:val="T235"/>
                <w:id w:val="100235"/>
                <w:text/>
              </w:sdtPr>
              <w:sdtEndPr/>
              <w:sdtContent>
                <w:r>
                  <w:rPr>
                    <w:rFonts w:eastAsia="Arial"/>
                    <w:color w:val="555555"/>
                  </w:rPr>
                  <w:t>Click or tap to type</w:t>
                </w:r>
              </w:sdtContent>
            </w:sdt>
          </w:p>
        </w:tc>
      </w:tr>
      <w:tr w:rsidR="001C7FD1" w14:paraId="45E45B5C" w14:textId="77777777">
        <w:trPr>
          <w:cantSplit/>
        </w:trPr>
        <w:tc>
          <w:tcPr>
            <w:tcW w:w="4760" w:type="dxa"/>
          </w:tcPr>
          <w:p w14:paraId="16D09419" w14:textId="77777777" w:rsidR="001C7FD1" w:rsidRDefault="003F5285">
            <w:pPr>
              <w:spacing w:after="0" w:line="240" w:lineRule="auto"/>
            </w:pPr>
            <w:r>
              <w:rPr>
                <w:rFonts w:eastAsia="Arial"/>
                <w:b/>
              </w:rPr>
              <w:t>Managing everyday worry and uncertainty</w:t>
            </w:r>
          </w:p>
        </w:tc>
        <w:tc>
          <w:tcPr>
            <w:tcW w:w="1280" w:type="dxa"/>
          </w:tcPr>
          <w:p w14:paraId="5ACE3F53" w14:textId="77777777" w:rsidR="001C7FD1" w:rsidRDefault="003F5285">
            <w:pPr>
              <w:spacing w:after="0" w:line="240" w:lineRule="auto"/>
              <w:jc w:val="center"/>
            </w:pPr>
            <w:sdt>
              <w:sdtPr>
                <w:alias w:val="R236"/>
                <w:tag w:val="R236"/>
                <w:id w:val="100236"/>
                <w:text/>
              </w:sdtPr>
              <w:sdtEndPr/>
              <w:sdtContent>
                <w:r>
                  <w:rPr>
                    <w:rFonts w:eastAsia="Arial"/>
                    <w:color w:val="555555"/>
                  </w:rPr>
                  <w:t>0-4 / N/A</w:t>
                </w:r>
              </w:sdtContent>
            </w:sdt>
          </w:p>
        </w:tc>
        <w:tc>
          <w:tcPr>
            <w:tcW w:w="3600" w:type="dxa"/>
          </w:tcPr>
          <w:p w14:paraId="35602E7E" w14:textId="77777777" w:rsidR="001C7FD1" w:rsidRDefault="003F5285">
            <w:pPr>
              <w:spacing w:after="0" w:line="240" w:lineRule="auto"/>
            </w:pPr>
            <w:sdt>
              <w:sdtPr>
                <w:alias w:val="T237"/>
                <w:tag w:val="T237"/>
                <w:id w:val="100237"/>
                <w:text/>
              </w:sdtPr>
              <w:sdtEndPr/>
              <w:sdtContent>
                <w:r>
                  <w:rPr>
                    <w:rFonts w:eastAsia="Arial"/>
                    <w:color w:val="555555"/>
                  </w:rPr>
                  <w:t>Click or tap to type</w:t>
                </w:r>
              </w:sdtContent>
            </w:sdt>
          </w:p>
        </w:tc>
      </w:tr>
      <w:tr w:rsidR="001C7FD1" w14:paraId="23115E49" w14:textId="77777777">
        <w:trPr>
          <w:cantSplit/>
        </w:trPr>
        <w:tc>
          <w:tcPr>
            <w:tcW w:w="4760" w:type="dxa"/>
            <w:shd w:val="clear" w:color="auto" w:fill="F5F4EF"/>
          </w:tcPr>
          <w:p w14:paraId="6491AC1D" w14:textId="77777777" w:rsidR="001C7FD1" w:rsidRDefault="003F5285">
            <w:pPr>
              <w:spacing w:after="0" w:line="240" w:lineRule="auto"/>
            </w:pPr>
            <w:r>
              <w:rPr>
                <w:rFonts w:eastAsia="Arial"/>
                <w:b/>
              </w:rPr>
              <w:t>Separating from trusted people or being alone when age-appropriate</w:t>
            </w:r>
          </w:p>
        </w:tc>
        <w:tc>
          <w:tcPr>
            <w:tcW w:w="1280" w:type="dxa"/>
            <w:shd w:val="clear" w:color="auto" w:fill="F5F4EF"/>
          </w:tcPr>
          <w:p w14:paraId="4384D09E" w14:textId="77777777" w:rsidR="001C7FD1" w:rsidRDefault="003F5285">
            <w:pPr>
              <w:spacing w:after="0" w:line="240" w:lineRule="auto"/>
              <w:jc w:val="center"/>
            </w:pPr>
            <w:sdt>
              <w:sdtPr>
                <w:alias w:val="R238"/>
                <w:tag w:val="R238"/>
                <w:id w:val="100238"/>
                <w:text/>
              </w:sdtPr>
              <w:sdtEndPr/>
              <w:sdtContent>
                <w:r>
                  <w:rPr>
                    <w:rFonts w:eastAsia="Arial"/>
                    <w:color w:val="555555"/>
                  </w:rPr>
                  <w:t>0-4 / N/A</w:t>
                </w:r>
              </w:sdtContent>
            </w:sdt>
          </w:p>
        </w:tc>
        <w:tc>
          <w:tcPr>
            <w:tcW w:w="3600" w:type="dxa"/>
            <w:shd w:val="clear" w:color="auto" w:fill="F5F4EF"/>
          </w:tcPr>
          <w:p w14:paraId="59440F72" w14:textId="77777777" w:rsidR="001C7FD1" w:rsidRDefault="003F5285">
            <w:pPr>
              <w:spacing w:after="0" w:line="240" w:lineRule="auto"/>
            </w:pPr>
            <w:sdt>
              <w:sdtPr>
                <w:alias w:val="T239"/>
                <w:tag w:val="T239"/>
                <w:id w:val="100239"/>
                <w:text/>
              </w:sdtPr>
              <w:sdtEndPr/>
              <w:sdtContent>
                <w:r>
                  <w:rPr>
                    <w:rFonts w:eastAsia="Arial"/>
                    <w:color w:val="555555"/>
                  </w:rPr>
                  <w:t>Click or tap to type</w:t>
                </w:r>
              </w:sdtContent>
            </w:sdt>
          </w:p>
        </w:tc>
      </w:tr>
      <w:tr w:rsidR="001C7FD1" w14:paraId="61611648" w14:textId="77777777">
        <w:trPr>
          <w:cantSplit/>
        </w:trPr>
        <w:tc>
          <w:tcPr>
            <w:tcW w:w="4760" w:type="dxa"/>
          </w:tcPr>
          <w:p w14:paraId="6C5AD023" w14:textId="77777777" w:rsidR="001C7FD1" w:rsidRDefault="003F5285">
            <w:pPr>
              <w:spacing w:after="0" w:line="240" w:lineRule="auto"/>
            </w:pPr>
            <w:r>
              <w:rPr>
                <w:rFonts w:eastAsia="Arial"/>
                <w:b/>
              </w:rPr>
              <w:t>Entering unfamiliar places or meeting unfamiliar people</w:t>
            </w:r>
          </w:p>
        </w:tc>
        <w:tc>
          <w:tcPr>
            <w:tcW w:w="1280" w:type="dxa"/>
          </w:tcPr>
          <w:p w14:paraId="72EFC2B3" w14:textId="77777777" w:rsidR="001C7FD1" w:rsidRDefault="003F5285">
            <w:pPr>
              <w:spacing w:after="0" w:line="240" w:lineRule="auto"/>
              <w:jc w:val="center"/>
            </w:pPr>
            <w:sdt>
              <w:sdtPr>
                <w:alias w:val="R240"/>
                <w:tag w:val="R240"/>
                <w:id w:val="100240"/>
                <w:text/>
              </w:sdtPr>
              <w:sdtEndPr/>
              <w:sdtContent>
                <w:r>
                  <w:rPr>
                    <w:rFonts w:eastAsia="Arial"/>
                    <w:color w:val="555555"/>
                  </w:rPr>
                  <w:t>0-4 / N/A</w:t>
                </w:r>
              </w:sdtContent>
            </w:sdt>
          </w:p>
        </w:tc>
        <w:tc>
          <w:tcPr>
            <w:tcW w:w="3600" w:type="dxa"/>
          </w:tcPr>
          <w:p w14:paraId="730D541F" w14:textId="77777777" w:rsidR="001C7FD1" w:rsidRDefault="003F5285">
            <w:pPr>
              <w:spacing w:after="0" w:line="240" w:lineRule="auto"/>
            </w:pPr>
            <w:sdt>
              <w:sdtPr>
                <w:alias w:val="T241"/>
                <w:tag w:val="T241"/>
                <w:id w:val="100241"/>
                <w:text/>
              </w:sdtPr>
              <w:sdtEndPr/>
              <w:sdtContent>
                <w:r>
                  <w:rPr>
                    <w:rFonts w:eastAsia="Arial"/>
                    <w:color w:val="555555"/>
                  </w:rPr>
                  <w:t>Click or tap to type</w:t>
                </w:r>
              </w:sdtContent>
            </w:sdt>
          </w:p>
        </w:tc>
      </w:tr>
      <w:tr w:rsidR="001C7FD1" w14:paraId="2D2AFB98" w14:textId="77777777">
        <w:trPr>
          <w:cantSplit/>
        </w:trPr>
        <w:tc>
          <w:tcPr>
            <w:tcW w:w="4760" w:type="dxa"/>
            <w:shd w:val="clear" w:color="auto" w:fill="F5F4EF"/>
          </w:tcPr>
          <w:p w14:paraId="64A0AD15" w14:textId="77777777" w:rsidR="001C7FD1" w:rsidRDefault="003F5285">
            <w:pPr>
              <w:spacing w:after="0" w:line="240" w:lineRule="auto"/>
            </w:pPr>
            <w:r>
              <w:rPr>
                <w:rFonts w:eastAsia="Arial"/>
                <w:b/>
              </w:rPr>
              <w:t>Coping with mistakes, feedback, disappointment or losing</w:t>
            </w:r>
          </w:p>
        </w:tc>
        <w:tc>
          <w:tcPr>
            <w:tcW w:w="1280" w:type="dxa"/>
            <w:shd w:val="clear" w:color="auto" w:fill="F5F4EF"/>
          </w:tcPr>
          <w:p w14:paraId="031CF22C" w14:textId="77777777" w:rsidR="001C7FD1" w:rsidRDefault="003F5285">
            <w:pPr>
              <w:spacing w:after="0" w:line="240" w:lineRule="auto"/>
              <w:jc w:val="center"/>
            </w:pPr>
            <w:sdt>
              <w:sdtPr>
                <w:alias w:val="R242"/>
                <w:tag w:val="R242"/>
                <w:id w:val="100242"/>
                <w:text/>
              </w:sdtPr>
              <w:sdtEndPr/>
              <w:sdtContent>
                <w:r>
                  <w:rPr>
                    <w:rFonts w:eastAsia="Arial"/>
                    <w:color w:val="555555"/>
                  </w:rPr>
                  <w:t>0-4 / N/A</w:t>
                </w:r>
              </w:sdtContent>
            </w:sdt>
          </w:p>
        </w:tc>
        <w:tc>
          <w:tcPr>
            <w:tcW w:w="3600" w:type="dxa"/>
            <w:shd w:val="clear" w:color="auto" w:fill="F5F4EF"/>
          </w:tcPr>
          <w:p w14:paraId="088338E9" w14:textId="77777777" w:rsidR="001C7FD1" w:rsidRDefault="003F5285">
            <w:pPr>
              <w:spacing w:after="0" w:line="240" w:lineRule="auto"/>
            </w:pPr>
            <w:sdt>
              <w:sdtPr>
                <w:alias w:val="T243"/>
                <w:tag w:val="T243"/>
                <w:id w:val="100243"/>
                <w:text/>
              </w:sdtPr>
              <w:sdtEndPr/>
              <w:sdtContent>
                <w:r>
                  <w:rPr>
                    <w:rFonts w:eastAsia="Arial"/>
                    <w:color w:val="555555"/>
                  </w:rPr>
                  <w:t>Click or tap to type</w:t>
                </w:r>
              </w:sdtContent>
            </w:sdt>
          </w:p>
        </w:tc>
      </w:tr>
      <w:tr w:rsidR="001C7FD1" w14:paraId="1A8D2278" w14:textId="77777777">
        <w:trPr>
          <w:cantSplit/>
        </w:trPr>
        <w:tc>
          <w:tcPr>
            <w:tcW w:w="4760" w:type="dxa"/>
          </w:tcPr>
          <w:p w14:paraId="6502C27C" w14:textId="77777777" w:rsidR="001C7FD1" w:rsidRDefault="003F5285">
            <w:pPr>
              <w:spacing w:after="0" w:line="240" w:lineRule="auto"/>
            </w:pPr>
            <w:r>
              <w:rPr>
                <w:rFonts w:eastAsia="Arial"/>
                <w:b/>
              </w:rPr>
              <w:t>Managing frustration and recovering from distress</w:t>
            </w:r>
          </w:p>
        </w:tc>
        <w:tc>
          <w:tcPr>
            <w:tcW w:w="1280" w:type="dxa"/>
          </w:tcPr>
          <w:p w14:paraId="35EBFC8E" w14:textId="77777777" w:rsidR="001C7FD1" w:rsidRDefault="003F5285">
            <w:pPr>
              <w:spacing w:after="0" w:line="240" w:lineRule="auto"/>
              <w:jc w:val="center"/>
            </w:pPr>
            <w:sdt>
              <w:sdtPr>
                <w:alias w:val="R244"/>
                <w:tag w:val="R244"/>
                <w:id w:val="100244"/>
                <w:text/>
              </w:sdtPr>
              <w:sdtEndPr/>
              <w:sdtContent>
                <w:r>
                  <w:rPr>
                    <w:rFonts w:eastAsia="Arial"/>
                    <w:color w:val="555555"/>
                  </w:rPr>
                  <w:t>0-4 / N/A</w:t>
                </w:r>
              </w:sdtContent>
            </w:sdt>
          </w:p>
        </w:tc>
        <w:tc>
          <w:tcPr>
            <w:tcW w:w="3600" w:type="dxa"/>
          </w:tcPr>
          <w:p w14:paraId="3944AC27" w14:textId="77777777" w:rsidR="001C7FD1" w:rsidRDefault="003F5285">
            <w:pPr>
              <w:spacing w:after="0" w:line="240" w:lineRule="auto"/>
            </w:pPr>
            <w:sdt>
              <w:sdtPr>
                <w:alias w:val="T245"/>
                <w:tag w:val="T245"/>
                <w:id w:val="100245"/>
                <w:text/>
              </w:sdtPr>
              <w:sdtEndPr/>
              <w:sdtContent>
                <w:r>
                  <w:rPr>
                    <w:rFonts w:eastAsia="Arial"/>
                    <w:color w:val="555555"/>
                  </w:rPr>
                  <w:t>Click or tap to type</w:t>
                </w:r>
              </w:sdtContent>
            </w:sdt>
          </w:p>
        </w:tc>
      </w:tr>
      <w:tr w:rsidR="001C7FD1" w14:paraId="0F981DA9" w14:textId="77777777">
        <w:trPr>
          <w:cantSplit/>
        </w:trPr>
        <w:tc>
          <w:tcPr>
            <w:tcW w:w="4760" w:type="dxa"/>
            <w:shd w:val="clear" w:color="auto" w:fill="F5F4EF"/>
          </w:tcPr>
          <w:p w14:paraId="33702851" w14:textId="77777777" w:rsidR="001C7FD1" w:rsidRDefault="003F5285">
            <w:pPr>
              <w:spacing w:after="0" w:line="240" w:lineRule="auto"/>
            </w:pPr>
            <w:r>
              <w:rPr>
                <w:rFonts w:eastAsia="Arial"/>
                <w:b/>
              </w:rPr>
              <w:t>Using calming strategies before distress becomes a crisis</w:t>
            </w:r>
          </w:p>
        </w:tc>
        <w:tc>
          <w:tcPr>
            <w:tcW w:w="1280" w:type="dxa"/>
            <w:shd w:val="clear" w:color="auto" w:fill="F5F4EF"/>
          </w:tcPr>
          <w:p w14:paraId="70C77348" w14:textId="77777777" w:rsidR="001C7FD1" w:rsidRDefault="003F5285">
            <w:pPr>
              <w:spacing w:after="0" w:line="240" w:lineRule="auto"/>
              <w:jc w:val="center"/>
            </w:pPr>
            <w:sdt>
              <w:sdtPr>
                <w:alias w:val="R246"/>
                <w:tag w:val="R246"/>
                <w:id w:val="100246"/>
                <w:text/>
              </w:sdtPr>
              <w:sdtEndPr/>
              <w:sdtContent>
                <w:r>
                  <w:rPr>
                    <w:rFonts w:eastAsia="Arial"/>
                    <w:color w:val="555555"/>
                  </w:rPr>
                  <w:t>0-4 / N/A</w:t>
                </w:r>
              </w:sdtContent>
            </w:sdt>
          </w:p>
        </w:tc>
        <w:tc>
          <w:tcPr>
            <w:tcW w:w="3600" w:type="dxa"/>
            <w:shd w:val="clear" w:color="auto" w:fill="F5F4EF"/>
          </w:tcPr>
          <w:p w14:paraId="2E9E726A" w14:textId="77777777" w:rsidR="001C7FD1" w:rsidRDefault="003F5285">
            <w:pPr>
              <w:spacing w:after="0" w:line="240" w:lineRule="auto"/>
            </w:pPr>
            <w:sdt>
              <w:sdtPr>
                <w:alias w:val="T247"/>
                <w:tag w:val="T247"/>
                <w:id w:val="100247"/>
                <w:text/>
              </w:sdtPr>
              <w:sdtEndPr/>
              <w:sdtContent>
                <w:r>
                  <w:rPr>
                    <w:rFonts w:eastAsia="Arial"/>
                    <w:color w:val="555555"/>
                  </w:rPr>
                  <w:t>Click or tap to type</w:t>
                </w:r>
              </w:sdtContent>
            </w:sdt>
          </w:p>
        </w:tc>
      </w:tr>
      <w:tr w:rsidR="001C7FD1" w14:paraId="61B7D58E" w14:textId="77777777">
        <w:trPr>
          <w:cantSplit/>
        </w:trPr>
        <w:tc>
          <w:tcPr>
            <w:tcW w:w="4760" w:type="dxa"/>
          </w:tcPr>
          <w:p w14:paraId="59B68501" w14:textId="77777777" w:rsidR="001C7FD1" w:rsidRDefault="003F5285">
            <w:pPr>
              <w:spacing w:after="0" w:line="240" w:lineRule="auto"/>
            </w:pPr>
            <w:r>
              <w:rPr>
                <w:rFonts w:eastAsia="Arial"/>
                <w:b/>
              </w:rPr>
              <w:t>Maintaining interest, motivation and enjoyment</w:t>
            </w:r>
          </w:p>
        </w:tc>
        <w:tc>
          <w:tcPr>
            <w:tcW w:w="1280" w:type="dxa"/>
          </w:tcPr>
          <w:p w14:paraId="4A19626F" w14:textId="77777777" w:rsidR="001C7FD1" w:rsidRDefault="003F5285">
            <w:pPr>
              <w:spacing w:after="0" w:line="240" w:lineRule="auto"/>
              <w:jc w:val="center"/>
            </w:pPr>
            <w:sdt>
              <w:sdtPr>
                <w:alias w:val="R248"/>
                <w:tag w:val="R248"/>
                <w:id w:val="100248"/>
                <w:text/>
              </w:sdtPr>
              <w:sdtEndPr/>
              <w:sdtContent>
                <w:r>
                  <w:rPr>
                    <w:rFonts w:eastAsia="Arial"/>
                    <w:color w:val="555555"/>
                  </w:rPr>
                  <w:t>0-4 / N/A</w:t>
                </w:r>
              </w:sdtContent>
            </w:sdt>
          </w:p>
        </w:tc>
        <w:tc>
          <w:tcPr>
            <w:tcW w:w="3600" w:type="dxa"/>
          </w:tcPr>
          <w:p w14:paraId="4AE22BD1" w14:textId="77777777" w:rsidR="001C7FD1" w:rsidRDefault="003F5285">
            <w:pPr>
              <w:spacing w:after="0" w:line="240" w:lineRule="auto"/>
            </w:pPr>
            <w:sdt>
              <w:sdtPr>
                <w:alias w:val="T249"/>
                <w:tag w:val="T249"/>
                <w:id w:val="100249"/>
                <w:text/>
              </w:sdtPr>
              <w:sdtEndPr/>
              <w:sdtContent>
                <w:r>
                  <w:rPr>
                    <w:rFonts w:eastAsia="Arial"/>
                    <w:color w:val="555555"/>
                  </w:rPr>
                  <w:t>Click or tap to type</w:t>
                </w:r>
              </w:sdtContent>
            </w:sdt>
          </w:p>
        </w:tc>
      </w:tr>
      <w:tr w:rsidR="001C7FD1" w14:paraId="2EEED9DA" w14:textId="77777777">
        <w:trPr>
          <w:cantSplit/>
        </w:trPr>
        <w:tc>
          <w:tcPr>
            <w:tcW w:w="4760" w:type="dxa"/>
            <w:shd w:val="clear" w:color="auto" w:fill="F5F4EF"/>
          </w:tcPr>
          <w:p w14:paraId="64888040" w14:textId="77777777" w:rsidR="001C7FD1" w:rsidRDefault="003F5285">
            <w:pPr>
              <w:spacing w:after="0" w:line="240" w:lineRule="auto"/>
            </w:pPr>
            <w:r>
              <w:rPr>
                <w:rFonts w:eastAsia="Arial"/>
                <w:b/>
              </w:rPr>
              <w:t>Maintaining a stable sense of self-worth and hope</w:t>
            </w:r>
          </w:p>
        </w:tc>
        <w:tc>
          <w:tcPr>
            <w:tcW w:w="1280" w:type="dxa"/>
            <w:shd w:val="clear" w:color="auto" w:fill="F5F4EF"/>
          </w:tcPr>
          <w:p w14:paraId="63AD0505" w14:textId="77777777" w:rsidR="001C7FD1" w:rsidRDefault="003F5285">
            <w:pPr>
              <w:spacing w:after="0" w:line="240" w:lineRule="auto"/>
              <w:jc w:val="center"/>
            </w:pPr>
            <w:sdt>
              <w:sdtPr>
                <w:alias w:val="R250"/>
                <w:tag w:val="R250"/>
                <w:id w:val="100250"/>
                <w:text/>
              </w:sdtPr>
              <w:sdtEndPr/>
              <w:sdtContent>
                <w:r>
                  <w:rPr>
                    <w:rFonts w:eastAsia="Arial"/>
                    <w:color w:val="555555"/>
                  </w:rPr>
                  <w:t>0-4 / N/A</w:t>
                </w:r>
              </w:sdtContent>
            </w:sdt>
          </w:p>
        </w:tc>
        <w:tc>
          <w:tcPr>
            <w:tcW w:w="3600" w:type="dxa"/>
            <w:shd w:val="clear" w:color="auto" w:fill="F5F4EF"/>
          </w:tcPr>
          <w:p w14:paraId="7FA66EA0" w14:textId="77777777" w:rsidR="001C7FD1" w:rsidRDefault="003F5285">
            <w:pPr>
              <w:spacing w:after="0" w:line="240" w:lineRule="auto"/>
            </w:pPr>
            <w:sdt>
              <w:sdtPr>
                <w:alias w:val="T251"/>
                <w:tag w:val="T251"/>
                <w:id w:val="100251"/>
                <w:text/>
              </w:sdtPr>
              <w:sdtEndPr/>
              <w:sdtContent>
                <w:r>
                  <w:rPr>
                    <w:rFonts w:eastAsia="Arial"/>
                    <w:color w:val="555555"/>
                  </w:rPr>
                  <w:t>Click or tap to type</w:t>
                </w:r>
              </w:sdtContent>
            </w:sdt>
          </w:p>
        </w:tc>
      </w:tr>
      <w:tr w:rsidR="001C7FD1" w14:paraId="67683CC7" w14:textId="77777777">
        <w:trPr>
          <w:cantSplit/>
        </w:trPr>
        <w:tc>
          <w:tcPr>
            <w:tcW w:w="4760" w:type="dxa"/>
          </w:tcPr>
          <w:p w14:paraId="1C283F10" w14:textId="77777777" w:rsidR="001C7FD1" w:rsidRDefault="003F5285">
            <w:pPr>
              <w:spacing w:after="0" w:line="240" w:lineRule="auto"/>
            </w:pPr>
            <w:r>
              <w:rPr>
                <w:rFonts w:eastAsia="Arial"/>
                <w:b/>
              </w:rPr>
              <w:t>Managing trauma reminders, grief or strong memories</w:t>
            </w:r>
          </w:p>
        </w:tc>
        <w:tc>
          <w:tcPr>
            <w:tcW w:w="1280" w:type="dxa"/>
          </w:tcPr>
          <w:p w14:paraId="4F080B80" w14:textId="77777777" w:rsidR="001C7FD1" w:rsidRDefault="003F5285">
            <w:pPr>
              <w:spacing w:after="0" w:line="240" w:lineRule="auto"/>
              <w:jc w:val="center"/>
            </w:pPr>
            <w:sdt>
              <w:sdtPr>
                <w:alias w:val="R252"/>
                <w:tag w:val="R252"/>
                <w:id w:val="100252"/>
                <w:text/>
              </w:sdtPr>
              <w:sdtEndPr/>
              <w:sdtContent>
                <w:r>
                  <w:rPr>
                    <w:rFonts w:eastAsia="Arial"/>
                    <w:color w:val="555555"/>
                  </w:rPr>
                  <w:t>0-4 / N/A</w:t>
                </w:r>
              </w:sdtContent>
            </w:sdt>
          </w:p>
        </w:tc>
        <w:tc>
          <w:tcPr>
            <w:tcW w:w="3600" w:type="dxa"/>
          </w:tcPr>
          <w:p w14:paraId="02ADFA4E" w14:textId="77777777" w:rsidR="001C7FD1" w:rsidRDefault="003F5285">
            <w:pPr>
              <w:spacing w:after="0" w:line="240" w:lineRule="auto"/>
            </w:pPr>
            <w:sdt>
              <w:sdtPr>
                <w:alias w:val="T253"/>
                <w:tag w:val="T253"/>
                <w:id w:val="100253"/>
                <w:text/>
              </w:sdtPr>
              <w:sdtEndPr/>
              <w:sdtContent>
                <w:r>
                  <w:rPr>
                    <w:rFonts w:eastAsia="Arial"/>
                    <w:color w:val="555555"/>
                  </w:rPr>
                  <w:t>Click or tap to type</w:t>
                </w:r>
              </w:sdtContent>
            </w:sdt>
          </w:p>
        </w:tc>
      </w:tr>
      <w:tr w:rsidR="001C7FD1" w14:paraId="42EE2743" w14:textId="77777777">
        <w:trPr>
          <w:cantSplit/>
        </w:trPr>
        <w:tc>
          <w:tcPr>
            <w:tcW w:w="4760" w:type="dxa"/>
            <w:shd w:val="clear" w:color="auto" w:fill="F5F4EF"/>
          </w:tcPr>
          <w:p w14:paraId="24F09236" w14:textId="77777777" w:rsidR="001C7FD1" w:rsidRDefault="003F5285">
            <w:pPr>
              <w:spacing w:after="0" w:line="240" w:lineRule="auto"/>
            </w:pPr>
            <w:r>
              <w:rPr>
                <w:rFonts w:eastAsia="Arial"/>
                <w:b/>
              </w:rPr>
              <w:t>Attending school, work, appointments or community activities when distressed</w:t>
            </w:r>
          </w:p>
        </w:tc>
        <w:tc>
          <w:tcPr>
            <w:tcW w:w="1280" w:type="dxa"/>
            <w:shd w:val="clear" w:color="auto" w:fill="F5F4EF"/>
          </w:tcPr>
          <w:p w14:paraId="3C25EC06" w14:textId="77777777" w:rsidR="001C7FD1" w:rsidRDefault="003F5285">
            <w:pPr>
              <w:spacing w:after="0" w:line="240" w:lineRule="auto"/>
              <w:jc w:val="center"/>
            </w:pPr>
            <w:sdt>
              <w:sdtPr>
                <w:alias w:val="R254"/>
                <w:tag w:val="R254"/>
                <w:id w:val="100254"/>
                <w:text/>
              </w:sdtPr>
              <w:sdtEndPr/>
              <w:sdtContent>
                <w:r>
                  <w:rPr>
                    <w:rFonts w:eastAsia="Arial"/>
                    <w:color w:val="555555"/>
                  </w:rPr>
                  <w:t>0-4 / N/A</w:t>
                </w:r>
              </w:sdtContent>
            </w:sdt>
          </w:p>
        </w:tc>
        <w:tc>
          <w:tcPr>
            <w:tcW w:w="3600" w:type="dxa"/>
            <w:shd w:val="clear" w:color="auto" w:fill="F5F4EF"/>
          </w:tcPr>
          <w:p w14:paraId="15DC63D2" w14:textId="77777777" w:rsidR="001C7FD1" w:rsidRDefault="003F5285">
            <w:pPr>
              <w:spacing w:after="0" w:line="240" w:lineRule="auto"/>
            </w:pPr>
            <w:sdt>
              <w:sdtPr>
                <w:alias w:val="T255"/>
                <w:tag w:val="T255"/>
                <w:id w:val="100255"/>
                <w:text/>
              </w:sdtPr>
              <w:sdtEndPr/>
              <w:sdtContent>
                <w:r>
                  <w:rPr>
                    <w:rFonts w:eastAsia="Arial"/>
                    <w:color w:val="555555"/>
                  </w:rPr>
                  <w:t>Click or tap to type</w:t>
                </w:r>
              </w:sdtContent>
            </w:sdt>
          </w:p>
        </w:tc>
      </w:tr>
      <w:tr w:rsidR="001C7FD1" w14:paraId="3CEE06DB" w14:textId="77777777">
        <w:trPr>
          <w:cantSplit/>
        </w:trPr>
        <w:tc>
          <w:tcPr>
            <w:tcW w:w="4760" w:type="dxa"/>
          </w:tcPr>
          <w:p w14:paraId="4565031E" w14:textId="77777777" w:rsidR="001C7FD1" w:rsidRDefault="003F5285">
            <w:pPr>
              <w:spacing w:after="0" w:line="240" w:lineRule="auto"/>
            </w:pPr>
            <w:r>
              <w:rPr>
                <w:rFonts w:eastAsia="Arial"/>
                <w:b/>
              </w:rPr>
              <w:t>Keeping self and others safe during emotional escalation</w:t>
            </w:r>
          </w:p>
        </w:tc>
        <w:tc>
          <w:tcPr>
            <w:tcW w:w="1280" w:type="dxa"/>
          </w:tcPr>
          <w:p w14:paraId="4F355E34" w14:textId="77777777" w:rsidR="001C7FD1" w:rsidRDefault="003F5285">
            <w:pPr>
              <w:spacing w:after="0" w:line="240" w:lineRule="auto"/>
              <w:jc w:val="center"/>
            </w:pPr>
            <w:sdt>
              <w:sdtPr>
                <w:alias w:val="R256"/>
                <w:tag w:val="R256"/>
                <w:id w:val="100256"/>
                <w:text/>
              </w:sdtPr>
              <w:sdtEndPr/>
              <w:sdtContent>
                <w:r>
                  <w:rPr>
                    <w:rFonts w:eastAsia="Arial"/>
                    <w:color w:val="555555"/>
                  </w:rPr>
                  <w:t>0-4 / N/A</w:t>
                </w:r>
              </w:sdtContent>
            </w:sdt>
          </w:p>
        </w:tc>
        <w:tc>
          <w:tcPr>
            <w:tcW w:w="3600" w:type="dxa"/>
          </w:tcPr>
          <w:p w14:paraId="4D6BD598" w14:textId="77777777" w:rsidR="001C7FD1" w:rsidRDefault="003F5285">
            <w:pPr>
              <w:spacing w:after="0" w:line="240" w:lineRule="auto"/>
            </w:pPr>
            <w:sdt>
              <w:sdtPr>
                <w:alias w:val="T257"/>
                <w:tag w:val="T257"/>
                <w:id w:val="100257"/>
                <w:text/>
              </w:sdtPr>
              <w:sdtEndPr/>
              <w:sdtContent>
                <w:r>
                  <w:rPr>
                    <w:rFonts w:eastAsia="Arial"/>
                    <w:color w:val="555555"/>
                  </w:rPr>
                  <w:t>Click or tap to type</w:t>
                </w:r>
              </w:sdtContent>
            </w:sdt>
          </w:p>
        </w:tc>
      </w:tr>
      <w:tr w:rsidR="001C7FD1" w14:paraId="7B0DDD8E" w14:textId="77777777">
        <w:trPr>
          <w:cantSplit/>
        </w:trPr>
        <w:tc>
          <w:tcPr>
            <w:tcW w:w="4760" w:type="dxa"/>
            <w:shd w:val="clear" w:color="auto" w:fill="F5F4EF"/>
          </w:tcPr>
          <w:p w14:paraId="1289C2D9" w14:textId="77777777" w:rsidR="001C7FD1" w:rsidRDefault="003F5285">
            <w:pPr>
              <w:spacing w:after="0" w:line="240" w:lineRule="auto"/>
            </w:pPr>
            <w:r>
              <w:rPr>
                <w:rFonts w:eastAsia="Arial"/>
                <w:b/>
              </w:rPr>
              <w:t>Recovering after shutdown, panic, meltdown or conflict</w:t>
            </w:r>
          </w:p>
        </w:tc>
        <w:tc>
          <w:tcPr>
            <w:tcW w:w="1280" w:type="dxa"/>
            <w:shd w:val="clear" w:color="auto" w:fill="F5F4EF"/>
          </w:tcPr>
          <w:p w14:paraId="4A04B6A7" w14:textId="77777777" w:rsidR="001C7FD1" w:rsidRDefault="003F5285">
            <w:pPr>
              <w:spacing w:after="0" w:line="240" w:lineRule="auto"/>
              <w:jc w:val="center"/>
            </w:pPr>
            <w:sdt>
              <w:sdtPr>
                <w:alias w:val="R258"/>
                <w:tag w:val="R258"/>
                <w:id w:val="100258"/>
                <w:text/>
              </w:sdtPr>
              <w:sdtEndPr/>
              <w:sdtContent>
                <w:r>
                  <w:rPr>
                    <w:rFonts w:eastAsia="Arial"/>
                    <w:color w:val="555555"/>
                  </w:rPr>
                  <w:t>0-4 / N/A</w:t>
                </w:r>
              </w:sdtContent>
            </w:sdt>
          </w:p>
        </w:tc>
        <w:tc>
          <w:tcPr>
            <w:tcW w:w="3600" w:type="dxa"/>
            <w:shd w:val="clear" w:color="auto" w:fill="F5F4EF"/>
          </w:tcPr>
          <w:p w14:paraId="31E00ADF" w14:textId="77777777" w:rsidR="001C7FD1" w:rsidRDefault="003F5285">
            <w:pPr>
              <w:spacing w:after="0" w:line="240" w:lineRule="auto"/>
            </w:pPr>
            <w:sdt>
              <w:sdtPr>
                <w:alias w:val="T259"/>
                <w:tag w:val="T259"/>
                <w:id w:val="100259"/>
                <w:text/>
              </w:sdtPr>
              <w:sdtEndPr/>
              <w:sdtContent>
                <w:r>
                  <w:rPr>
                    <w:rFonts w:eastAsia="Arial"/>
                    <w:color w:val="555555"/>
                  </w:rPr>
                  <w:t>Click or tap to type</w:t>
                </w:r>
              </w:sdtContent>
            </w:sdt>
          </w:p>
        </w:tc>
      </w:tr>
      <w:tr w:rsidR="001C7FD1" w14:paraId="0D73FEB4" w14:textId="77777777">
        <w:trPr>
          <w:cantSplit/>
        </w:trPr>
        <w:tc>
          <w:tcPr>
            <w:tcW w:w="4760" w:type="dxa"/>
          </w:tcPr>
          <w:p w14:paraId="5DF99AE7" w14:textId="77777777" w:rsidR="001C7FD1" w:rsidRDefault="003F5285">
            <w:pPr>
              <w:spacing w:after="0" w:line="240" w:lineRule="auto"/>
            </w:pPr>
            <w:r>
              <w:rPr>
                <w:rFonts w:eastAsia="Arial"/>
                <w:b/>
              </w:rPr>
              <w:t>Repairing relationships after a difficult event</w:t>
            </w:r>
          </w:p>
        </w:tc>
        <w:tc>
          <w:tcPr>
            <w:tcW w:w="1280" w:type="dxa"/>
          </w:tcPr>
          <w:p w14:paraId="4BB875BF" w14:textId="77777777" w:rsidR="001C7FD1" w:rsidRDefault="003F5285">
            <w:pPr>
              <w:spacing w:after="0" w:line="240" w:lineRule="auto"/>
              <w:jc w:val="center"/>
            </w:pPr>
            <w:sdt>
              <w:sdtPr>
                <w:alias w:val="R260"/>
                <w:tag w:val="R260"/>
                <w:id w:val="100260"/>
                <w:text/>
              </w:sdtPr>
              <w:sdtEndPr/>
              <w:sdtContent>
                <w:r>
                  <w:rPr>
                    <w:rFonts w:eastAsia="Arial"/>
                    <w:color w:val="555555"/>
                  </w:rPr>
                  <w:t>0-4 / N/A</w:t>
                </w:r>
              </w:sdtContent>
            </w:sdt>
          </w:p>
        </w:tc>
        <w:tc>
          <w:tcPr>
            <w:tcW w:w="3600" w:type="dxa"/>
          </w:tcPr>
          <w:p w14:paraId="7E89F474" w14:textId="77777777" w:rsidR="001C7FD1" w:rsidRDefault="003F5285">
            <w:pPr>
              <w:spacing w:after="0" w:line="240" w:lineRule="auto"/>
            </w:pPr>
            <w:sdt>
              <w:sdtPr>
                <w:alias w:val="T261"/>
                <w:tag w:val="T261"/>
                <w:id w:val="100261"/>
                <w:text/>
              </w:sdtPr>
              <w:sdtEndPr/>
              <w:sdtContent>
                <w:r>
                  <w:rPr>
                    <w:rFonts w:eastAsia="Arial"/>
                    <w:color w:val="555555"/>
                  </w:rPr>
                  <w:t>Click or tap to type</w:t>
                </w:r>
              </w:sdtContent>
            </w:sdt>
          </w:p>
        </w:tc>
      </w:tr>
      <w:tr w:rsidR="001C7FD1" w14:paraId="60D1651B" w14:textId="77777777">
        <w:trPr>
          <w:cantSplit/>
        </w:trPr>
        <w:tc>
          <w:tcPr>
            <w:tcW w:w="4760" w:type="dxa"/>
            <w:shd w:val="clear" w:color="auto" w:fill="F5F4EF"/>
          </w:tcPr>
          <w:p w14:paraId="35FEFCE8" w14:textId="77777777" w:rsidR="001C7FD1" w:rsidRDefault="003F5285">
            <w:pPr>
              <w:spacing w:after="0" w:line="240" w:lineRule="auto"/>
            </w:pPr>
            <w:r>
              <w:rPr>
                <w:rFonts w:eastAsia="Arial"/>
                <w:b/>
              </w:rPr>
              <w:t>Managing emotional and behavioural needs across different settings</w:t>
            </w:r>
          </w:p>
        </w:tc>
        <w:tc>
          <w:tcPr>
            <w:tcW w:w="1280" w:type="dxa"/>
            <w:shd w:val="clear" w:color="auto" w:fill="F5F4EF"/>
          </w:tcPr>
          <w:p w14:paraId="12392EFE" w14:textId="77777777" w:rsidR="001C7FD1" w:rsidRDefault="003F5285">
            <w:pPr>
              <w:spacing w:after="0" w:line="240" w:lineRule="auto"/>
              <w:jc w:val="center"/>
            </w:pPr>
            <w:sdt>
              <w:sdtPr>
                <w:alias w:val="R262"/>
                <w:tag w:val="R262"/>
                <w:id w:val="100262"/>
                <w:text/>
              </w:sdtPr>
              <w:sdtEndPr/>
              <w:sdtContent>
                <w:r>
                  <w:rPr>
                    <w:rFonts w:eastAsia="Arial"/>
                    <w:color w:val="555555"/>
                  </w:rPr>
                  <w:t>0-4 / N/A</w:t>
                </w:r>
              </w:sdtContent>
            </w:sdt>
          </w:p>
        </w:tc>
        <w:tc>
          <w:tcPr>
            <w:tcW w:w="3600" w:type="dxa"/>
            <w:shd w:val="clear" w:color="auto" w:fill="F5F4EF"/>
          </w:tcPr>
          <w:p w14:paraId="36CC9087" w14:textId="77777777" w:rsidR="001C7FD1" w:rsidRDefault="003F5285">
            <w:pPr>
              <w:spacing w:after="0" w:line="240" w:lineRule="auto"/>
            </w:pPr>
            <w:sdt>
              <w:sdtPr>
                <w:alias w:val="T263"/>
                <w:tag w:val="T263"/>
                <w:id w:val="100263"/>
                <w:text/>
              </w:sdtPr>
              <w:sdtEndPr/>
              <w:sdtContent>
                <w:r>
                  <w:rPr>
                    <w:rFonts w:eastAsia="Arial"/>
                    <w:color w:val="555555"/>
                  </w:rPr>
                  <w:t>Click or tap to type</w:t>
                </w:r>
              </w:sdtContent>
            </w:sdt>
          </w:p>
        </w:tc>
      </w:tr>
    </w:tbl>
    <w:p w14:paraId="5C20A362" w14:textId="77777777" w:rsidR="001C7FD1" w:rsidRDefault="003F5285">
      <w:pPr>
        <w:pStyle w:val="Heading2"/>
      </w:pPr>
      <w:r>
        <w:t>8.1 Emotional pattern and support</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300"/>
        <w:gridCol w:w="6340"/>
      </w:tblGrid>
      <w:tr w:rsidR="001C7FD1" w14:paraId="3C011F63" w14:textId="77777777">
        <w:trPr>
          <w:tblHeader/>
        </w:trPr>
        <w:tc>
          <w:tcPr>
            <w:tcW w:w="3300" w:type="dxa"/>
            <w:shd w:val="clear" w:color="auto" w:fill="4B1F26"/>
            <w:tcMar>
              <w:top w:w="90" w:type="dxa"/>
              <w:left w:w="120" w:type="dxa"/>
              <w:bottom w:w="90" w:type="dxa"/>
              <w:right w:w="120" w:type="dxa"/>
            </w:tcMar>
            <w:vAlign w:val="center"/>
          </w:tcPr>
          <w:p w14:paraId="6B28D9FD" w14:textId="77777777" w:rsidR="001C7FD1" w:rsidRDefault="003F5285">
            <w:pPr>
              <w:spacing w:after="0" w:line="240" w:lineRule="auto"/>
            </w:pPr>
            <w:r>
              <w:rPr>
                <w:rFonts w:eastAsia="Arial"/>
                <w:b/>
                <w:color w:val="FFFFFF"/>
              </w:rPr>
              <w:t>Question</w:t>
            </w:r>
          </w:p>
        </w:tc>
        <w:tc>
          <w:tcPr>
            <w:tcW w:w="6340" w:type="dxa"/>
            <w:shd w:val="clear" w:color="auto" w:fill="4B1F26"/>
            <w:tcMar>
              <w:top w:w="90" w:type="dxa"/>
              <w:left w:w="120" w:type="dxa"/>
              <w:bottom w:w="90" w:type="dxa"/>
              <w:right w:w="120" w:type="dxa"/>
            </w:tcMar>
            <w:vAlign w:val="center"/>
          </w:tcPr>
          <w:p w14:paraId="193FB4A0" w14:textId="77777777" w:rsidR="001C7FD1" w:rsidRDefault="003F5285">
            <w:pPr>
              <w:spacing w:after="0" w:line="240" w:lineRule="auto"/>
            </w:pPr>
            <w:r>
              <w:rPr>
                <w:rFonts w:eastAsia="Arial"/>
                <w:b/>
                <w:color w:val="FFFFFF"/>
              </w:rPr>
              <w:t>Your response</w:t>
            </w:r>
          </w:p>
        </w:tc>
      </w:tr>
      <w:tr w:rsidR="001C7FD1" w14:paraId="70BA88EA" w14:textId="77777777">
        <w:trPr>
          <w:cantSplit/>
        </w:trPr>
        <w:tc>
          <w:tcPr>
            <w:tcW w:w="3300" w:type="dxa"/>
            <w:shd w:val="clear" w:color="auto" w:fill="EEECE1"/>
          </w:tcPr>
          <w:p w14:paraId="121DFAD3" w14:textId="77777777" w:rsidR="001C7FD1" w:rsidRDefault="003F5285">
            <w:pPr>
              <w:spacing w:after="0" w:line="240" w:lineRule="auto"/>
            </w:pPr>
            <w:r>
              <w:rPr>
                <w:rFonts w:eastAsia="Arial"/>
                <w:b/>
                <w:color w:val="4B1F26"/>
              </w:rPr>
              <w:t>What emotional strengths and coping skills does the person already have?</w:t>
            </w:r>
          </w:p>
        </w:tc>
        <w:tc>
          <w:tcPr>
            <w:tcW w:w="6340" w:type="dxa"/>
          </w:tcPr>
          <w:p w14:paraId="232C2CAC" w14:textId="77777777" w:rsidR="001C7FD1" w:rsidRDefault="003F5285">
            <w:pPr>
              <w:spacing w:after="0" w:line="240" w:lineRule="auto"/>
            </w:pPr>
            <w:sdt>
              <w:sdtPr>
                <w:alias w:val="T264"/>
                <w:tag w:val="T264"/>
                <w:id w:val="100264"/>
                <w:text/>
              </w:sdtPr>
              <w:sdtEndPr/>
              <w:sdtContent>
                <w:r>
                  <w:rPr>
                    <w:rFonts w:eastAsia="Arial"/>
                    <w:color w:val="555555"/>
                  </w:rPr>
                  <w:t>Click or tap to type</w:t>
                </w:r>
              </w:sdtContent>
            </w:sdt>
          </w:p>
        </w:tc>
      </w:tr>
      <w:tr w:rsidR="001C7FD1" w14:paraId="3A29DC93" w14:textId="77777777">
        <w:trPr>
          <w:cantSplit/>
        </w:trPr>
        <w:tc>
          <w:tcPr>
            <w:tcW w:w="3300" w:type="dxa"/>
            <w:shd w:val="clear" w:color="auto" w:fill="EEECE1"/>
          </w:tcPr>
          <w:p w14:paraId="3F236F52" w14:textId="77777777" w:rsidR="001C7FD1" w:rsidRDefault="003F5285">
            <w:pPr>
              <w:spacing w:after="0" w:line="240" w:lineRule="auto"/>
            </w:pPr>
            <w:r>
              <w:rPr>
                <w:rFonts w:eastAsia="Arial"/>
                <w:b/>
                <w:color w:val="4B1F26"/>
              </w:rPr>
              <w:t>What are common triggers, early warning signs and escalation signs?</w:t>
            </w:r>
          </w:p>
        </w:tc>
        <w:tc>
          <w:tcPr>
            <w:tcW w:w="6340" w:type="dxa"/>
            <w:shd w:val="clear" w:color="auto" w:fill="F5F4EF"/>
          </w:tcPr>
          <w:p w14:paraId="4D726F6F" w14:textId="77777777" w:rsidR="001C7FD1" w:rsidRDefault="003F5285">
            <w:pPr>
              <w:spacing w:after="0" w:line="240" w:lineRule="auto"/>
            </w:pPr>
            <w:sdt>
              <w:sdtPr>
                <w:alias w:val="T265"/>
                <w:tag w:val="T265"/>
                <w:id w:val="100265"/>
                <w:text/>
              </w:sdtPr>
              <w:sdtEndPr/>
              <w:sdtContent>
                <w:r>
                  <w:rPr>
                    <w:rFonts w:eastAsia="Arial"/>
                    <w:color w:val="555555"/>
                  </w:rPr>
                  <w:t>Click or tap to type</w:t>
                </w:r>
              </w:sdtContent>
            </w:sdt>
          </w:p>
        </w:tc>
      </w:tr>
      <w:tr w:rsidR="001C7FD1" w14:paraId="28D12BB8" w14:textId="77777777">
        <w:trPr>
          <w:cantSplit/>
        </w:trPr>
        <w:tc>
          <w:tcPr>
            <w:tcW w:w="3300" w:type="dxa"/>
            <w:shd w:val="clear" w:color="auto" w:fill="EEECE1"/>
          </w:tcPr>
          <w:p w14:paraId="72FFD8C7" w14:textId="77777777" w:rsidR="001C7FD1" w:rsidRDefault="003F5285">
            <w:pPr>
              <w:spacing w:after="0" w:line="240" w:lineRule="auto"/>
            </w:pPr>
            <w:r>
              <w:rPr>
                <w:rFonts w:eastAsia="Arial"/>
                <w:b/>
                <w:color w:val="4B1F26"/>
              </w:rPr>
              <w:t>What does distress look like for this person?</w:t>
            </w:r>
          </w:p>
        </w:tc>
        <w:tc>
          <w:tcPr>
            <w:tcW w:w="6340" w:type="dxa"/>
          </w:tcPr>
          <w:p w14:paraId="5C2C4147" w14:textId="77777777" w:rsidR="001C7FD1" w:rsidRDefault="003F5285">
            <w:pPr>
              <w:spacing w:after="0" w:line="240" w:lineRule="auto"/>
            </w:pPr>
            <w:sdt>
              <w:sdtPr>
                <w:alias w:val="T266"/>
                <w:tag w:val="T266"/>
                <w:id w:val="100266"/>
                <w:text/>
              </w:sdtPr>
              <w:sdtEndPr/>
              <w:sdtContent>
                <w:r>
                  <w:rPr>
                    <w:rFonts w:eastAsia="Arial"/>
                    <w:color w:val="555555"/>
                  </w:rPr>
                  <w:t>Click or tap to type</w:t>
                </w:r>
              </w:sdtContent>
            </w:sdt>
          </w:p>
        </w:tc>
      </w:tr>
      <w:tr w:rsidR="001C7FD1" w14:paraId="7A8EBF11" w14:textId="77777777">
        <w:trPr>
          <w:cantSplit/>
        </w:trPr>
        <w:tc>
          <w:tcPr>
            <w:tcW w:w="3300" w:type="dxa"/>
            <w:shd w:val="clear" w:color="auto" w:fill="EEECE1"/>
          </w:tcPr>
          <w:p w14:paraId="7B86ED09" w14:textId="77777777" w:rsidR="001C7FD1" w:rsidRDefault="003F5285">
            <w:pPr>
              <w:spacing w:after="0" w:line="240" w:lineRule="auto"/>
            </w:pPr>
            <w:r>
              <w:rPr>
                <w:rFonts w:eastAsia="Arial"/>
                <w:b/>
                <w:color w:val="4B1F26"/>
              </w:rPr>
              <w:lastRenderedPageBreak/>
              <w:t>How often do significant episodes occur, how long do they last and how long is recovery?</w:t>
            </w:r>
          </w:p>
        </w:tc>
        <w:tc>
          <w:tcPr>
            <w:tcW w:w="6340" w:type="dxa"/>
            <w:shd w:val="clear" w:color="auto" w:fill="F5F4EF"/>
          </w:tcPr>
          <w:p w14:paraId="02405F25" w14:textId="77777777" w:rsidR="001C7FD1" w:rsidRDefault="003F5285">
            <w:pPr>
              <w:spacing w:after="0" w:line="240" w:lineRule="auto"/>
            </w:pPr>
            <w:sdt>
              <w:sdtPr>
                <w:alias w:val="T267"/>
                <w:tag w:val="T267"/>
                <w:id w:val="100267"/>
                <w:text/>
              </w:sdtPr>
              <w:sdtEndPr/>
              <w:sdtContent>
                <w:r>
                  <w:rPr>
                    <w:rFonts w:eastAsia="Arial"/>
                    <w:color w:val="555555"/>
                  </w:rPr>
                  <w:t>Click or tap to type</w:t>
                </w:r>
              </w:sdtContent>
            </w:sdt>
          </w:p>
        </w:tc>
      </w:tr>
      <w:tr w:rsidR="001C7FD1" w14:paraId="21490DA8" w14:textId="77777777">
        <w:trPr>
          <w:cantSplit/>
        </w:trPr>
        <w:tc>
          <w:tcPr>
            <w:tcW w:w="3300" w:type="dxa"/>
            <w:shd w:val="clear" w:color="auto" w:fill="EEECE1"/>
          </w:tcPr>
          <w:p w14:paraId="5144EAF5" w14:textId="77777777" w:rsidR="001C7FD1" w:rsidRDefault="003F5285">
            <w:pPr>
              <w:spacing w:after="0" w:line="240" w:lineRule="auto"/>
            </w:pPr>
            <w:r>
              <w:rPr>
                <w:rFonts w:eastAsia="Arial"/>
                <w:b/>
                <w:color w:val="4B1F26"/>
              </w:rPr>
              <w:t>What support helps during early stress, escalation and recovery?</w:t>
            </w:r>
          </w:p>
        </w:tc>
        <w:tc>
          <w:tcPr>
            <w:tcW w:w="6340" w:type="dxa"/>
          </w:tcPr>
          <w:p w14:paraId="5BF6AC9E" w14:textId="77777777" w:rsidR="001C7FD1" w:rsidRDefault="003F5285">
            <w:pPr>
              <w:spacing w:after="0" w:line="240" w:lineRule="auto"/>
            </w:pPr>
            <w:sdt>
              <w:sdtPr>
                <w:alias w:val="T268"/>
                <w:tag w:val="T268"/>
                <w:id w:val="100268"/>
                <w:text/>
              </w:sdtPr>
              <w:sdtEndPr/>
              <w:sdtContent>
                <w:r>
                  <w:rPr>
                    <w:rFonts w:eastAsia="Arial"/>
                    <w:color w:val="555555"/>
                  </w:rPr>
                  <w:t>Click or tap to type</w:t>
                </w:r>
              </w:sdtContent>
            </w:sdt>
          </w:p>
        </w:tc>
      </w:tr>
      <w:tr w:rsidR="001C7FD1" w14:paraId="58D87FFA" w14:textId="77777777">
        <w:trPr>
          <w:cantSplit/>
        </w:trPr>
        <w:tc>
          <w:tcPr>
            <w:tcW w:w="3300" w:type="dxa"/>
            <w:shd w:val="clear" w:color="auto" w:fill="EEECE1"/>
          </w:tcPr>
          <w:p w14:paraId="0A9D9ADC" w14:textId="77777777" w:rsidR="001C7FD1" w:rsidRDefault="003F5285">
            <w:pPr>
              <w:spacing w:after="0" w:line="240" w:lineRule="auto"/>
            </w:pPr>
            <w:r>
              <w:rPr>
                <w:rFonts w:eastAsia="Arial"/>
                <w:b/>
                <w:color w:val="4B1F26"/>
              </w:rPr>
              <w:t>Have there been changes in mood, sleep, eating, energy, interests, self-care or participation?</w:t>
            </w:r>
          </w:p>
        </w:tc>
        <w:tc>
          <w:tcPr>
            <w:tcW w:w="6340" w:type="dxa"/>
            <w:shd w:val="clear" w:color="auto" w:fill="F5F4EF"/>
          </w:tcPr>
          <w:p w14:paraId="5B4A9F92" w14:textId="77777777" w:rsidR="001C7FD1" w:rsidRDefault="003F5285">
            <w:pPr>
              <w:spacing w:after="0" w:line="240" w:lineRule="auto"/>
            </w:pPr>
            <w:sdt>
              <w:sdtPr>
                <w:alias w:val="T269"/>
                <w:tag w:val="T269"/>
                <w:id w:val="100269"/>
                <w:text/>
              </w:sdtPr>
              <w:sdtEndPr/>
              <w:sdtContent>
                <w:r>
                  <w:rPr>
                    <w:rFonts w:eastAsia="Arial"/>
                    <w:color w:val="555555"/>
                  </w:rPr>
                  <w:t>Click or tap to type</w:t>
                </w:r>
              </w:sdtContent>
            </w:sdt>
          </w:p>
        </w:tc>
      </w:tr>
      <w:tr w:rsidR="001C7FD1" w14:paraId="5D8B3EAC" w14:textId="77777777">
        <w:trPr>
          <w:cantSplit/>
        </w:trPr>
        <w:tc>
          <w:tcPr>
            <w:tcW w:w="3300" w:type="dxa"/>
            <w:shd w:val="clear" w:color="auto" w:fill="EEECE1"/>
          </w:tcPr>
          <w:p w14:paraId="04B26ECB" w14:textId="77777777" w:rsidR="001C7FD1" w:rsidRDefault="003F5285">
            <w:pPr>
              <w:spacing w:after="0" w:line="240" w:lineRule="auto"/>
            </w:pPr>
            <w:r>
              <w:rPr>
                <w:rFonts w:eastAsia="Arial"/>
                <w:b/>
                <w:color w:val="4B1F26"/>
              </w:rPr>
              <w:t>Any current or past self-injury, suicidal thoughts, suicide attempts or statements about not wanting to live?</w:t>
            </w:r>
          </w:p>
        </w:tc>
        <w:tc>
          <w:tcPr>
            <w:tcW w:w="6340" w:type="dxa"/>
          </w:tcPr>
          <w:p w14:paraId="4C511479" w14:textId="77777777" w:rsidR="001C7FD1" w:rsidRDefault="003F5285">
            <w:pPr>
              <w:spacing w:after="0" w:line="240" w:lineRule="auto"/>
            </w:pPr>
            <w:sdt>
              <w:sdtPr>
                <w:alias w:val="T270"/>
                <w:tag w:val="T270"/>
                <w:id w:val="100270"/>
                <w:text/>
              </w:sdtPr>
              <w:sdtEndPr/>
              <w:sdtContent>
                <w:r>
                  <w:rPr>
                    <w:rFonts w:eastAsia="Arial"/>
                    <w:color w:val="555555"/>
                  </w:rPr>
                  <w:t>Click or tap to type</w:t>
                </w:r>
              </w:sdtContent>
            </w:sdt>
          </w:p>
        </w:tc>
      </w:tr>
      <w:tr w:rsidR="001C7FD1" w14:paraId="6768278A" w14:textId="77777777">
        <w:trPr>
          <w:cantSplit/>
        </w:trPr>
        <w:tc>
          <w:tcPr>
            <w:tcW w:w="3300" w:type="dxa"/>
            <w:shd w:val="clear" w:color="auto" w:fill="EEECE1"/>
          </w:tcPr>
          <w:p w14:paraId="41F028B9" w14:textId="77777777" w:rsidR="001C7FD1" w:rsidRDefault="003F5285">
            <w:pPr>
              <w:spacing w:after="0" w:line="240" w:lineRule="auto"/>
            </w:pPr>
            <w:r>
              <w:rPr>
                <w:rFonts w:eastAsia="Arial"/>
                <w:b/>
                <w:color w:val="4B1F26"/>
              </w:rPr>
              <w:t>Any aggression, threats, property damage, running away or other behaviour creating safety concerns?</w:t>
            </w:r>
          </w:p>
        </w:tc>
        <w:tc>
          <w:tcPr>
            <w:tcW w:w="6340" w:type="dxa"/>
            <w:shd w:val="clear" w:color="auto" w:fill="F5F4EF"/>
          </w:tcPr>
          <w:p w14:paraId="35570BB0" w14:textId="77777777" w:rsidR="001C7FD1" w:rsidRDefault="003F5285">
            <w:pPr>
              <w:spacing w:after="0" w:line="240" w:lineRule="auto"/>
            </w:pPr>
            <w:sdt>
              <w:sdtPr>
                <w:alias w:val="T271"/>
                <w:tag w:val="T271"/>
                <w:id w:val="100271"/>
                <w:text/>
              </w:sdtPr>
              <w:sdtEndPr/>
              <w:sdtContent>
                <w:r>
                  <w:rPr>
                    <w:rFonts w:eastAsia="Arial"/>
                    <w:color w:val="555555"/>
                  </w:rPr>
                  <w:t>Click or tap to type</w:t>
                </w:r>
              </w:sdtContent>
            </w:sdt>
          </w:p>
        </w:tc>
      </w:tr>
      <w:tr w:rsidR="001C7FD1" w14:paraId="7106C0D9" w14:textId="77777777">
        <w:trPr>
          <w:cantSplit/>
        </w:trPr>
        <w:tc>
          <w:tcPr>
            <w:tcW w:w="3300" w:type="dxa"/>
            <w:shd w:val="clear" w:color="auto" w:fill="EEECE1"/>
          </w:tcPr>
          <w:p w14:paraId="21C1D9B6" w14:textId="77777777" w:rsidR="001C7FD1" w:rsidRDefault="003F5285">
            <w:pPr>
              <w:spacing w:after="0" w:line="240" w:lineRule="auto"/>
            </w:pPr>
            <w:r>
              <w:rPr>
                <w:rFonts w:eastAsia="Arial"/>
                <w:b/>
                <w:color w:val="4B1F26"/>
              </w:rPr>
              <w:t>What professional support, safety plan or behaviour support plan is in place?</w:t>
            </w:r>
          </w:p>
        </w:tc>
        <w:tc>
          <w:tcPr>
            <w:tcW w:w="6340" w:type="dxa"/>
          </w:tcPr>
          <w:p w14:paraId="24C9E945" w14:textId="77777777" w:rsidR="001C7FD1" w:rsidRDefault="003F5285">
            <w:pPr>
              <w:spacing w:after="0" w:line="240" w:lineRule="auto"/>
            </w:pPr>
            <w:sdt>
              <w:sdtPr>
                <w:alias w:val="T272"/>
                <w:tag w:val="T272"/>
                <w:id w:val="100272"/>
                <w:text/>
              </w:sdtPr>
              <w:sdtEndPr/>
              <w:sdtContent>
                <w:r>
                  <w:rPr>
                    <w:rFonts w:eastAsia="Arial"/>
                    <w:color w:val="555555"/>
                  </w:rPr>
                  <w:t>Click or tap to type</w:t>
                </w:r>
              </w:sdtContent>
            </w:sdt>
          </w:p>
        </w:tc>
      </w:tr>
    </w:tbl>
    <w:p w14:paraId="2B213B4C" w14:textId="77777777" w:rsidR="001C7FD1" w:rsidRDefault="003F5285">
      <w:pPr>
        <w:pStyle w:val="Heading1"/>
      </w:pPr>
      <w:r>
        <w:t>9. Wara Yindi Mobility and Physical Access Profile</w:t>
      </w:r>
    </w:p>
    <w:p w14:paraId="34EC8CD4" w14:textId="77777777" w:rsidR="001C7FD1" w:rsidRDefault="003F5285">
      <w:pPr>
        <w:spacing w:after="160" w:line="269" w:lineRule="auto"/>
      </w:pPr>
      <w:r>
        <w:rPr>
          <w:rFonts w:eastAsia="Arial"/>
        </w:rPr>
        <w:t>Consider safety, quality, effort, speed, pain, fatigue and recovery - not only whether the person can technically complete the movement once.</w:t>
      </w:r>
    </w:p>
    <w:tbl>
      <w:tblPr>
        <w:tblW w:w="9640" w:type="dxa"/>
        <w:tblInd w:w="120" w:type="dxa"/>
        <w:tblBorders>
          <w:top w:val="single" w:sz="6" w:space="0" w:color="DDD9C3"/>
          <w:left w:val="single" w:sz="6" w:space="0" w:color="DDD9C3"/>
          <w:bottom w:val="single" w:sz="6" w:space="0" w:color="DDD9C3"/>
          <w:right w:val="single" w:sz="6" w:space="0" w:color="DDD9C3"/>
          <w:insideH w:val="single" w:sz="6" w:space="0" w:color="DDD9C3"/>
          <w:insideV w:val="single" w:sz="6" w:space="0" w:color="DDD9C3"/>
        </w:tblBorders>
        <w:tblLayout w:type="fixed"/>
        <w:tblLook w:val="04A0" w:firstRow="1" w:lastRow="0" w:firstColumn="1" w:lastColumn="0" w:noHBand="0" w:noVBand="1"/>
      </w:tblPr>
      <w:tblGrid>
        <w:gridCol w:w="9640"/>
      </w:tblGrid>
      <w:tr w:rsidR="001C7FD1" w14:paraId="3FB34C4F" w14:textId="77777777">
        <w:trPr>
          <w:cantSplit/>
        </w:trPr>
        <w:tc>
          <w:tcPr>
            <w:tcW w:w="9640" w:type="dxa"/>
            <w:shd w:val="clear" w:color="auto" w:fill="EAF3F7"/>
            <w:tcMar>
              <w:top w:w="90" w:type="dxa"/>
              <w:left w:w="120" w:type="dxa"/>
              <w:bottom w:w="90" w:type="dxa"/>
              <w:right w:w="120" w:type="dxa"/>
            </w:tcMar>
            <w:vAlign w:val="center"/>
          </w:tcPr>
          <w:p w14:paraId="71E38006" w14:textId="77777777" w:rsidR="001C7FD1" w:rsidRDefault="003F5285">
            <w:pPr>
              <w:spacing w:after="0" w:line="240" w:lineRule="auto"/>
            </w:pPr>
            <w:r>
              <w:rPr>
                <w:rFonts w:eastAsia="Arial"/>
                <w:b/>
                <w:color w:val="2A7DB8"/>
              </w:rPr>
              <w:t xml:space="preserve">Rating guide: </w:t>
            </w:r>
            <w:r>
              <w:rPr>
                <w:rFonts w:eastAsia="Arial"/>
              </w:rPr>
              <w:t>Enter 0 = independent/no extra support; 1 = occasional cue, check or adaptation; 2 = regular prompting, set-up or partial help; 3 = frequent supervision or hands-on help; 4 = unable or unsafe without full/continuous help; N/A = not applicable or not observed. For children, consider what is ordinarily expected for the same age.</w:t>
            </w:r>
          </w:p>
        </w:tc>
      </w:tr>
    </w:tbl>
    <w:p w14:paraId="5C833C5A" w14:textId="77777777" w:rsidR="001C7FD1" w:rsidRDefault="003F5285">
      <w:pPr>
        <w:spacing w:before="100" w:after="0" w:line="72" w:lineRule="auto"/>
      </w:pPr>
      <w:r>
        <w:rPr>
          <w:rFonts w:eastAsia="Arial"/>
          <w:color w:val="FFFFFF"/>
          <w:sz w:val="8"/>
        </w:rPr>
        <w:t xml:space="preserve"> </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4760"/>
        <w:gridCol w:w="1280"/>
        <w:gridCol w:w="3600"/>
      </w:tblGrid>
      <w:tr w:rsidR="001C7FD1" w14:paraId="29DB99A9" w14:textId="77777777">
        <w:trPr>
          <w:cantSplit/>
          <w:tblHeader/>
        </w:trPr>
        <w:tc>
          <w:tcPr>
            <w:tcW w:w="4760" w:type="dxa"/>
            <w:shd w:val="clear" w:color="auto" w:fill="4B1F26"/>
            <w:tcMar>
              <w:top w:w="90" w:type="dxa"/>
              <w:left w:w="120" w:type="dxa"/>
              <w:bottom w:w="90" w:type="dxa"/>
              <w:right w:w="120" w:type="dxa"/>
            </w:tcMar>
            <w:vAlign w:val="center"/>
          </w:tcPr>
          <w:p w14:paraId="31AF37BE" w14:textId="77777777" w:rsidR="001C7FD1" w:rsidRDefault="003F5285">
            <w:pPr>
              <w:spacing w:after="0" w:line="240" w:lineRule="auto"/>
            </w:pPr>
            <w:r>
              <w:rPr>
                <w:rFonts w:eastAsia="Arial"/>
                <w:b/>
                <w:color w:val="FFFFFF"/>
              </w:rPr>
              <w:t>Everyday area / question</w:t>
            </w:r>
          </w:p>
        </w:tc>
        <w:tc>
          <w:tcPr>
            <w:tcW w:w="1280" w:type="dxa"/>
            <w:shd w:val="clear" w:color="auto" w:fill="4B1F26"/>
            <w:tcMar>
              <w:top w:w="90" w:type="dxa"/>
              <w:left w:w="120" w:type="dxa"/>
              <w:bottom w:w="90" w:type="dxa"/>
              <w:right w:w="120" w:type="dxa"/>
            </w:tcMar>
            <w:vAlign w:val="center"/>
          </w:tcPr>
          <w:p w14:paraId="29FA2ED8" w14:textId="77777777" w:rsidR="001C7FD1" w:rsidRDefault="003F5285">
            <w:pPr>
              <w:spacing w:after="0" w:line="240" w:lineRule="auto"/>
            </w:pPr>
            <w:r>
              <w:rPr>
                <w:rFonts w:eastAsia="Arial"/>
                <w:b/>
                <w:color w:val="FFFFFF"/>
              </w:rPr>
              <w:t>Rating</w:t>
            </w:r>
            <w:r>
              <w:rPr>
                <w:rFonts w:eastAsia="Arial"/>
                <w:b/>
                <w:color w:val="FFFFFF"/>
              </w:rPr>
              <w:br/>
              <w:t>0-4 / N/A</w:t>
            </w:r>
          </w:p>
        </w:tc>
        <w:tc>
          <w:tcPr>
            <w:tcW w:w="3600" w:type="dxa"/>
            <w:shd w:val="clear" w:color="auto" w:fill="4B1F26"/>
            <w:tcMar>
              <w:top w:w="90" w:type="dxa"/>
              <w:left w:w="120" w:type="dxa"/>
              <w:bottom w:w="90" w:type="dxa"/>
              <w:right w:w="120" w:type="dxa"/>
            </w:tcMar>
            <w:vAlign w:val="center"/>
          </w:tcPr>
          <w:p w14:paraId="7DE3DE7F" w14:textId="77777777" w:rsidR="001C7FD1" w:rsidRDefault="003F5285">
            <w:pPr>
              <w:spacing w:after="0" w:line="240" w:lineRule="auto"/>
            </w:pPr>
            <w:r>
              <w:rPr>
                <w:rFonts w:eastAsia="Arial"/>
                <w:b/>
                <w:color w:val="FFFFFF"/>
              </w:rPr>
              <w:t>Example, support needed and functional impact</w:t>
            </w:r>
          </w:p>
        </w:tc>
      </w:tr>
      <w:tr w:rsidR="001C7FD1" w14:paraId="2C16C316" w14:textId="77777777">
        <w:trPr>
          <w:cantSplit/>
        </w:trPr>
        <w:tc>
          <w:tcPr>
            <w:tcW w:w="4760" w:type="dxa"/>
          </w:tcPr>
          <w:p w14:paraId="68A2B50B" w14:textId="77777777" w:rsidR="001C7FD1" w:rsidRDefault="003F5285">
            <w:pPr>
              <w:spacing w:after="0" w:line="240" w:lineRule="auto"/>
            </w:pPr>
            <w:r>
              <w:rPr>
                <w:rFonts w:eastAsia="Arial"/>
                <w:b/>
              </w:rPr>
              <w:t>Changing position in bed or resting comfortably</w:t>
            </w:r>
          </w:p>
        </w:tc>
        <w:tc>
          <w:tcPr>
            <w:tcW w:w="1280" w:type="dxa"/>
          </w:tcPr>
          <w:p w14:paraId="4508603B" w14:textId="77777777" w:rsidR="001C7FD1" w:rsidRDefault="003F5285">
            <w:pPr>
              <w:spacing w:after="0" w:line="240" w:lineRule="auto"/>
              <w:jc w:val="center"/>
            </w:pPr>
            <w:sdt>
              <w:sdtPr>
                <w:alias w:val="R273"/>
                <w:tag w:val="R273"/>
                <w:id w:val="100273"/>
                <w:text/>
              </w:sdtPr>
              <w:sdtEndPr/>
              <w:sdtContent>
                <w:r>
                  <w:rPr>
                    <w:rFonts w:eastAsia="Arial"/>
                    <w:color w:val="555555"/>
                  </w:rPr>
                  <w:t>0-4 / N/A</w:t>
                </w:r>
              </w:sdtContent>
            </w:sdt>
          </w:p>
        </w:tc>
        <w:tc>
          <w:tcPr>
            <w:tcW w:w="3600" w:type="dxa"/>
          </w:tcPr>
          <w:p w14:paraId="6D608D39" w14:textId="77777777" w:rsidR="001C7FD1" w:rsidRDefault="003F5285">
            <w:pPr>
              <w:spacing w:after="0" w:line="240" w:lineRule="auto"/>
            </w:pPr>
            <w:sdt>
              <w:sdtPr>
                <w:alias w:val="T274"/>
                <w:tag w:val="T274"/>
                <w:id w:val="100274"/>
                <w:text/>
              </w:sdtPr>
              <w:sdtEndPr/>
              <w:sdtContent>
                <w:r>
                  <w:rPr>
                    <w:rFonts w:eastAsia="Arial"/>
                    <w:color w:val="555555"/>
                  </w:rPr>
                  <w:t>Click or tap to type</w:t>
                </w:r>
              </w:sdtContent>
            </w:sdt>
          </w:p>
        </w:tc>
      </w:tr>
      <w:tr w:rsidR="001C7FD1" w14:paraId="4873CC3F" w14:textId="77777777">
        <w:trPr>
          <w:cantSplit/>
        </w:trPr>
        <w:tc>
          <w:tcPr>
            <w:tcW w:w="4760" w:type="dxa"/>
            <w:shd w:val="clear" w:color="auto" w:fill="F5F4EF"/>
          </w:tcPr>
          <w:p w14:paraId="0046F4BE" w14:textId="77777777" w:rsidR="001C7FD1" w:rsidRDefault="003F5285">
            <w:pPr>
              <w:spacing w:after="0" w:line="240" w:lineRule="auto"/>
            </w:pPr>
            <w:r>
              <w:rPr>
                <w:rFonts w:eastAsia="Arial"/>
                <w:b/>
              </w:rPr>
              <w:t>Moving between sitting, standing, bed, chair, toilet or vehicle</w:t>
            </w:r>
          </w:p>
        </w:tc>
        <w:tc>
          <w:tcPr>
            <w:tcW w:w="1280" w:type="dxa"/>
            <w:shd w:val="clear" w:color="auto" w:fill="F5F4EF"/>
          </w:tcPr>
          <w:p w14:paraId="3D27D705" w14:textId="77777777" w:rsidR="001C7FD1" w:rsidRDefault="003F5285">
            <w:pPr>
              <w:spacing w:after="0" w:line="240" w:lineRule="auto"/>
              <w:jc w:val="center"/>
            </w:pPr>
            <w:sdt>
              <w:sdtPr>
                <w:alias w:val="R275"/>
                <w:tag w:val="R275"/>
                <w:id w:val="100275"/>
                <w:text/>
              </w:sdtPr>
              <w:sdtEndPr/>
              <w:sdtContent>
                <w:r>
                  <w:rPr>
                    <w:rFonts w:eastAsia="Arial"/>
                    <w:color w:val="555555"/>
                  </w:rPr>
                  <w:t>0-4 / N/A</w:t>
                </w:r>
              </w:sdtContent>
            </w:sdt>
          </w:p>
        </w:tc>
        <w:tc>
          <w:tcPr>
            <w:tcW w:w="3600" w:type="dxa"/>
            <w:shd w:val="clear" w:color="auto" w:fill="F5F4EF"/>
          </w:tcPr>
          <w:p w14:paraId="3C70A4EC" w14:textId="77777777" w:rsidR="001C7FD1" w:rsidRDefault="003F5285">
            <w:pPr>
              <w:spacing w:after="0" w:line="240" w:lineRule="auto"/>
            </w:pPr>
            <w:sdt>
              <w:sdtPr>
                <w:alias w:val="T276"/>
                <w:tag w:val="T276"/>
                <w:id w:val="100276"/>
                <w:text/>
              </w:sdtPr>
              <w:sdtEndPr/>
              <w:sdtContent>
                <w:r>
                  <w:rPr>
                    <w:rFonts w:eastAsia="Arial"/>
                    <w:color w:val="555555"/>
                  </w:rPr>
                  <w:t>Click or tap to type</w:t>
                </w:r>
              </w:sdtContent>
            </w:sdt>
          </w:p>
        </w:tc>
      </w:tr>
      <w:tr w:rsidR="001C7FD1" w14:paraId="1D4D3908" w14:textId="77777777">
        <w:trPr>
          <w:cantSplit/>
        </w:trPr>
        <w:tc>
          <w:tcPr>
            <w:tcW w:w="4760" w:type="dxa"/>
          </w:tcPr>
          <w:p w14:paraId="1D6F76EA" w14:textId="77777777" w:rsidR="001C7FD1" w:rsidRDefault="003F5285">
            <w:pPr>
              <w:spacing w:after="0" w:line="240" w:lineRule="auto"/>
            </w:pPr>
            <w:r>
              <w:rPr>
                <w:rFonts w:eastAsia="Arial"/>
                <w:b/>
              </w:rPr>
              <w:t>Maintaining sitting or standing for the time needed</w:t>
            </w:r>
          </w:p>
        </w:tc>
        <w:tc>
          <w:tcPr>
            <w:tcW w:w="1280" w:type="dxa"/>
          </w:tcPr>
          <w:p w14:paraId="5831A34E" w14:textId="77777777" w:rsidR="001C7FD1" w:rsidRDefault="003F5285">
            <w:pPr>
              <w:spacing w:after="0" w:line="240" w:lineRule="auto"/>
              <w:jc w:val="center"/>
            </w:pPr>
            <w:sdt>
              <w:sdtPr>
                <w:alias w:val="R277"/>
                <w:tag w:val="R277"/>
                <w:id w:val="100277"/>
                <w:text/>
              </w:sdtPr>
              <w:sdtEndPr/>
              <w:sdtContent>
                <w:r>
                  <w:rPr>
                    <w:rFonts w:eastAsia="Arial"/>
                    <w:color w:val="555555"/>
                  </w:rPr>
                  <w:t>0-4 / N/A</w:t>
                </w:r>
              </w:sdtContent>
            </w:sdt>
          </w:p>
        </w:tc>
        <w:tc>
          <w:tcPr>
            <w:tcW w:w="3600" w:type="dxa"/>
          </w:tcPr>
          <w:p w14:paraId="0352DF4D" w14:textId="77777777" w:rsidR="001C7FD1" w:rsidRDefault="003F5285">
            <w:pPr>
              <w:spacing w:after="0" w:line="240" w:lineRule="auto"/>
            </w:pPr>
            <w:sdt>
              <w:sdtPr>
                <w:alias w:val="T278"/>
                <w:tag w:val="T278"/>
                <w:id w:val="100278"/>
                <w:text/>
              </w:sdtPr>
              <w:sdtEndPr/>
              <w:sdtContent>
                <w:r>
                  <w:rPr>
                    <w:rFonts w:eastAsia="Arial"/>
                    <w:color w:val="555555"/>
                  </w:rPr>
                  <w:t>Click or tap to type</w:t>
                </w:r>
              </w:sdtContent>
            </w:sdt>
          </w:p>
        </w:tc>
      </w:tr>
      <w:tr w:rsidR="001C7FD1" w14:paraId="5F71E47C" w14:textId="77777777">
        <w:trPr>
          <w:cantSplit/>
        </w:trPr>
        <w:tc>
          <w:tcPr>
            <w:tcW w:w="4760" w:type="dxa"/>
            <w:shd w:val="clear" w:color="auto" w:fill="F5F4EF"/>
          </w:tcPr>
          <w:p w14:paraId="3691BA41" w14:textId="77777777" w:rsidR="001C7FD1" w:rsidRDefault="003F5285">
            <w:pPr>
              <w:spacing w:after="0" w:line="240" w:lineRule="auto"/>
            </w:pPr>
            <w:r>
              <w:rPr>
                <w:rFonts w:eastAsia="Arial"/>
                <w:b/>
              </w:rPr>
              <w:t>Moving around inside the home</w:t>
            </w:r>
          </w:p>
        </w:tc>
        <w:tc>
          <w:tcPr>
            <w:tcW w:w="1280" w:type="dxa"/>
            <w:shd w:val="clear" w:color="auto" w:fill="F5F4EF"/>
          </w:tcPr>
          <w:p w14:paraId="0FA331FF" w14:textId="77777777" w:rsidR="001C7FD1" w:rsidRDefault="003F5285">
            <w:pPr>
              <w:spacing w:after="0" w:line="240" w:lineRule="auto"/>
              <w:jc w:val="center"/>
            </w:pPr>
            <w:sdt>
              <w:sdtPr>
                <w:alias w:val="R279"/>
                <w:tag w:val="R279"/>
                <w:id w:val="100279"/>
                <w:text/>
              </w:sdtPr>
              <w:sdtEndPr/>
              <w:sdtContent>
                <w:r>
                  <w:rPr>
                    <w:rFonts w:eastAsia="Arial"/>
                    <w:color w:val="555555"/>
                  </w:rPr>
                  <w:t>0-4 / N/A</w:t>
                </w:r>
              </w:sdtContent>
            </w:sdt>
          </w:p>
        </w:tc>
        <w:tc>
          <w:tcPr>
            <w:tcW w:w="3600" w:type="dxa"/>
            <w:shd w:val="clear" w:color="auto" w:fill="F5F4EF"/>
          </w:tcPr>
          <w:p w14:paraId="02C1CA13" w14:textId="77777777" w:rsidR="001C7FD1" w:rsidRDefault="003F5285">
            <w:pPr>
              <w:spacing w:after="0" w:line="240" w:lineRule="auto"/>
            </w:pPr>
            <w:sdt>
              <w:sdtPr>
                <w:alias w:val="T280"/>
                <w:tag w:val="T280"/>
                <w:id w:val="100280"/>
                <w:text/>
              </w:sdtPr>
              <w:sdtEndPr/>
              <w:sdtContent>
                <w:r>
                  <w:rPr>
                    <w:rFonts w:eastAsia="Arial"/>
                    <w:color w:val="555555"/>
                  </w:rPr>
                  <w:t>Click or tap to type</w:t>
                </w:r>
              </w:sdtContent>
            </w:sdt>
          </w:p>
        </w:tc>
      </w:tr>
      <w:tr w:rsidR="001C7FD1" w14:paraId="4B62E29D" w14:textId="77777777">
        <w:trPr>
          <w:cantSplit/>
        </w:trPr>
        <w:tc>
          <w:tcPr>
            <w:tcW w:w="4760" w:type="dxa"/>
          </w:tcPr>
          <w:p w14:paraId="2F5761FC" w14:textId="77777777" w:rsidR="001C7FD1" w:rsidRDefault="003F5285">
            <w:pPr>
              <w:spacing w:after="0" w:line="240" w:lineRule="auto"/>
            </w:pPr>
            <w:r>
              <w:rPr>
                <w:rFonts w:eastAsia="Arial"/>
                <w:b/>
              </w:rPr>
              <w:t>Moving across uneven ground, ramps, kerbs or outdoor surfaces</w:t>
            </w:r>
          </w:p>
        </w:tc>
        <w:tc>
          <w:tcPr>
            <w:tcW w:w="1280" w:type="dxa"/>
          </w:tcPr>
          <w:p w14:paraId="4656D178" w14:textId="77777777" w:rsidR="001C7FD1" w:rsidRDefault="003F5285">
            <w:pPr>
              <w:spacing w:after="0" w:line="240" w:lineRule="auto"/>
              <w:jc w:val="center"/>
            </w:pPr>
            <w:sdt>
              <w:sdtPr>
                <w:alias w:val="R281"/>
                <w:tag w:val="R281"/>
                <w:id w:val="100281"/>
                <w:text/>
              </w:sdtPr>
              <w:sdtEndPr/>
              <w:sdtContent>
                <w:r>
                  <w:rPr>
                    <w:rFonts w:eastAsia="Arial"/>
                    <w:color w:val="555555"/>
                  </w:rPr>
                  <w:t>0-4 / N/A</w:t>
                </w:r>
              </w:sdtContent>
            </w:sdt>
          </w:p>
        </w:tc>
        <w:tc>
          <w:tcPr>
            <w:tcW w:w="3600" w:type="dxa"/>
          </w:tcPr>
          <w:p w14:paraId="0BAEC908" w14:textId="77777777" w:rsidR="001C7FD1" w:rsidRDefault="003F5285">
            <w:pPr>
              <w:spacing w:after="0" w:line="240" w:lineRule="auto"/>
            </w:pPr>
            <w:sdt>
              <w:sdtPr>
                <w:alias w:val="T282"/>
                <w:tag w:val="T282"/>
                <w:id w:val="100282"/>
                <w:text/>
              </w:sdtPr>
              <w:sdtEndPr/>
              <w:sdtContent>
                <w:r>
                  <w:rPr>
                    <w:rFonts w:eastAsia="Arial"/>
                    <w:color w:val="555555"/>
                  </w:rPr>
                  <w:t>Click or tap to type</w:t>
                </w:r>
              </w:sdtContent>
            </w:sdt>
          </w:p>
        </w:tc>
      </w:tr>
      <w:tr w:rsidR="001C7FD1" w14:paraId="3E887989" w14:textId="77777777">
        <w:trPr>
          <w:cantSplit/>
        </w:trPr>
        <w:tc>
          <w:tcPr>
            <w:tcW w:w="4760" w:type="dxa"/>
            <w:shd w:val="clear" w:color="auto" w:fill="F5F4EF"/>
          </w:tcPr>
          <w:p w14:paraId="2B9C8F68" w14:textId="77777777" w:rsidR="001C7FD1" w:rsidRDefault="003F5285">
            <w:pPr>
              <w:spacing w:after="0" w:line="240" w:lineRule="auto"/>
            </w:pPr>
            <w:r>
              <w:rPr>
                <w:rFonts w:eastAsia="Arial"/>
                <w:b/>
              </w:rPr>
              <w:t>Using stairs safely</w:t>
            </w:r>
          </w:p>
        </w:tc>
        <w:tc>
          <w:tcPr>
            <w:tcW w:w="1280" w:type="dxa"/>
            <w:shd w:val="clear" w:color="auto" w:fill="F5F4EF"/>
          </w:tcPr>
          <w:p w14:paraId="3036519D" w14:textId="77777777" w:rsidR="001C7FD1" w:rsidRDefault="003F5285">
            <w:pPr>
              <w:spacing w:after="0" w:line="240" w:lineRule="auto"/>
              <w:jc w:val="center"/>
            </w:pPr>
            <w:sdt>
              <w:sdtPr>
                <w:alias w:val="R283"/>
                <w:tag w:val="R283"/>
                <w:id w:val="100283"/>
                <w:text/>
              </w:sdtPr>
              <w:sdtEndPr/>
              <w:sdtContent>
                <w:r>
                  <w:rPr>
                    <w:rFonts w:eastAsia="Arial"/>
                    <w:color w:val="555555"/>
                  </w:rPr>
                  <w:t>0-4 / N/A</w:t>
                </w:r>
              </w:sdtContent>
            </w:sdt>
          </w:p>
        </w:tc>
        <w:tc>
          <w:tcPr>
            <w:tcW w:w="3600" w:type="dxa"/>
            <w:shd w:val="clear" w:color="auto" w:fill="F5F4EF"/>
          </w:tcPr>
          <w:p w14:paraId="2EE5BCCB" w14:textId="77777777" w:rsidR="001C7FD1" w:rsidRDefault="003F5285">
            <w:pPr>
              <w:spacing w:after="0" w:line="240" w:lineRule="auto"/>
            </w:pPr>
            <w:sdt>
              <w:sdtPr>
                <w:alias w:val="T284"/>
                <w:tag w:val="T284"/>
                <w:id w:val="100284"/>
                <w:text/>
              </w:sdtPr>
              <w:sdtEndPr/>
              <w:sdtContent>
                <w:r>
                  <w:rPr>
                    <w:rFonts w:eastAsia="Arial"/>
                    <w:color w:val="555555"/>
                  </w:rPr>
                  <w:t>Click or tap to type</w:t>
                </w:r>
              </w:sdtContent>
            </w:sdt>
          </w:p>
        </w:tc>
      </w:tr>
      <w:tr w:rsidR="001C7FD1" w14:paraId="5E7876B6" w14:textId="77777777">
        <w:trPr>
          <w:cantSplit/>
        </w:trPr>
        <w:tc>
          <w:tcPr>
            <w:tcW w:w="4760" w:type="dxa"/>
          </w:tcPr>
          <w:p w14:paraId="14AB42AE" w14:textId="77777777" w:rsidR="001C7FD1" w:rsidRDefault="003F5285">
            <w:pPr>
              <w:spacing w:after="0" w:line="240" w:lineRule="auto"/>
            </w:pPr>
            <w:r>
              <w:rPr>
                <w:rFonts w:eastAsia="Arial"/>
                <w:b/>
              </w:rPr>
              <w:lastRenderedPageBreak/>
              <w:t>Walking or wheeling the distance needed for everyday activities</w:t>
            </w:r>
          </w:p>
        </w:tc>
        <w:tc>
          <w:tcPr>
            <w:tcW w:w="1280" w:type="dxa"/>
          </w:tcPr>
          <w:p w14:paraId="0929D2C0" w14:textId="77777777" w:rsidR="001C7FD1" w:rsidRDefault="003F5285">
            <w:pPr>
              <w:spacing w:after="0" w:line="240" w:lineRule="auto"/>
              <w:jc w:val="center"/>
            </w:pPr>
            <w:sdt>
              <w:sdtPr>
                <w:alias w:val="R285"/>
                <w:tag w:val="R285"/>
                <w:id w:val="100285"/>
                <w:text/>
              </w:sdtPr>
              <w:sdtEndPr/>
              <w:sdtContent>
                <w:r>
                  <w:rPr>
                    <w:rFonts w:eastAsia="Arial"/>
                    <w:color w:val="555555"/>
                  </w:rPr>
                  <w:t>0-4 / N/A</w:t>
                </w:r>
              </w:sdtContent>
            </w:sdt>
          </w:p>
        </w:tc>
        <w:tc>
          <w:tcPr>
            <w:tcW w:w="3600" w:type="dxa"/>
          </w:tcPr>
          <w:p w14:paraId="2486B272" w14:textId="77777777" w:rsidR="001C7FD1" w:rsidRDefault="003F5285">
            <w:pPr>
              <w:spacing w:after="0" w:line="240" w:lineRule="auto"/>
            </w:pPr>
            <w:sdt>
              <w:sdtPr>
                <w:alias w:val="T286"/>
                <w:tag w:val="T286"/>
                <w:id w:val="100286"/>
                <w:text/>
              </w:sdtPr>
              <w:sdtEndPr/>
              <w:sdtContent>
                <w:r>
                  <w:rPr>
                    <w:rFonts w:eastAsia="Arial"/>
                    <w:color w:val="555555"/>
                  </w:rPr>
                  <w:t>Click or tap to type</w:t>
                </w:r>
              </w:sdtContent>
            </w:sdt>
          </w:p>
        </w:tc>
      </w:tr>
      <w:tr w:rsidR="001C7FD1" w14:paraId="376EBEA8" w14:textId="77777777">
        <w:trPr>
          <w:cantSplit/>
        </w:trPr>
        <w:tc>
          <w:tcPr>
            <w:tcW w:w="4760" w:type="dxa"/>
            <w:shd w:val="clear" w:color="auto" w:fill="F5F4EF"/>
          </w:tcPr>
          <w:p w14:paraId="4E6EFFE7" w14:textId="77777777" w:rsidR="001C7FD1" w:rsidRDefault="003F5285">
            <w:pPr>
              <w:spacing w:after="0" w:line="240" w:lineRule="auto"/>
            </w:pPr>
            <w:r>
              <w:rPr>
                <w:rFonts w:eastAsia="Arial"/>
                <w:b/>
              </w:rPr>
              <w:t>Balance, coordination and avoiding falls or collisions</w:t>
            </w:r>
          </w:p>
        </w:tc>
        <w:tc>
          <w:tcPr>
            <w:tcW w:w="1280" w:type="dxa"/>
            <w:shd w:val="clear" w:color="auto" w:fill="F5F4EF"/>
          </w:tcPr>
          <w:p w14:paraId="135C2E51" w14:textId="77777777" w:rsidR="001C7FD1" w:rsidRDefault="003F5285">
            <w:pPr>
              <w:spacing w:after="0" w:line="240" w:lineRule="auto"/>
              <w:jc w:val="center"/>
            </w:pPr>
            <w:sdt>
              <w:sdtPr>
                <w:alias w:val="R287"/>
                <w:tag w:val="R287"/>
                <w:id w:val="100287"/>
                <w:text/>
              </w:sdtPr>
              <w:sdtEndPr/>
              <w:sdtContent>
                <w:r>
                  <w:rPr>
                    <w:rFonts w:eastAsia="Arial"/>
                    <w:color w:val="555555"/>
                  </w:rPr>
                  <w:t>0-4 / N/A</w:t>
                </w:r>
              </w:sdtContent>
            </w:sdt>
          </w:p>
        </w:tc>
        <w:tc>
          <w:tcPr>
            <w:tcW w:w="3600" w:type="dxa"/>
            <w:shd w:val="clear" w:color="auto" w:fill="F5F4EF"/>
          </w:tcPr>
          <w:p w14:paraId="52699465" w14:textId="77777777" w:rsidR="001C7FD1" w:rsidRDefault="003F5285">
            <w:pPr>
              <w:spacing w:after="0" w:line="240" w:lineRule="auto"/>
            </w:pPr>
            <w:sdt>
              <w:sdtPr>
                <w:alias w:val="T288"/>
                <w:tag w:val="T288"/>
                <w:id w:val="100288"/>
                <w:text/>
              </w:sdtPr>
              <w:sdtEndPr/>
              <w:sdtContent>
                <w:r>
                  <w:rPr>
                    <w:rFonts w:eastAsia="Arial"/>
                    <w:color w:val="555555"/>
                  </w:rPr>
                  <w:t>Click or tap to type</w:t>
                </w:r>
              </w:sdtContent>
            </w:sdt>
          </w:p>
        </w:tc>
      </w:tr>
      <w:tr w:rsidR="001C7FD1" w14:paraId="60812D81" w14:textId="77777777">
        <w:trPr>
          <w:cantSplit/>
        </w:trPr>
        <w:tc>
          <w:tcPr>
            <w:tcW w:w="4760" w:type="dxa"/>
          </w:tcPr>
          <w:p w14:paraId="2E951650" w14:textId="77777777" w:rsidR="001C7FD1" w:rsidRDefault="003F5285">
            <w:pPr>
              <w:spacing w:after="0" w:line="240" w:lineRule="auto"/>
            </w:pPr>
            <w:r>
              <w:rPr>
                <w:rFonts w:eastAsia="Arial"/>
                <w:b/>
              </w:rPr>
              <w:t>Carrying, lifting, reaching, bending or using both hands</w:t>
            </w:r>
          </w:p>
        </w:tc>
        <w:tc>
          <w:tcPr>
            <w:tcW w:w="1280" w:type="dxa"/>
          </w:tcPr>
          <w:p w14:paraId="2885C864" w14:textId="77777777" w:rsidR="001C7FD1" w:rsidRDefault="003F5285">
            <w:pPr>
              <w:spacing w:after="0" w:line="240" w:lineRule="auto"/>
              <w:jc w:val="center"/>
            </w:pPr>
            <w:sdt>
              <w:sdtPr>
                <w:alias w:val="R289"/>
                <w:tag w:val="R289"/>
                <w:id w:val="100289"/>
                <w:text/>
              </w:sdtPr>
              <w:sdtEndPr/>
              <w:sdtContent>
                <w:r>
                  <w:rPr>
                    <w:rFonts w:eastAsia="Arial"/>
                    <w:color w:val="555555"/>
                  </w:rPr>
                  <w:t>0-4 / N/A</w:t>
                </w:r>
              </w:sdtContent>
            </w:sdt>
          </w:p>
        </w:tc>
        <w:tc>
          <w:tcPr>
            <w:tcW w:w="3600" w:type="dxa"/>
          </w:tcPr>
          <w:p w14:paraId="2F656930" w14:textId="77777777" w:rsidR="001C7FD1" w:rsidRDefault="003F5285">
            <w:pPr>
              <w:spacing w:after="0" w:line="240" w:lineRule="auto"/>
            </w:pPr>
            <w:sdt>
              <w:sdtPr>
                <w:alias w:val="T290"/>
                <w:tag w:val="T290"/>
                <w:id w:val="100290"/>
                <w:text/>
              </w:sdtPr>
              <w:sdtEndPr/>
              <w:sdtContent>
                <w:r>
                  <w:rPr>
                    <w:rFonts w:eastAsia="Arial"/>
                    <w:color w:val="555555"/>
                  </w:rPr>
                  <w:t>Click or tap to type</w:t>
                </w:r>
              </w:sdtContent>
            </w:sdt>
          </w:p>
        </w:tc>
      </w:tr>
      <w:tr w:rsidR="001C7FD1" w14:paraId="435A2916" w14:textId="77777777">
        <w:trPr>
          <w:cantSplit/>
        </w:trPr>
        <w:tc>
          <w:tcPr>
            <w:tcW w:w="4760" w:type="dxa"/>
            <w:shd w:val="clear" w:color="auto" w:fill="F5F4EF"/>
          </w:tcPr>
          <w:p w14:paraId="56BB8A40" w14:textId="77777777" w:rsidR="001C7FD1" w:rsidRDefault="003F5285">
            <w:pPr>
              <w:spacing w:after="0" w:line="240" w:lineRule="auto"/>
            </w:pPr>
            <w:r>
              <w:rPr>
                <w:rFonts w:eastAsia="Arial"/>
                <w:b/>
              </w:rPr>
              <w:t>Fine-motor tasks such as buttons, cutlery, tools, handwriting or device use</w:t>
            </w:r>
          </w:p>
        </w:tc>
        <w:tc>
          <w:tcPr>
            <w:tcW w:w="1280" w:type="dxa"/>
            <w:shd w:val="clear" w:color="auto" w:fill="F5F4EF"/>
          </w:tcPr>
          <w:p w14:paraId="73B391AA" w14:textId="77777777" w:rsidR="001C7FD1" w:rsidRDefault="003F5285">
            <w:pPr>
              <w:spacing w:after="0" w:line="240" w:lineRule="auto"/>
              <w:jc w:val="center"/>
            </w:pPr>
            <w:sdt>
              <w:sdtPr>
                <w:alias w:val="R291"/>
                <w:tag w:val="R291"/>
                <w:id w:val="100291"/>
                <w:text/>
              </w:sdtPr>
              <w:sdtEndPr/>
              <w:sdtContent>
                <w:r>
                  <w:rPr>
                    <w:rFonts w:eastAsia="Arial"/>
                    <w:color w:val="555555"/>
                  </w:rPr>
                  <w:t>0-4 / N/A</w:t>
                </w:r>
              </w:sdtContent>
            </w:sdt>
          </w:p>
        </w:tc>
        <w:tc>
          <w:tcPr>
            <w:tcW w:w="3600" w:type="dxa"/>
            <w:shd w:val="clear" w:color="auto" w:fill="F5F4EF"/>
          </w:tcPr>
          <w:p w14:paraId="4AE80D7C" w14:textId="77777777" w:rsidR="001C7FD1" w:rsidRDefault="003F5285">
            <w:pPr>
              <w:spacing w:after="0" w:line="240" w:lineRule="auto"/>
            </w:pPr>
            <w:sdt>
              <w:sdtPr>
                <w:alias w:val="T292"/>
                <w:tag w:val="T292"/>
                <w:id w:val="100292"/>
                <w:text/>
              </w:sdtPr>
              <w:sdtEndPr/>
              <w:sdtContent>
                <w:r>
                  <w:rPr>
                    <w:rFonts w:eastAsia="Arial"/>
                    <w:color w:val="555555"/>
                  </w:rPr>
                  <w:t>Click or tap to type</w:t>
                </w:r>
              </w:sdtContent>
            </w:sdt>
          </w:p>
        </w:tc>
      </w:tr>
      <w:tr w:rsidR="001C7FD1" w14:paraId="02EB89CD" w14:textId="77777777">
        <w:trPr>
          <w:cantSplit/>
        </w:trPr>
        <w:tc>
          <w:tcPr>
            <w:tcW w:w="4760" w:type="dxa"/>
          </w:tcPr>
          <w:p w14:paraId="74E6FF11" w14:textId="77777777" w:rsidR="001C7FD1" w:rsidRDefault="003F5285">
            <w:pPr>
              <w:spacing w:after="0" w:line="240" w:lineRule="auto"/>
            </w:pPr>
            <w:r>
              <w:rPr>
                <w:rFonts w:eastAsia="Arial"/>
                <w:b/>
              </w:rPr>
              <w:t>Accessing private vehicles, taxis or public transport</w:t>
            </w:r>
          </w:p>
        </w:tc>
        <w:tc>
          <w:tcPr>
            <w:tcW w:w="1280" w:type="dxa"/>
          </w:tcPr>
          <w:p w14:paraId="5CD4135A" w14:textId="77777777" w:rsidR="001C7FD1" w:rsidRDefault="003F5285">
            <w:pPr>
              <w:spacing w:after="0" w:line="240" w:lineRule="auto"/>
              <w:jc w:val="center"/>
            </w:pPr>
            <w:sdt>
              <w:sdtPr>
                <w:alias w:val="R293"/>
                <w:tag w:val="R293"/>
                <w:id w:val="100293"/>
                <w:text/>
              </w:sdtPr>
              <w:sdtEndPr/>
              <w:sdtContent>
                <w:r>
                  <w:rPr>
                    <w:rFonts w:eastAsia="Arial"/>
                    <w:color w:val="555555"/>
                  </w:rPr>
                  <w:t>0-4 / N/A</w:t>
                </w:r>
              </w:sdtContent>
            </w:sdt>
          </w:p>
        </w:tc>
        <w:tc>
          <w:tcPr>
            <w:tcW w:w="3600" w:type="dxa"/>
          </w:tcPr>
          <w:p w14:paraId="4EF75E5A" w14:textId="77777777" w:rsidR="001C7FD1" w:rsidRDefault="003F5285">
            <w:pPr>
              <w:spacing w:after="0" w:line="240" w:lineRule="auto"/>
            </w:pPr>
            <w:sdt>
              <w:sdtPr>
                <w:alias w:val="T294"/>
                <w:tag w:val="T294"/>
                <w:id w:val="100294"/>
                <w:text/>
              </w:sdtPr>
              <w:sdtEndPr/>
              <w:sdtContent>
                <w:r>
                  <w:rPr>
                    <w:rFonts w:eastAsia="Arial"/>
                    <w:color w:val="555555"/>
                  </w:rPr>
                  <w:t>Click or tap to type</w:t>
                </w:r>
              </w:sdtContent>
            </w:sdt>
          </w:p>
        </w:tc>
      </w:tr>
      <w:tr w:rsidR="001C7FD1" w14:paraId="07F77A29" w14:textId="77777777">
        <w:trPr>
          <w:cantSplit/>
        </w:trPr>
        <w:tc>
          <w:tcPr>
            <w:tcW w:w="4760" w:type="dxa"/>
            <w:shd w:val="clear" w:color="auto" w:fill="F5F4EF"/>
          </w:tcPr>
          <w:p w14:paraId="21122E8E" w14:textId="77777777" w:rsidR="001C7FD1" w:rsidRDefault="003F5285">
            <w:pPr>
              <w:spacing w:after="0" w:line="240" w:lineRule="auto"/>
            </w:pPr>
            <w:r>
              <w:rPr>
                <w:rFonts w:eastAsia="Arial"/>
                <w:b/>
              </w:rPr>
              <w:t>Managing pain, fatigue, breathlessness or recovery after activity</w:t>
            </w:r>
          </w:p>
        </w:tc>
        <w:tc>
          <w:tcPr>
            <w:tcW w:w="1280" w:type="dxa"/>
            <w:shd w:val="clear" w:color="auto" w:fill="F5F4EF"/>
          </w:tcPr>
          <w:p w14:paraId="5190B017" w14:textId="77777777" w:rsidR="001C7FD1" w:rsidRDefault="003F5285">
            <w:pPr>
              <w:spacing w:after="0" w:line="240" w:lineRule="auto"/>
              <w:jc w:val="center"/>
            </w:pPr>
            <w:sdt>
              <w:sdtPr>
                <w:alias w:val="R295"/>
                <w:tag w:val="R295"/>
                <w:id w:val="100295"/>
                <w:text/>
              </w:sdtPr>
              <w:sdtEndPr/>
              <w:sdtContent>
                <w:r>
                  <w:rPr>
                    <w:rFonts w:eastAsia="Arial"/>
                    <w:color w:val="555555"/>
                  </w:rPr>
                  <w:t>0-4 / N/A</w:t>
                </w:r>
              </w:sdtContent>
            </w:sdt>
          </w:p>
        </w:tc>
        <w:tc>
          <w:tcPr>
            <w:tcW w:w="3600" w:type="dxa"/>
            <w:shd w:val="clear" w:color="auto" w:fill="F5F4EF"/>
          </w:tcPr>
          <w:p w14:paraId="36C03D2B" w14:textId="77777777" w:rsidR="001C7FD1" w:rsidRDefault="003F5285">
            <w:pPr>
              <w:spacing w:after="0" w:line="240" w:lineRule="auto"/>
            </w:pPr>
            <w:sdt>
              <w:sdtPr>
                <w:alias w:val="T296"/>
                <w:tag w:val="T296"/>
                <w:id w:val="100296"/>
                <w:text/>
              </w:sdtPr>
              <w:sdtEndPr/>
              <w:sdtContent>
                <w:r>
                  <w:rPr>
                    <w:rFonts w:eastAsia="Arial"/>
                    <w:color w:val="555555"/>
                  </w:rPr>
                  <w:t>Click or tap to type</w:t>
                </w:r>
              </w:sdtContent>
            </w:sdt>
          </w:p>
        </w:tc>
      </w:tr>
      <w:tr w:rsidR="001C7FD1" w14:paraId="02B5CD15" w14:textId="77777777">
        <w:trPr>
          <w:cantSplit/>
        </w:trPr>
        <w:tc>
          <w:tcPr>
            <w:tcW w:w="4760" w:type="dxa"/>
          </w:tcPr>
          <w:p w14:paraId="3C161AB6" w14:textId="77777777" w:rsidR="001C7FD1" w:rsidRDefault="003F5285">
            <w:pPr>
              <w:spacing w:after="0" w:line="240" w:lineRule="auto"/>
            </w:pPr>
            <w:r>
              <w:rPr>
                <w:rFonts w:eastAsia="Arial"/>
                <w:b/>
              </w:rPr>
              <w:t>Using mobility equipment, orthotics or transfer aids safely</w:t>
            </w:r>
          </w:p>
        </w:tc>
        <w:tc>
          <w:tcPr>
            <w:tcW w:w="1280" w:type="dxa"/>
          </w:tcPr>
          <w:p w14:paraId="370B8B37" w14:textId="77777777" w:rsidR="001C7FD1" w:rsidRDefault="003F5285">
            <w:pPr>
              <w:spacing w:after="0" w:line="240" w:lineRule="auto"/>
              <w:jc w:val="center"/>
            </w:pPr>
            <w:sdt>
              <w:sdtPr>
                <w:alias w:val="R297"/>
                <w:tag w:val="R297"/>
                <w:id w:val="100297"/>
                <w:text/>
              </w:sdtPr>
              <w:sdtEndPr/>
              <w:sdtContent>
                <w:r>
                  <w:rPr>
                    <w:rFonts w:eastAsia="Arial"/>
                    <w:color w:val="555555"/>
                  </w:rPr>
                  <w:t>0-4 / N/A</w:t>
                </w:r>
              </w:sdtContent>
            </w:sdt>
          </w:p>
        </w:tc>
        <w:tc>
          <w:tcPr>
            <w:tcW w:w="3600" w:type="dxa"/>
          </w:tcPr>
          <w:p w14:paraId="50E88150" w14:textId="77777777" w:rsidR="001C7FD1" w:rsidRDefault="003F5285">
            <w:pPr>
              <w:spacing w:after="0" w:line="240" w:lineRule="auto"/>
            </w:pPr>
            <w:sdt>
              <w:sdtPr>
                <w:alias w:val="T298"/>
                <w:tag w:val="T298"/>
                <w:id w:val="100298"/>
                <w:text/>
              </w:sdtPr>
              <w:sdtEndPr/>
              <w:sdtContent>
                <w:r>
                  <w:rPr>
                    <w:rFonts w:eastAsia="Arial"/>
                    <w:color w:val="555555"/>
                  </w:rPr>
                  <w:t>Click or tap to type</w:t>
                </w:r>
              </w:sdtContent>
            </w:sdt>
          </w:p>
        </w:tc>
      </w:tr>
      <w:tr w:rsidR="001C7FD1" w14:paraId="40FB4391" w14:textId="77777777">
        <w:trPr>
          <w:cantSplit/>
        </w:trPr>
        <w:tc>
          <w:tcPr>
            <w:tcW w:w="4760" w:type="dxa"/>
            <w:shd w:val="clear" w:color="auto" w:fill="F5F4EF"/>
          </w:tcPr>
          <w:p w14:paraId="13894B24" w14:textId="77777777" w:rsidR="001C7FD1" w:rsidRDefault="003F5285">
            <w:pPr>
              <w:spacing w:after="0" w:line="240" w:lineRule="auto"/>
            </w:pPr>
            <w:r>
              <w:rPr>
                <w:rFonts w:eastAsia="Arial"/>
                <w:b/>
              </w:rPr>
              <w:t>Accessing the home, bathroom, school/workplace and community venues</w:t>
            </w:r>
          </w:p>
        </w:tc>
        <w:tc>
          <w:tcPr>
            <w:tcW w:w="1280" w:type="dxa"/>
            <w:shd w:val="clear" w:color="auto" w:fill="F5F4EF"/>
          </w:tcPr>
          <w:p w14:paraId="15145383" w14:textId="77777777" w:rsidR="001C7FD1" w:rsidRDefault="003F5285">
            <w:pPr>
              <w:spacing w:after="0" w:line="240" w:lineRule="auto"/>
              <w:jc w:val="center"/>
            </w:pPr>
            <w:sdt>
              <w:sdtPr>
                <w:alias w:val="R299"/>
                <w:tag w:val="R299"/>
                <w:id w:val="100299"/>
                <w:text/>
              </w:sdtPr>
              <w:sdtEndPr/>
              <w:sdtContent>
                <w:r>
                  <w:rPr>
                    <w:rFonts w:eastAsia="Arial"/>
                    <w:color w:val="555555"/>
                  </w:rPr>
                  <w:t>0-4 / N/A</w:t>
                </w:r>
              </w:sdtContent>
            </w:sdt>
          </w:p>
        </w:tc>
        <w:tc>
          <w:tcPr>
            <w:tcW w:w="3600" w:type="dxa"/>
            <w:shd w:val="clear" w:color="auto" w:fill="F5F4EF"/>
          </w:tcPr>
          <w:p w14:paraId="47D4923F" w14:textId="77777777" w:rsidR="001C7FD1" w:rsidRDefault="003F5285">
            <w:pPr>
              <w:spacing w:after="0" w:line="240" w:lineRule="auto"/>
            </w:pPr>
            <w:sdt>
              <w:sdtPr>
                <w:alias w:val="T300"/>
                <w:tag w:val="T300"/>
                <w:id w:val="100300"/>
                <w:text/>
              </w:sdtPr>
              <w:sdtEndPr/>
              <w:sdtContent>
                <w:r>
                  <w:rPr>
                    <w:rFonts w:eastAsia="Arial"/>
                    <w:color w:val="555555"/>
                  </w:rPr>
                  <w:t>Click or tap to type</w:t>
                </w:r>
              </w:sdtContent>
            </w:sdt>
          </w:p>
        </w:tc>
      </w:tr>
    </w:tbl>
    <w:p w14:paraId="025BF2DD" w14:textId="77777777" w:rsidR="001C7FD1" w:rsidRDefault="003F5285">
      <w:pPr>
        <w:pStyle w:val="Heading2"/>
      </w:pPr>
      <w:r>
        <w:t>9.1 Physical access details</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300"/>
        <w:gridCol w:w="6340"/>
      </w:tblGrid>
      <w:tr w:rsidR="001C7FD1" w14:paraId="42FAC00D" w14:textId="77777777">
        <w:trPr>
          <w:tblHeader/>
        </w:trPr>
        <w:tc>
          <w:tcPr>
            <w:tcW w:w="3300" w:type="dxa"/>
            <w:shd w:val="clear" w:color="auto" w:fill="4B1F26"/>
            <w:tcMar>
              <w:top w:w="90" w:type="dxa"/>
              <w:left w:w="120" w:type="dxa"/>
              <w:bottom w:w="90" w:type="dxa"/>
              <w:right w:w="120" w:type="dxa"/>
            </w:tcMar>
            <w:vAlign w:val="center"/>
          </w:tcPr>
          <w:p w14:paraId="1C80ABF4" w14:textId="77777777" w:rsidR="001C7FD1" w:rsidRDefault="003F5285">
            <w:pPr>
              <w:spacing w:after="0" w:line="240" w:lineRule="auto"/>
            </w:pPr>
            <w:r>
              <w:rPr>
                <w:rFonts w:eastAsia="Arial"/>
                <w:b/>
                <w:color w:val="FFFFFF"/>
              </w:rPr>
              <w:t>Question</w:t>
            </w:r>
          </w:p>
        </w:tc>
        <w:tc>
          <w:tcPr>
            <w:tcW w:w="6340" w:type="dxa"/>
            <w:shd w:val="clear" w:color="auto" w:fill="4B1F26"/>
            <w:tcMar>
              <w:top w:w="90" w:type="dxa"/>
              <w:left w:w="120" w:type="dxa"/>
              <w:bottom w:w="90" w:type="dxa"/>
              <w:right w:w="120" w:type="dxa"/>
            </w:tcMar>
            <w:vAlign w:val="center"/>
          </w:tcPr>
          <w:p w14:paraId="0F5174CE" w14:textId="77777777" w:rsidR="001C7FD1" w:rsidRDefault="003F5285">
            <w:pPr>
              <w:spacing w:after="0" w:line="240" w:lineRule="auto"/>
            </w:pPr>
            <w:r>
              <w:rPr>
                <w:rFonts w:eastAsia="Arial"/>
                <w:b/>
                <w:color w:val="FFFFFF"/>
              </w:rPr>
              <w:t>Your response</w:t>
            </w:r>
          </w:p>
        </w:tc>
      </w:tr>
      <w:tr w:rsidR="001C7FD1" w14:paraId="34320586" w14:textId="77777777">
        <w:trPr>
          <w:cantSplit/>
        </w:trPr>
        <w:tc>
          <w:tcPr>
            <w:tcW w:w="3300" w:type="dxa"/>
            <w:shd w:val="clear" w:color="auto" w:fill="EEECE1"/>
          </w:tcPr>
          <w:p w14:paraId="28A69BEC" w14:textId="77777777" w:rsidR="001C7FD1" w:rsidRDefault="003F5285">
            <w:pPr>
              <w:spacing w:after="0" w:line="240" w:lineRule="auto"/>
            </w:pPr>
            <w:r>
              <w:rPr>
                <w:rFonts w:eastAsia="Arial"/>
                <w:b/>
                <w:color w:val="4B1F26"/>
              </w:rPr>
              <w:t>Describe falls, near falls, injuries or changes in mobility in the past 12 months.</w:t>
            </w:r>
          </w:p>
        </w:tc>
        <w:tc>
          <w:tcPr>
            <w:tcW w:w="6340" w:type="dxa"/>
          </w:tcPr>
          <w:p w14:paraId="1AB8877A" w14:textId="77777777" w:rsidR="001C7FD1" w:rsidRDefault="003F5285">
            <w:pPr>
              <w:spacing w:after="0" w:line="240" w:lineRule="auto"/>
            </w:pPr>
            <w:sdt>
              <w:sdtPr>
                <w:alias w:val="T301"/>
                <w:tag w:val="T301"/>
                <w:id w:val="100301"/>
                <w:text/>
              </w:sdtPr>
              <w:sdtEndPr/>
              <w:sdtContent>
                <w:r>
                  <w:rPr>
                    <w:rFonts w:eastAsia="Arial"/>
                    <w:color w:val="555555"/>
                  </w:rPr>
                  <w:t>Click or tap to type</w:t>
                </w:r>
              </w:sdtContent>
            </w:sdt>
          </w:p>
        </w:tc>
      </w:tr>
      <w:tr w:rsidR="001C7FD1" w14:paraId="62896A23" w14:textId="77777777">
        <w:trPr>
          <w:cantSplit/>
        </w:trPr>
        <w:tc>
          <w:tcPr>
            <w:tcW w:w="3300" w:type="dxa"/>
            <w:shd w:val="clear" w:color="auto" w:fill="EEECE1"/>
          </w:tcPr>
          <w:p w14:paraId="7E0AB3FA" w14:textId="77777777" w:rsidR="001C7FD1" w:rsidRDefault="003F5285">
            <w:pPr>
              <w:spacing w:after="0" w:line="240" w:lineRule="auto"/>
            </w:pPr>
            <w:r>
              <w:rPr>
                <w:rFonts w:eastAsia="Arial"/>
                <w:b/>
                <w:color w:val="4B1F26"/>
              </w:rPr>
              <w:t>What equipment is used, and is it suitable, available and maintained?</w:t>
            </w:r>
          </w:p>
        </w:tc>
        <w:tc>
          <w:tcPr>
            <w:tcW w:w="6340" w:type="dxa"/>
            <w:shd w:val="clear" w:color="auto" w:fill="F5F4EF"/>
          </w:tcPr>
          <w:p w14:paraId="7BA776E7" w14:textId="77777777" w:rsidR="001C7FD1" w:rsidRDefault="003F5285">
            <w:pPr>
              <w:spacing w:after="0" w:line="240" w:lineRule="auto"/>
            </w:pPr>
            <w:sdt>
              <w:sdtPr>
                <w:alias w:val="T302"/>
                <w:tag w:val="T302"/>
                <w:id w:val="100302"/>
                <w:text/>
              </w:sdtPr>
              <w:sdtEndPr/>
              <w:sdtContent>
                <w:r>
                  <w:rPr>
                    <w:rFonts w:eastAsia="Arial"/>
                    <w:color w:val="555555"/>
                  </w:rPr>
                  <w:t>Click or tap to type</w:t>
                </w:r>
              </w:sdtContent>
            </w:sdt>
          </w:p>
        </w:tc>
      </w:tr>
      <w:tr w:rsidR="001C7FD1" w14:paraId="441D196F" w14:textId="77777777">
        <w:trPr>
          <w:cantSplit/>
        </w:trPr>
        <w:tc>
          <w:tcPr>
            <w:tcW w:w="3300" w:type="dxa"/>
            <w:shd w:val="clear" w:color="auto" w:fill="EEECE1"/>
          </w:tcPr>
          <w:p w14:paraId="4CB9A20C" w14:textId="77777777" w:rsidR="001C7FD1" w:rsidRDefault="003F5285">
            <w:pPr>
              <w:spacing w:after="0" w:line="240" w:lineRule="auto"/>
            </w:pPr>
            <w:r>
              <w:rPr>
                <w:rFonts w:eastAsia="Arial"/>
                <w:b/>
                <w:color w:val="4B1F26"/>
              </w:rPr>
              <w:t>How far or how long can the person usually mobilise before needing rest or help?</w:t>
            </w:r>
          </w:p>
        </w:tc>
        <w:tc>
          <w:tcPr>
            <w:tcW w:w="6340" w:type="dxa"/>
          </w:tcPr>
          <w:p w14:paraId="088A7E54" w14:textId="77777777" w:rsidR="001C7FD1" w:rsidRDefault="003F5285">
            <w:pPr>
              <w:spacing w:after="0" w:line="240" w:lineRule="auto"/>
            </w:pPr>
            <w:sdt>
              <w:sdtPr>
                <w:alias w:val="T303"/>
                <w:tag w:val="T303"/>
                <w:id w:val="100303"/>
                <w:text/>
              </w:sdtPr>
              <w:sdtEndPr/>
              <w:sdtContent>
                <w:r>
                  <w:rPr>
                    <w:rFonts w:eastAsia="Arial"/>
                    <w:color w:val="555555"/>
                  </w:rPr>
                  <w:t>Click or tap to type</w:t>
                </w:r>
              </w:sdtContent>
            </w:sdt>
          </w:p>
        </w:tc>
      </w:tr>
      <w:tr w:rsidR="001C7FD1" w14:paraId="1526751D" w14:textId="77777777">
        <w:trPr>
          <w:cantSplit/>
        </w:trPr>
        <w:tc>
          <w:tcPr>
            <w:tcW w:w="3300" w:type="dxa"/>
            <w:shd w:val="clear" w:color="auto" w:fill="EEECE1"/>
          </w:tcPr>
          <w:p w14:paraId="2B6584A7" w14:textId="77777777" w:rsidR="001C7FD1" w:rsidRDefault="003F5285">
            <w:pPr>
              <w:spacing w:after="0" w:line="240" w:lineRule="auto"/>
            </w:pPr>
            <w:r>
              <w:rPr>
                <w:rFonts w:eastAsia="Arial"/>
                <w:b/>
                <w:color w:val="4B1F26"/>
              </w:rPr>
              <w:t>What environmental barriers restrict access?</w:t>
            </w:r>
          </w:p>
        </w:tc>
        <w:tc>
          <w:tcPr>
            <w:tcW w:w="6340" w:type="dxa"/>
            <w:shd w:val="clear" w:color="auto" w:fill="F5F4EF"/>
          </w:tcPr>
          <w:p w14:paraId="709EBF86" w14:textId="77777777" w:rsidR="001C7FD1" w:rsidRDefault="003F5285">
            <w:pPr>
              <w:spacing w:after="0" w:line="240" w:lineRule="auto"/>
            </w:pPr>
            <w:sdt>
              <w:sdtPr>
                <w:alias w:val="T304"/>
                <w:tag w:val="T304"/>
                <w:id w:val="100304"/>
                <w:text/>
              </w:sdtPr>
              <w:sdtEndPr/>
              <w:sdtContent>
                <w:r>
                  <w:rPr>
                    <w:rFonts w:eastAsia="Arial"/>
                    <w:color w:val="555555"/>
                  </w:rPr>
                  <w:t>Click or tap to type</w:t>
                </w:r>
              </w:sdtContent>
            </w:sdt>
          </w:p>
        </w:tc>
      </w:tr>
      <w:tr w:rsidR="001C7FD1" w14:paraId="17615F72" w14:textId="77777777">
        <w:trPr>
          <w:cantSplit/>
        </w:trPr>
        <w:tc>
          <w:tcPr>
            <w:tcW w:w="3300" w:type="dxa"/>
            <w:shd w:val="clear" w:color="auto" w:fill="EEECE1"/>
          </w:tcPr>
          <w:p w14:paraId="7F678FB4" w14:textId="77777777" w:rsidR="001C7FD1" w:rsidRDefault="003F5285">
            <w:pPr>
              <w:spacing w:after="0" w:line="240" w:lineRule="auto"/>
            </w:pPr>
            <w:r>
              <w:rPr>
                <w:rFonts w:eastAsia="Arial"/>
                <w:b/>
                <w:color w:val="4B1F26"/>
              </w:rPr>
              <w:t>What physical tasks are completed only with pain, unsafe technique or significant recovery time?</w:t>
            </w:r>
          </w:p>
        </w:tc>
        <w:tc>
          <w:tcPr>
            <w:tcW w:w="6340" w:type="dxa"/>
          </w:tcPr>
          <w:p w14:paraId="4300F91B" w14:textId="77777777" w:rsidR="001C7FD1" w:rsidRDefault="003F5285">
            <w:pPr>
              <w:spacing w:after="0" w:line="240" w:lineRule="auto"/>
            </w:pPr>
            <w:sdt>
              <w:sdtPr>
                <w:alias w:val="T305"/>
                <w:tag w:val="T305"/>
                <w:id w:val="100305"/>
                <w:text/>
              </w:sdtPr>
              <w:sdtEndPr/>
              <w:sdtContent>
                <w:r>
                  <w:rPr>
                    <w:rFonts w:eastAsia="Arial"/>
                    <w:color w:val="555555"/>
                  </w:rPr>
                  <w:t>Click or tap to type</w:t>
                </w:r>
              </w:sdtContent>
            </w:sdt>
          </w:p>
        </w:tc>
      </w:tr>
    </w:tbl>
    <w:p w14:paraId="0D975BB4" w14:textId="77777777" w:rsidR="001C7FD1" w:rsidRDefault="003F5285">
      <w:pPr>
        <w:pStyle w:val="Heading1"/>
      </w:pPr>
      <w:r>
        <w:lastRenderedPageBreak/>
        <w:t>10. Wara Yindi Personal Care and Health Management Profile</w:t>
      </w:r>
    </w:p>
    <w:p w14:paraId="02A5C037" w14:textId="77777777" w:rsidR="001C7FD1" w:rsidRDefault="003F5285">
      <w:pPr>
        <w:spacing w:after="160" w:line="269" w:lineRule="auto"/>
      </w:pPr>
      <w:r>
        <w:rPr>
          <w:rFonts w:eastAsia="Arial"/>
        </w:rPr>
        <w:t>Complete only activities that are relevant for the person's age. Record prompting, preparation, supervision, physical assistance, sensory support and clean-up performed by others.</w:t>
      </w:r>
    </w:p>
    <w:tbl>
      <w:tblPr>
        <w:tblW w:w="9640" w:type="dxa"/>
        <w:tblInd w:w="120" w:type="dxa"/>
        <w:tblBorders>
          <w:top w:val="single" w:sz="6" w:space="0" w:color="DDD9C3"/>
          <w:left w:val="single" w:sz="6" w:space="0" w:color="DDD9C3"/>
          <w:bottom w:val="single" w:sz="6" w:space="0" w:color="DDD9C3"/>
          <w:right w:val="single" w:sz="6" w:space="0" w:color="DDD9C3"/>
          <w:insideH w:val="single" w:sz="6" w:space="0" w:color="DDD9C3"/>
          <w:insideV w:val="single" w:sz="6" w:space="0" w:color="DDD9C3"/>
        </w:tblBorders>
        <w:tblLayout w:type="fixed"/>
        <w:tblLook w:val="04A0" w:firstRow="1" w:lastRow="0" w:firstColumn="1" w:lastColumn="0" w:noHBand="0" w:noVBand="1"/>
      </w:tblPr>
      <w:tblGrid>
        <w:gridCol w:w="9640"/>
      </w:tblGrid>
      <w:tr w:rsidR="001C7FD1" w14:paraId="423DF1D7" w14:textId="77777777">
        <w:trPr>
          <w:cantSplit/>
        </w:trPr>
        <w:tc>
          <w:tcPr>
            <w:tcW w:w="9640" w:type="dxa"/>
            <w:shd w:val="clear" w:color="auto" w:fill="EAF3F7"/>
            <w:tcMar>
              <w:top w:w="90" w:type="dxa"/>
              <w:left w:w="120" w:type="dxa"/>
              <w:bottom w:w="90" w:type="dxa"/>
              <w:right w:w="120" w:type="dxa"/>
            </w:tcMar>
            <w:vAlign w:val="center"/>
          </w:tcPr>
          <w:p w14:paraId="2BCBBDD2" w14:textId="77777777" w:rsidR="001C7FD1" w:rsidRDefault="003F5285">
            <w:pPr>
              <w:spacing w:after="0" w:line="240" w:lineRule="auto"/>
            </w:pPr>
            <w:r>
              <w:rPr>
                <w:rFonts w:eastAsia="Arial"/>
                <w:b/>
                <w:color w:val="2A7DB8"/>
              </w:rPr>
              <w:t xml:space="preserve">Rating guide: </w:t>
            </w:r>
            <w:r>
              <w:rPr>
                <w:rFonts w:eastAsia="Arial"/>
              </w:rPr>
              <w:t>Enter 0 = independent/no extra support; 1 = occasional cue, check or adaptation; 2 = regular prompting, set-up or partial help; 3 = frequent supervision or hands-on help; 4 = unable or unsafe without full/continuous help; N/A = not applicable or not observed. For children, consider what is ordinarily expected for the same age.</w:t>
            </w:r>
          </w:p>
        </w:tc>
      </w:tr>
    </w:tbl>
    <w:p w14:paraId="5D7399B3" w14:textId="77777777" w:rsidR="001C7FD1" w:rsidRDefault="003F5285">
      <w:pPr>
        <w:spacing w:before="100" w:after="0" w:line="72" w:lineRule="auto"/>
      </w:pPr>
      <w:r>
        <w:rPr>
          <w:rFonts w:eastAsia="Arial"/>
          <w:color w:val="FFFFFF"/>
          <w:sz w:val="8"/>
        </w:rPr>
        <w:t xml:space="preserve"> </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4760"/>
        <w:gridCol w:w="1280"/>
        <w:gridCol w:w="3600"/>
      </w:tblGrid>
      <w:tr w:rsidR="001C7FD1" w14:paraId="27F18C71" w14:textId="77777777">
        <w:trPr>
          <w:cantSplit/>
          <w:tblHeader/>
        </w:trPr>
        <w:tc>
          <w:tcPr>
            <w:tcW w:w="4760" w:type="dxa"/>
            <w:shd w:val="clear" w:color="auto" w:fill="4B1F26"/>
            <w:tcMar>
              <w:top w:w="90" w:type="dxa"/>
              <w:left w:w="120" w:type="dxa"/>
              <w:bottom w:w="90" w:type="dxa"/>
              <w:right w:w="120" w:type="dxa"/>
            </w:tcMar>
            <w:vAlign w:val="center"/>
          </w:tcPr>
          <w:p w14:paraId="36DC44A4" w14:textId="77777777" w:rsidR="001C7FD1" w:rsidRDefault="003F5285">
            <w:pPr>
              <w:spacing w:after="0" w:line="240" w:lineRule="auto"/>
            </w:pPr>
            <w:r>
              <w:rPr>
                <w:rFonts w:eastAsia="Arial"/>
                <w:b/>
                <w:color w:val="FFFFFF"/>
              </w:rPr>
              <w:t>Everyday area / question</w:t>
            </w:r>
          </w:p>
        </w:tc>
        <w:tc>
          <w:tcPr>
            <w:tcW w:w="1280" w:type="dxa"/>
            <w:shd w:val="clear" w:color="auto" w:fill="4B1F26"/>
            <w:tcMar>
              <w:top w:w="90" w:type="dxa"/>
              <w:left w:w="120" w:type="dxa"/>
              <w:bottom w:w="90" w:type="dxa"/>
              <w:right w:w="120" w:type="dxa"/>
            </w:tcMar>
            <w:vAlign w:val="center"/>
          </w:tcPr>
          <w:p w14:paraId="3B420E89" w14:textId="77777777" w:rsidR="001C7FD1" w:rsidRDefault="003F5285">
            <w:pPr>
              <w:spacing w:after="0" w:line="240" w:lineRule="auto"/>
            </w:pPr>
            <w:r>
              <w:rPr>
                <w:rFonts w:eastAsia="Arial"/>
                <w:b/>
                <w:color w:val="FFFFFF"/>
              </w:rPr>
              <w:t>Rating</w:t>
            </w:r>
            <w:r>
              <w:rPr>
                <w:rFonts w:eastAsia="Arial"/>
                <w:b/>
                <w:color w:val="FFFFFF"/>
              </w:rPr>
              <w:br/>
              <w:t>0-4 / N/A</w:t>
            </w:r>
          </w:p>
        </w:tc>
        <w:tc>
          <w:tcPr>
            <w:tcW w:w="3600" w:type="dxa"/>
            <w:shd w:val="clear" w:color="auto" w:fill="4B1F26"/>
            <w:tcMar>
              <w:top w:w="90" w:type="dxa"/>
              <w:left w:w="120" w:type="dxa"/>
              <w:bottom w:w="90" w:type="dxa"/>
              <w:right w:w="120" w:type="dxa"/>
            </w:tcMar>
            <w:vAlign w:val="center"/>
          </w:tcPr>
          <w:p w14:paraId="70347821" w14:textId="77777777" w:rsidR="001C7FD1" w:rsidRDefault="003F5285">
            <w:pPr>
              <w:spacing w:after="0" w:line="240" w:lineRule="auto"/>
            </w:pPr>
            <w:r>
              <w:rPr>
                <w:rFonts w:eastAsia="Arial"/>
                <w:b/>
                <w:color w:val="FFFFFF"/>
              </w:rPr>
              <w:t>Example, support needed and functional impact</w:t>
            </w:r>
          </w:p>
        </w:tc>
      </w:tr>
      <w:tr w:rsidR="001C7FD1" w14:paraId="2BE564FA" w14:textId="77777777">
        <w:trPr>
          <w:cantSplit/>
        </w:trPr>
        <w:tc>
          <w:tcPr>
            <w:tcW w:w="4760" w:type="dxa"/>
          </w:tcPr>
          <w:p w14:paraId="78A587AA" w14:textId="77777777" w:rsidR="001C7FD1" w:rsidRDefault="003F5285">
            <w:pPr>
              <w:spacing w:after="0" w:line="240" w:lineRule="auto"/>
            </w:pPr>
            <w:r>
              <w:rPr>
                <w:rFonts w:eastAsia="Arial"/>
                <w:b/>
              </w:rPr>
              <w:t>Washing, bathing or showering safely and thoroughly</w:t>
            </w:r>
          </w:p>
        </w:tc>
        <w:tc>
          <w:tcPr>
            <w:tcW w:w="1280" w:type="dxa"/>
          </w:tcPr>
          <w:p w14:paraId="015282F1" w14:textId="77777777" w:rsidR="001C7FD1" w:rsidRDefault="003F5285">
            <w:pPr>
              <w:spacing w:after="0" w:line="240" w:lineRule="auto"/>
              <w:jc w:val="center"/>
            </w:pPr>
            <w:sdt>
              <w:sdtPr>
                <w:alias w:val="R306"/>
                <w:tag w:val="R306"/>
                <w:id w:val="100306"/>
                <w:text/>
              </w:sdtPr>
              <w:sdtEndPr/>
              <w:sdtContent>
                <w:r>
                  <w:rPr>
                    <w:rFonts w:eastAsia="Arial"/>
                    <w:color w:val="555555"/>
                  </w:rPr>
                  <w:t>0-4 / N/A</w:t>
                </w:r>
              </w:sdtContent>
            </w:sdt>
          </w:p>
        </w:tc>
        <w:tc>
          <w:tcPr>
            <w:tcW w:w="3600" w:type="dxa"/>
          </w:tcPr>
          <w:p w14:paraId="55760688" w14:textId="77777777" w:rsidR="001C7FD1" w:rsidRDefault="003F5285">
            <w:pPr>
              <w:spacing w:after="0" w:line="240" w:lineRule="auto"/>
            </w:pPr>
            <w:sdt>
              <w:sdtPr>
                <w:alias w:val="T307"/>
                <w:tag w:val="T307"/>
                <w:id w:val="100307"/>
                <w:text/>
              </w:sdtPr>
              <w:sdtEndPr/>
              <w:sdtContent>
                <w:r>
                  <w:rPr>
                    <w:rFonts w:eastAsia="Arial"/>
                    <w:color w:val="555555"/>
                  </w:rPr>
                  <w:t>Click or tap to type</w:t>
                </w:r>
              </w:sdtContent>
            </w:sdt>
          </w:p>
        </w:tc>
      </w:tr>
      <w:tr w:rsidR="001C7FD1" w14:paraId="72238F1F" w14:textId="77777777">
        <w:trPr>
          <w:cantSplit/>
        </w:trPr>
        <w:tc>
          <w:tcPr>
            <w:tcW w:w="4760" w:type="dxa"/>
            <w:shd w:val="clear" w:color="auto" w:fill="F5F4EF"/>
          </w:tcPr>
          <w:p w14:paraId="1A5F9A66" w14:textId="77777777" w:rsidR="001C7FD1" w:rsidRDefault="003F5285">
            <w:pPr>
              <w:spacing w:after="0" w:line="240" w:lineRule="auto"/>
            </w:pPr>
            <w:r>
              <w:rPr>
                <w:rFonts w:eastAsia="Arial"/>
                <w:b/>
              </w:rPr>
              <w:t>Dressing for weather, setting and comfort</w:t>
            </w:r>
          </w:p>
        </w:tc>
        <w:tc>
          <w:tcPr>
            <w:tcW w:w="1280" w:type="dxa"/>
            <w:shd w:val="clear" w:color="auto" w:fill="F5F4EF"/>
          </w:tcPr>
          <w:p w14:paraId="60B2EAC8" w14:textId="77777777" w:rsidR="001C7FD1" w:rsidRDefault="003F5285">
            <w:pPr>
              <w:spacing w:after="0" w:line="240" w:lineRule="auto"/>
              <w:jc w:val="center"/>
            </w:pPr>
            <w:sdt>
              <w:sdtPr>
                <w:alias w:val="R308"/>
                <w:tag w:val="R308"/>
                <w:id w:val="100308"/>
                <w:text/>
              </w:sdtPr>
              <w:sdtEndPr/>
              <w:sdtContent>
                <w:r>
                  <w:rPr>
                    <w:rFonts w:eastAsia="Arial"/>
                    <w:color w:val="555555"/>
                  </w:rPr>
                  <w:t>0-4 / N/A</w:t>
                </w:r>
              </w:sdtContent>
            </w:sdt>
          </w:p>
        </w:tc>
        <w:tc>
          <w:tcPr>
            <w:tcW w:w="3600" w:type="dxa"/>
            <w:shd w:val="clear" w:color="auto" w:fill="F5F4EF"/>
          </w:tcPr>
          <w:p w14:paraId="4AE5EF8B" w14:textId="77777777" w:rsidR="001C7FD1" w:rsidRDefault="003F5285">
            <w:pPr>
              <w:spacing w:after="0" w:line="240" w:lineRule="auto"/>
            </w:pPr>
            <w:sdt>
              <w:sdtPr>
                <w:alias w:val="T309"/>
                <w:tag w:val="T309"/>
                <w:id w:val="100309"/>
                <w:text/>
              </w:sdtPr>
              <w:sdtEndPr/>
              <w:sdtContent>
                <w:r>
                  <w:rPr>
                    <w:rFonts w:eastAsia="Arial"/>
                    <w:color w:val="555555"/>
                  </w:rPr>
                  <w:t>Click or tap to type</w:t>
                </w:r>
              </w:sdtContent>
            </w:sdt>
          </w:p>
        </w:tc>
      </w:tr>
      <w:tr w:rsidR="001C7FD1" w14:paraId="1E421F96" w14:textId="77777777">
        <w:trPr>
          <w:cantSplit/>
        </w:trPr>
        <w:tc>
          <w:tcPr>
            <w:tcW w:w="4760" w:type="dxa"/>
          </w:tcPr>
          <w:p w14:paraId="59367A1E" w14:textId="77777777" w:rsidR="001C7FD1" w:rsidRDefault="003F5285">
            <w:pPr>
              <w:spacing w:after="0" w:line="240" w:lineRule="auto"/>
            </w:pPr>
            <w:r>
              <w:rPr>
                <w:rFonts w:eastAsia="Arial"/>
                <w:b/>
              </w:rPr>
              <w:t>Fasteners, shoes, hair, shaving, skin, oral care and other grooming</w:t>
            </w:r>
          </w:p>
        </w:tc>
        <w:tc>
          <w:tcPr>
            <w:tcW w:w="1280" w:type="dxa"/>
          </w:tcPr>
          <w:p w14:paraId="19F7B36F" w14:textId="77777777" w:rsidR="001C7FD1" w:rsidRDefault="003F5285">
            <w:pPr>
              <w:spacing w:after="0" w:line="240" w:lineRule="auto"/>
              <w:jc w:val="center"/>
            </w:pPr>
            <w:sdt>
              <w:sdtPr>
                <w:alias w:val="R310"/>
                <w:tag w:val="R310"/>
                <w:id w:val="100310"/>
                <w:text/>
              </w:sdtPr>
              <w:sdtEndPr/>
              <w:sdtContent>
                <w:r>
                  <w:rPr>
                    <w:rFonts w:eastAsia="Arial"/>
                    <w:color w:val="555555"/>
                  </w:rPr>
                  <w:t>0-4 / N/A</w:t>
                </w:r>
              </w:sdtContent>
            </w:sdt>
          </w:p>
        </w:tc>
        <w:tc>
          <w:tcPr>
            <w:tcW w:w="3600" w:type="dxa"/>
          </w:tcPr>
          <w:p w14:paraId="4EAB5754" w14:textId="77777777" w:rsidR="001C7FD1" w:rsidRDefault="003F5285">
            <w:pPr>
              <w:spacing w:after="0" w:line="240" w:lineRule="auto"/>
            </w:pPr>
            <w:sdt>
              <w:sdtPr>
                <w:alias w:val="T311"/>
                <w:tag w:val="T311"/>
                <w:id w:val="100311"/>
                <w:text/>
              </w:sdtPr>
              <w:sdtEndPr/>
              <w:sdtContent>
                <w:r>
                  <w:rPr>
                    <w:rFonts w:eastAsia="Arial"/>
                    <w:color w:val="555555"/>
                  </w:rPr>
                  <w:t>Click or tap to type</w:t>
                </w:r>
              </w:sdtContent>
            </w:sdt>
          </w:p>
        </w:tc>
      </w:tr>
      <w:tr w:rsidR="001C7FD1" w14:paraId="055456A0" w14:textId="77777777">
        <w:trPr>
          <w:cantSplit/>
        </w:trPr>
        <w:tc>
          <w:tcPr>
            <w:tcW w:w="4760" w:type="dxa"/>
            <w:shd w:val="clear" w:color="auto" w:fill="F5F4EF"/>
          </w:tcPr>
          <w:p w14:paraId="69C290CF" w14:textId="77777777" w:rsidR="001C7FD1" w:rsidRDefault="003F5285">
            <w:pPr>
              <w:spacing w:after="0" w:line="240" w:lineRule="auto"/>
            </w:pPr>
            <w:r>
              <w:rPr>
                <w:rFonts w:eastAsia="Arial"/>
                <w:b/>
              </w:rPr>
              <w:t>Using the toilet, continence care and hygiene</w:t>
            </w:r>
          </w:p>
        </w:tc>
        <w:tc>
          <w:tcPr>
            <w:tcW w:w="1280" w:type="dxa"/>
            <w:shd w:val="clear" w:color="auto" w:fill="F5F4EF"/>
          </w:tcPr>
          <w:p w14:paraId="683A54CD" w14:textId="77777777" w:rsidR="001C7FD1" w:rsidRDefault="003F5285">
            <w:pPr>
              <w:spacing w:after="0" w:line="240" w:lineRule="auto"/>
              <w:jc w:val="center"/>
            </w:pPr>
            <w:sdt>
              <w:sdtPr>
                <w:alias w:val="R312"/>
                <w:tag w:val="R312"/>
                <w:id w:val="100312"/>
                <w:text/>
              </w:sdtPr>
              <w:sdtEndPr/>
              <w:sdtContent>
                <w:r>
                  <w:rPr>
                    <w:rFonts w:eastAsia="Arial"/>
                    <w:color w:val="555555"/>
                  </w:rPr>
                  <w:t>0-4 / N/A</w:t>
                </w:r>
              </w:sdtContent>
            </w:sdt>
          </w:p>
        </w:tc>
        <w:tc>
          <w:tcPr>
            <w:tcW w:w="3600" w:type="dxa"/>
            <w:shd w:val="clear" w:color="auto" w:fill="F5F4EF"/>
          </w:tcPr>
          <w:p w14:paraId="20D42320" w14:textId="77777777" w:rsidR="001C7FD1" w:rsidRDefault="003F5285">
            <w:pPr>
              <w:spacing w:after="0" w:line="240" w:lineRule="auto"/>
            </w:pPr>
            <w:sdt>
              <w:sdtPr>
                <w:alias w:val="T313"/>
                <w:tag w:val="T313"/>
                <w:id w:val="100313"/>
                <w:text/>
              </w:sdtPr>
              <w:sdtEndPr/>
              <w:sdtContent>
                <w:r>
                  <w:rPr>
                    <w:rFonts w:eastAsia="Arial"/>
                    <w:color w:val="555555"/>
                  </w:rPr>
                  <w:t>Click or tap to type</w:t>
                </w:r>
              </w:sdtContent>
            </w:sdt>
          </w:p>
        </w:tc>
      </w:tr>
      <w:tr w:rsidR="001C7FD1" w14:paraId="58C60E11" w14:textId="77777777">
        <w:trPr>
          <w:cantSplit/>
        </w:trPr>
        <w:tc>
          <w:tcPr>
            <w:tcW w:w="4760" w:type="dxa"/>
          </w:tcPr>
          <w:p w14:paraId="0F8BDCFE" w14:textId="77777777" w:rsidR="001C7FD1" w:rsidRDefault="003F5285">
            <w:pPr>
              <w:spacing w:after="0" w:line="240" w:lineRule="auto"/>
            </w:pPr>
            <w:r>
              <w:rPr>
                <w:rFonts w:eastAsia="Arial"/>
                <w:b/>
              </w:rPr>
              <w:t>Eating and drinking safely</w:t>
            </w:r>
          </w:p>
        </w:tc>
        <w:tc>
          <w:tcPr>
            <w:tcW w:w="1280" w:type="dxa"/>
          </w:tcPr>
          <w:p w14:paraId="03A9BDD7" w14:textId="77777777" w:rsidR="001C7FD1" w:rsidRDefault="003F5285">
            <w:pPr>
              <w:spacing w:after="0" w:line="240" w:lineRule="auto"/>
              <w:jc w:val="center"/>
            </w:pPr>
            <w:sdt>
              <w:sdtPr>
                <w:alias w:val="R314"/>
                <w:tag w:val="R314"/>
                <w:id w:val="100314"/>
                <w:text/>
              </w:sdtPr>
              <w:sdtEndPr/>
              <w:sdtContent>
                <w:r>
                  <w:rPr>
                    <w:rFonts w:eastAsia="Arial"/>
                    <w:color w:val="555555"/>
                  </w:rPr>
                  <w:t>0-4 / N/A</w:t>
                </w:r>
              </w:sdtContent>
            </w:sdt>
          </w:p>
        </w:tc>
        <w:tc>
          <w:tcPr>
            <w:tcW w:w="3600" w:type="dxa"/>
          </w:tcPr>
          <w:p w14:paraId="21E4921C" w14:textId="77777777" w:rsidR="001C7FD1" w:rsidRDefault="003F5285">
            <w:pPr>
              <w:spacing w:after="0" w:line="240" w:lineRule="auto"/>
            </w:pPr>
            <w:sdt>
              <w:sdtPr>
                <w:alias w:val="T315"/>
                <w:tag w:val="T315"/>
                <w:id w:val="100315"/>
                <w:text/>
              </w:sdtPr>
              <w:sdtEndPr/>
              <w:sdtContent>
                <w:r>
                  <w:rPr>
                    <w:rFonts w:eastAsia="Arial"/>
                    <w:color w:val="555555"/>
                  </w:rPr>
                  <w:t>Click or tap to type</w:t>
                </w:r>
              </w:sdtContent>
            </w:sdt>
          </w:p>
        </w:tc>
      </w:tr>
      <w:tr w:rsidR="001C7FD1" w14:paraId="182E4F09" w14:textId="77777777">
        <w:trPr>
          <w:cantSplit/>
        </w:trPr>
        <w:tc>
          <w:tcPr>
            <w:tcW w:w="4760" w:type="dxa"/>
            <w:shd w:val="clear" w:color="auto" w:fill="F5F4EF"/>
          </w:tcPr>
          <w:p w14:paraId="41169078" w14:textId="77777777" w:rsidR="001C7FD1" w:rsidRDefault="003F5285">
            <w:pPr>
              <w:spacing w:after="0" w:line="240" w:lineRule="auto"/>
            </w:pPr>
            <w:r>
              <w:rPr>
                <w:rFonts w:eastAsia="Arial"/>
                <w:b/>
              </w:rPr>
              <w:t>Using cutlery, cups, adaptive equipment or feeding support</w:t>
            </w:r>
          </w:p>
        </w:tc>
        <w:tc>
          <w:tcPr>
            <w:tcW w:w="1280" w:type="dxa"/>
            <w:shd w:val="clear" w:color="auto" w:fill="F5F4EF"/>
          </w:tcPr>
          <w:p w14:paraId="19B133D2" w14:textId="77777777" w:rsidR="001C7FD1" w:rsidRDefault="003F5285">
            <w:pPr>
              <w:spacing w:after="0" w:line="240" w:lineRule="auto"/>
              <w:jc w:val="center"/>
            </w:pPr>
            <w:sdt>
              <w:sdtPr>
                <w:alias w:val="R316"/>
                <w:tag w:val="R316"/>
                <w:id w:val="100316"/>
                <w:text/>
              </w:sdtPr>
              <w:sdtEndPr/>
              <w:sdtContent>
                <w:r>
                  <w:rPr>
                    <w:rFonts w:eastAsia="Arial"/>
                    <w:color w:val="555555"/>
                  </w:rPr>
                  <w:t>0-4 / N/A</w:t>
                </w:r>
              </w:sdtContent>
            </w:sdt>
          </w:p>
        </w:tc>
        <w:tc>
          <w:tcPr>
            <w:tcW w:w="3600" w:type="dxa"/>
            <w:shd w:val="clear" w:color="auto" w:fill="F5F4EF"/>
          </w:tcPr>
          <w:p w14:paraId="3E1DCC2A" w14:textId="77777777" w:rsidR="001C7FD1" w:rsidRDefault="003F5285">
            <w:pPr>
              <w:spacing w:after="0" w:line="240" w:lineRule="auto"/>
            </w:pPr>
            <w:sdt>
              <w:sdtPr>
                <w:alias w:val="T317"/>
                <w:tag w:val="T317"/>
                <w:id w:val="100317"/>
                <w:text/>
              </w:sdtPr>
              <w:sdtEndPr/>
              <w:sdtContent>
                <w:r>
                  <w:rPr>
                    <w:rFonts w:eastAsia="Arial"/>
                    <w:color w:val="555555"/>
                  </w:rPr>
                  <w:t>Click or tap to type</w:t>
                </w:r>
              </w:sdtContent>
            </w:sdt>
          </w:p>
        </w:tc>
      </w:tr>
      <w:tr w:rsidR="001C7FD1" w14:paraId="52C4FDBE" w14:textId="77777777">
        <w:trPr>
          <w:cantSplit/>
        </w:trPr>
        <w:tc>
          <w:tcPr>
            <w:tcW w:w="4760" w:type="dxa"/>
          </w:tcPr>
          <w:p w14:paraId="439AD5B3" w14:textId="77777777" w:rsidR="001C7FD1" w:rsidRDefault="003F5285">
            <w:pPr>
              <w:spacing w:after="0" w:line="240" w:lineRule="auto"/>
            </w:pPr>
            <w:r>
              <w:rPr>
                <w:rFonts w:eastAsia="Arial"/>
                <w:b/>
              </w:rPr>
              <w:t>Recognising hunger, thirst, pain, illness, fatigue and toileting needs</w:t>
            </w:r>
          </w:p>
        </w:tc>
        <w:tc>
          <w:tcPr>
            <w:tcW w:w="1280" w:type="dxa"/>
          </w:tcPr>
          <w:p w14:paraId="26050E2B" w14:textId="77777777" w:rsidR="001C7FD1" w:rsidRDefault="003F5285">
            <w:pPr>
              <w:spacing w:after="0" w:line="240" w:lineRule="auto"/>
              <w:jc w:val="center"/>
            </w:pPr>
            <w:sdt>
              <w:sdtPr>
                <w:alias w:val="R318"/>
                <w:tag w:val="R318"/>
                <w:id w:val="100318"/>
                <w:text/>
              </w:sdtPr>
              <w:sdtEndPr/>
              <w:sdtContent>
                <w:r>
                  <w:rPr>
                    <w:rFonts w:eastAsia="Arial"/>
                    <w:color w:val="555555"/>
                  </w:rPr>
                  <w:t>0-4 / N/A</w:t>
                </w:r>
              </w:sdtContent>
            </w:sdt>
          </w:p>
        </w:tc>
        <w:tc>
          <w:tcPr>
            <w:tcW w:w="3600" w:type="dxa"/>
          </w:tcPr>
          <w:p w14:paraId="2AFD4ECE" w14:textId="77777777" w:rsidR="001C7FD1" w:rsidRDefault="003F5285">
            <w:pPr>
              <w:spacing w:after="0" w:line="240" w:lineRule="auto"/>
            </w:pPr>
            <w:sdt>
              <w:sdtPr>
                <w:alias w:val="T319"/>
                <w:tag w:val="T319"/>
                <w:id w:val="100319"/>
                <w:text/>
              </w:sdtPr>
              <w:sdtEndPr/>
              <w:sdtContent>
                <w:r>
                  <w:rPr>
                    <w:rFonts w:eastAsia="Arial"/>
                    <w:color w:val="555555"/>
                  </w:rPr>
                  <w:t>Click or tap to type</w:t>
                </w:r>
              </w:sdtContent>
            </w:sdt>
          </w:p>
        </w:tc>
      </w:tr>
      <w:tr w:rsidR="001C7FD1" w14:paraId="063EC38C" w14:textId="77777777">
        <w:trPr>
          <w:cantSplit/>
        </w:trPr>
        <w:tc>
          <w:tcPr>
            <w:tcW w:w="4760" w:type="dxa"/>
            <w:shd w:val="clear" w:color="auto" w:fill="F5F4EF"/>
          </w:tcPr>
          <w:p w14:paraId="6A4731BF" w14:textId="77777777" w:rsidR="001C7FD1" w:rsidRDefault="003F5285">
            <w:pPr>
              <w:spacing w:after="0" w:line="240" w:lineRule="auto"/>
            </w:pPr>
            <w:r>
              <w:rPr>
                <w:rFonts w:eastAsia="Arial"/>
                <w:b/>
              </w:rPr>
              <w:t>Following a sleep and waking routine</w:t>
            </w:r>
          </w:p>
        </w:tc>
        <w:tc>
          <w:tcPr>
            <w:tcW w:w="1280" w:type="dxa"/>
            <w:shd w:val="clear" w:color="auto" w:fill="F5F4EF"/>
          </w:tcPr>
          <w:p w14:paraId="484C506A" w14:textId="77777777" w:rsidR="001C7FD1" w:rsidRDefault="003F5285">
            <w:pPr>
              <w:spacing w:after="0" w:line="240" w:lineRule="auto"/>
              <w:jc w:val="center"/>
            </w:pPr>
            <w:sdt>
              <w:sdtPr>
                <w:alias w:val="R320"/>
                <w:tag w:val="R320"/>
                <w:id w:val="100320"/>
                <w:text/>
              </w:sdtPr>
              <w:sdtEndPr/>
              <w:sdtContent>
                <w:r>
                  <w:rPr>
                    <w:rFonts w:eastAsia="Arial"/>
                    <w:color w:val="555555"/>
                  </w:rPr>
                  <w:t>0-4 / N/A</w:t>
                </w:r>
              </w:sdtContent>
            </w:sdt>
          </w:p>
        </w:tc>
        <w:tc>
          <w:tcPr>
            <w:tcW w:w="3600" w:type="dxa"/>
            <w:shd w:val="clear" w:color="auto" w:fill="F5F4EF"/>
          </w:tcPr>
          <w:p w14:paraId="32B5DF28" w14:textId="77777777" w:rsidR="001C7FD1" w:rsidRDefault="003F5285">
            <w:pPr>
              <w:spacing w:after="0" w:line="240" w:lineRule="auto"/>
            </w:pPr>
            <w:sdt>
              <w:sdtPr>
                <w:alias w:val="T321"/>
                <w:tag w:val="T321"/>
                <w:id w:val="100321"/>
                <w:text/>
              </w:sdtPr>
              <w:sdtEndPr/>
              <w:sdtContent>
                <w:r>
                  <w:rPr>
                    <w:rFonts w:eastAsia="Arial"/>
                    <w:color w:val="555555"/>
                  </w:rPr>
                  <w:t>Click or tap to type</w:t>
                </w:r>
              </w:sdtContent>
            </w:sdt>
          </w:p>
        </w:tc>
      </w:tr>
      <w:tr w:rsidR="001C7FD1" w14:paraId="4B7D18EA" w14:textId="77777777">
        <w:trPr>
          <w:cantSplit/>
        </w:trPr>
        <w:tc>
          <w:tcPr>
            <w:tcW w:w="4760" w:type="dxa"/>
          </w:tcPr>
          <w:p w14:paraId="30E0864F" w14:textId="77777777" w:rsidR="001C7FD1" w:rsidRDefault="003F5285">
            <w:pPr>
              <w:spacing w:after="0" w:line="240" w:lineRule="auto"/>
            </w:pPr>
            <w:r>
              <w:rPr>
                <w:rFonts w:eastAsia="Arial"/>
                <w:b/>
              </w:rPr>
              <w:t>Managing menstruation, puberty-related care or intimate hygiene where relevant</w:t>
            </w:r>
          </w:p>
        </w:tc>
        <w:tc>
          <w:tcPr>
            <w:tcW w:w="1280" w:type="dxa"/>
          </w:tcPr>
          <w:p w14:paraId="308D643C" w14:textId="77777777" w:rsidR="001C7FD1" w:rsidRDefault="003F5285">
            <w:pPr>
              <w:spacing w:after="0" w:line="240" w:lineRule="auto"/>
              <w:jc w:val="center"/>
            </w:pPr>
            <w:sdt>
              <w:sdtPr>
                <w:alias w:val="R322"/>
                <w:tag w:val="R322"/>
                <w:id w:val="100322"/>
                <w:text/>
              </w:sdtPr>
              <w:sdtEndPr/>
              <w:sdtContent>
                <w:r>
                  <w:rPr>
                    <w:rFonts w:eastAsia="Arial"/>
                    <w:color w:val="555555"/>
                  </w:rPr>
                  <w:t>0-4 / N/A</w:t>
                </w:r>
              </w:sdtContent>
            </w:sdt>
          </w:p>
        </w:tc>
        <w:tc>
          <w:tcPr>
            <w:tcW w:w="3600" w:type="dxa"/>
          </w:tcPr>
          <w:p w14:paraId="3B4B1BFA" w14:textId="77777777" w:rsidR="001C7FD1" w:rsidRDefault="003F5285">
            <w:pPr>
              <w:spacing w:after="0" w:line="240" w:lineRule="auto"/>
            </w:pPr>
            <w:sdt>
              <w:sdtPr>
                <w:alias w:val="T323"/>
                <w:tag w:val="T323"/>
                <w:id w:val="100323"/>
                <w:text/>
              </w:sdtPr>
              <w:sdtEndPr/>
              <w:sdtContent>
                <w:r>
                  <w:rPr>
                    <w:rFonts w:eastAsia="Arial"/>
                    <w:color w:val="555555"/>
                  </w:rPr>
                  <w:t>Click or tap to type</w:t>
                </w:r>
              </w:sdtContent>
            </w:sdt>
          </w:p>
        </w:tc>
      </w:tr>
      <w:tr w:rsidR="001C7FD1" w14:paraId="664C6F75" w14:textId="77777777">
        <w:trPr>
          <w:cantSplit/>
        </w:trPr>
        <w:tc>
          <w:tcPr>
            <w:tcW w:w="4760" w:type="dxa"/>
            <w:shd w:val="clear" w:color="auto" w:fill="F5F4EF"/>
          </w:tcPr>
          <w:p w14:paraId="1931B3B5" w14:textId="77777777" w:rsidR="001C7FD1" w:rsidRDefault="003F5285">
            <w:pPr>
              <w:spacing w:after="0" w:line="240" w:lineRule="auto"/>
            </w:pPr>
            <w:r>
              <w:rPr>
                <w:rFonts w:eastAsia="Arial"/>
                <w:b/>
              </w:rPr>
              <w:t>Taking medication correctly and safely</w:t>
            </w:r>
          </w:p>
        </w:tc>
        <w:tc>
          <w:tcPr>
            <w:tcW w:w="1280" w:type="dxa"/>
            <w:shd w:val="clear" w:color="auto" w:fill="F5F4EF"/>
          </w:tcPr>
          <w:p w14:paraId="22C7F368" w14:textId="77777777" w:rsidR="001C7FD1" w:rsidRDefault="003F5285">
            <w:pPr>
              <w:spacing w:after="0" w:line="240" w:lineRule="auto"/>
              <w:jc w:val="center"/>
            </w:pPr>
            <w:sdt>
              <w:sdtPr>
                <w:alias w:val="R324"/>
                <w:tag w:val="R324"/>
                <w:id w:val="100324"/>
                <w:text/>
              </w:sdtPr>
              <w:sdtEndPr/>
              <w:sdtContent>
                <w:r>
                  <w:rPr>
                    <w:rFonts w:eastAsia="Arial"/>
                    <w:color w:val="555555"/>
                  </w:rPr>
                  <w:t>0-4 / N/A</w:t>
                </w:r>
              </w:sdtContent>
            </w:sdt>
          </w:p>
        </w:tc>
        <w:tc>
          <w:tcPr>
            <w:tcW w:w="3600" w:type="dxa"/>
            <w:shd w:val="clear" w:color="auto" w:fill="F5F4EF"/>
          </w:tcPr>
          <w:p w14:paraId="6BD1AFA6" w14:textId="77777777" w:rsidR="001C7FD1" w:rsidRDefault="003F5285">
            <w:pPr>
              <w:spacing w:after="0" w:line="240" w:lineRule="auto"/>
            </w:pPr>
            <w:sdt>
              <w:sdtPr>
                <w:alias w:val="T325"/>
                <w:tag w:val="T325"/>
                <w:id w:val="100325"/>
                <w:text/>
              </w:sdtPr>
              <w:sdtEndPr/>
              <w:sdtContent>
                <w:r>
                  <w:rPr>
                    <w:rFonts w:eastAsia="Arial"/>
                    <w:color w:val="555555"/>
                  </w:rPr>
                  <w:t>Click or tap to type</w:t>
                </w:r>
              </w:sdtContent>
            </w:sdt>
          </w:p>
        </w:tc>
      </w:tr>
      <w:tr w:rsidR="001C7FD1" w14:paraId="65D6CC1B" w14:textId="77777777">
        <w:trPr>
          <w:cantSplit/>
        </w:trPr>
        <w:tc>
          <w:tcPr>
            <w:tcW w:w="4760" w:type="dxa"/>
          </w:tcPr>
          <w:p w14:paraId="1D5CDAF6" w14:textId="77777777" w:rsidR="001C7FD1" w:rsidRDefault="003F5285">
            <w:pPr>
              <w:spacing w:after="0" w:line="240" w:lineRule="auto"/>
            </w:pPr>
            <w:r>
              <w:rPr>
                <w:rFonts w:eastAsia="Arial"/>
                <w:b/>
              </w:rPr>
              <w:t>Ordering and storing medication, consumables or health equipment</w:t>
            </w:r>
          </w:p>
        </w:tc>
        <w:tc>
          <w:tcPr>
            <w:tcW w:w="1280" w:type="dxa"/>
          </w:tcPr>
          <w:p w14:paraId="0E48C1B9" w14:textId="77777777" w:rsidR="001C7FD1" w:rsidRDefault="003F5285">
            <w:pPr>
              <w:spacing w:after="0" w:line="240" w:lineRule="auto"/>
              <w:jc w:val="center"/>
            </w:pPr>
            <w:sdt>
              <w:sdtPr>
                <w:alias w:val="R326"/>
                <w:tag w:val="R326"/>
                <w:id w:val="100326"/>
                <w:text/>
              </w:sdtPr>
              <w:sdtEndPr/>
              <w:sdtContent>
                <w:r>
                  <w:rPr>
                    <w:rFonts w:eastAsia="Arial"/>
                    <w:color w:val="555555"/>
                  </w:rPr>
                  <w:t>0-4 / N/A</w:t>
                </w:r>
              </w:sdtContent>
            </w:sdt>
          </w:p>
        </w:tc>
        <w:tc>
          <w:tcPr>
            <w:tcW w:w="3600" w:type="dxa"/>
          </w:tcPr>
          <w:p w14:paraId="183C8C15" w14:textId="77777777" w:rsidR="001C7FD1" w:rsidRDefault="003F5285">
            <w:pPr>
              <w:spacing w:after="0" w:line="240" w:lineRule="auto"/>
            </w:pPr>
            <w:sdt>
              <w:sdtPr>
                <w:alias w:val="T327"/>
                <w:tag w:val="T327"/>
                <w:id w:val="100327"/>
                <w:text/>
              </w:sdtPr>
              <w:sdtEndPr/>
              <w:sdtContent>
                <w:r>
                  <w:rPr>
                    <w:rFonts w:eastAsia="Arial"/>
                    <w:color w:val="555555"/>
                  </w:rPr>
                  <w:t>Click or tap to type</w:t>
                </w:r>
              </w:sdtContent>
            </w:sdt>
          </w:p>
        </w:tc>
      </w:tr>
      <w:tr w:rsidR="001C7FD1" w14:paraId="533E4D06" w14:textId="77777777">
        <w:trPr>
          <w:cantSplit/>
        </w:trPr>
        <w:tc>
          <w:tcPr>
            <w:tcW w:w="4760" w:type="dxa"/>
            <w:shd w:val="clear" w:color="auto" w:fill="F5F4EF"/>
          </w:tcPr>
          <w:p w14:paraId="7C6116C6" w14:textId="77777777" w:rsidR="001C7FD1" w:rsidRDefault="003F5285">
            <w:pPr>
              <w:spacing w:after="0" w:line="240" w:lineRule="auto"/>
            </w:pPr>
            <w:r>
              <w:rPr>
                <w:rFonts w:eastAsia="Arial"/>
                <w:b/>
              </w:rPr>
              <w:t>Making, attending and following up health appointments</w:t>
            </w:r>
          </w:p>
        </w:tc>
        <w:tc>
          <w:tcPr>
            <w:tcW w:w="1280" w:type="dxa"/>
            <w:shd w:val="clear" w:color="auto" w:fill="F5F4EF"/>
          </w:tcPr>
          <w:p w14:paraId="33B3AA82" w14:textId="77777777" w:rsidR="001C7FD1" w:rsidRDefault="003F5285">
            <w:pPr>
              <w:spacing w:after="0" w:line="240" w:lineRule="auto"/>
              <w:jc w:val="center"/>
            </w:pPr>
            <w:sdt>
              <w:sdtPr>
                <w:alias w:val="R328"/>
                <w:tag w:val="R328"/>
                <w:id w:val="100328"/>
                <w:text/>
              </w:sdtPr>
              <w:sdtEndPr/>
              <w:sdtContent>
                <w:r>
                  <w:rPr>
                    <w:rFonts w:eastAsia="Arial"/>
                    <w:color w:val="555555"/>
                  </w:rPr>
                  <w:t>0-4 / N/A</w:t>
                </w:r>
              </w:sdtContent>
            </w:sdt>
          </w:p>
        </w:tc>
        <w:tc>
          <w:tcPr>
            <w:tcW w:w="3600" w:type="dxa"/>
            <w:shd w:val="clear" w:color="auto" w:fill="F5F4EF"/>
          </w:tcPr>
          <w:p w14:paraId="0EA10B61" w14:textId="77777777" w:rsidR="001C7FD1" w:rsidRDefault="003F5285">
            <w:pPr>
              <w:spacing w:after="0" w:line="240" w:lineRule="auto"/>
            </w:pPr>
            <w:sdt>
              <w:sdtPr>
                <w:alias w:val="T329"/>
                <w:tag w:val="T329"/>
                <w:id w:val="100329"/>
                <w:text/>
              </w:sdtPr>
              <w:sdtEndPr/>
              <w:sdtContent>
                <w:r>
                  <w:rPr>
                    <w:rFonts w:eastAsia="Arial"/>
                    <w:color w:val="555555"/>
                  </w:rPr>
                  <w:t>Click or tap to type</w:t>
                </w:r>
              </w:sdtContent>
            </w:sdt>
          </w:p>
        </w:tc>
      </w:tr>
      <w:tr w:rsidR="001C7FD1" w14:paraId="15AC0657" w14:textId="77777777">
        <w:trPr>
          <w:cantSplit/>
        </w:trPr>
        <w:tc>
          <w:tcPr>
            <w:tcW w:w="4760" w:type="dxa"/>
          </w:tcPr>
          <w:p w14:paraId="181DAF48" w14:textId="77777777" w:rsidR="001C7FD1" w:rsidRDefault="003F5285">
            <w:pPr>
              <w:spacing w:after="0" w:line="240" w:lineRule="auto"/>
            </w:pPr>
            <w:r>
              <w:rPr>
                <w:rFonts w:eastAsia="Arial"/>
                <w:b/>
              </w:rPr>
              <w:t>Monitoring a health condition and responding to changes</w:t>
            </w:r>
          </w:p>
        </w:tc>
        <w:tc>
          <w:tcPr>
            <w:tcW w:w="1280" w:type="dxa"/>
          </w:tcPr>
          <w:p w14:paraId="45DA174D" w14:textId="77777777" w:rsidR="001C7FD1" w:rsidRDefault="003F5285">
            <w:pPr>
              <w:spacing w:after="0" w:line="240" w:lineRule="auto"/>
              <w:jc w:val="center"/>
            </w:pPr>
            <w:sdt>
              <w:sdtPr>
                <w:alias w:val="R330"/>
                <w:tag w:val="R330"/>
                <w:id w:val="100330"/>
                <w:text/>
              </w:sdtPr>
              <w:sdtEndPr/>
              <w:sdtContent>
                <w:r>
                  <w:rPr>
                    <w:rFonts w:eastAsia="Arial"/>
                    <w:color w:val="555555"/>
                  </w:rPr>
                  <w:t>0-4 / N/A</w:t>
                </w:r>
              </w:sdtContent>
            </w:sdt>
          </w:p>
        </w:tc>
        <w:tc>
          <w:tcPr>
            <w:tcW w:w="3600" w:type="dxa"/>
          </w:tcPr>
          <w:p w14:paraId="5ABCBD03" w14:textId="77777777" w:rsidR="001C7FD1" w:rsidRDefault="003F5285">
            <w:pPr>
              <w:spacing w:after="0" w:line="240" w:lineRule="auto"/>
            </w:pPr>
            <w:sdt>
              <w:sdtPr>
                <w:alias w:val="T331"/>
                <w:tag w:val="T331"/>
                <w:id w:val="100331"/>
                <w:text/>
              </w:sdtPr>
              <w:sdtEndPr/>
              <w:sdtContent>
                <w:r>
                  <w:rPr>
                    <w:rFonts w:eastAsia="Arial"/>
                    <w:color w:val="555555"/>
                  </w:rPr>
                  <w:t>Click or tap to type</w:t>
                </w:r>
              </w:sdtContent>
            </w:sdt>
          </w:p>
        </w:tc>
      </w:tr>
      <w:tr w:rsidR="001C7FD1" w14:paraId="320315D0" w14:textId="77777777">
        <w:trPr>
          <w:cantSplit/>
        </w:trPr>
        <w:tc>
          <w:tcPr>
            <w:tcW w:w="4760" w:type="dxa"/>
            <w:shd w:val="clear" w:color="auto" w:fill="F5F4EF"/>
          </w:tcPr>
          <w:p w14:paraId="037C00D0" w14:textId="77777777" w:rsidR="001C7FD1" w:rsidRDefault="003F5285">
            <w:pPr>
              <w:spacing w:after="0" w:line="240" w:lineRule="auto"/>
            </w:pPr>
            <w:r>
              <w:rPr>
                <w:rFonts w:eastAsia="Arial"/>
                <w:b/>
              </w:rPr>
              <w:t>Communicating symptoms, consent and health preferences</w:t>
            </w:r>
          </w:p>
        </w:tc>
        <w:tc>
          <w:tcPr>
            <w:tcW w:w="1280" w:type="dxa"/>
            <w:shd w:val="clear" w:color="auto" w:fill="F5F4EF"/>
          </w:tcPr>
          <w:p w14:paraId="4737F0CC" w14:textId="77777777" w:rsidR="001C7FD1" w:rsidRDefault="003F5285">
            <w:pPr>
              <w:spacing w:after="0" w:line="240" w:lineRule="auto"/>
              <w:jc w:val="center"/>
            </w:pPr>
            <w:sdt>
              <w:sdtPr>
                <w:alias w:val="R332"/>
                <w:tag w:val="R332"/>
                <w:id w:val="100332"/>
                <w:text/>
              </w:sdtPr>
              <w:sdtEndPr/>
              <w:sdtContent>
                <w:r>
                  <w:rPr>
                    <w:rFonts w:eastAsia="Arial"/>
                    <w:color w:val="555555"/>
                  </w:rPr>
                  <w:t>0-4 / N/A</w:t>
                </w:r>
              </w:sdtContent>
            </w:sdt>
          </w:p>
        </w:tc>
        <w:tc>
          <w:tcPr>
            <w:tcW w:w="3600" w:type="dxa"/>
            <w:shd w:val="clear" w:color="auto" w:fill="F5F4EF"/>
          </w:tcPr>
          <w:p w14:paraId="481D95A7" w14:textId="77777777" w:rsidR="001C7FD1" w:rsidRDefault="003F5285">
            <w:pPr>
              <w:spacing w:after="0" w:line="240" w:lineRule="auto"/>
            </w:pPr>
            <w:sdt>
              <w:sdtPr>
                <w:alias w:val="T333"/>
                <w:tag w:val="T333"/>
                <w:id w:val="100333"/>
                <w:text/>
              </w:sdtPr>
              <w:sdtEndPr/>
              <w:sdtContent>
                <w:r>
                  <w:rPr>
                    <w:rFonts w:eastAsia="Arial"/>
                    <w:color w:val="555555"/>
                  </w:rPr>
                  <w:t>Click or tap to type</w:t>
                </w:r>
              </w:sdtContent>
            </w:sdt>
          </w:p>
        </w:tc>
      </w:tr>
      <w:tr w:rsidR="001C7FD1" w14:paraId="4FE7D4D4" w14:textId="77777777">
        <w:trPr>
          <w:cantSplit/>
        </w:trPr>
        <w:tc>
          <w:tcPr>
            <w:tcW w:w="4760" w:type="dxa"/>
          </w:tcPr>
          <w:p w14:paraId="3B68A6DA" w14:textId="77777777" w:rsidR="001C7FD1" w:rsidRDefault="003F5285">
            <w:pPr>
              <w:spacing w:after="0" w:line="240" w:lineRule="auto"/>
            </w:pPr>
            <w:r>
              <w:rPr>
                <w:rFonts w:eastAsia="Arial"/>
                <w:b/>
              </w:rPr>
              <w:t>Following emergency health, allergy, seizure or other medical plans</w:t>
            </w:r>
          </w:p>
        </w:tc>
        <w:tc>
          <w:tcPr>
            <w:tcW w:w="1280" w:type="dxa"/>
          </w:tcPr>
          <w:p w14:paraId="38D5CE51" w14:textId="77777777" w:rsidR="001C7FD1" w:rsidRDefault="003F5285">
            <w:pPr>
              <w:spacing w:after="0" w:line="240" w:lineRule="auto"/>
              <w:jc w:val="center"/>
            </w:pPr>
            <w:sdt>
              <w:sdtPr>
                <w:alias w:val="R334"/>
                <w:tag w:val="R334"/>
                <w:id w:val="100334"/>
                <w:text/>
              </w:sdtPr>
              <w:sdtEndPr/>
              <w:sdtContent>
                <w:r>
                  <w:rPr>
                    <w:rFonts w:eastAsia="Arial"/>
                    <w:color w:val="555555"/>
                  </w:rPr>
                  <w:t>0-4 / N/A</w:t>
                </w:r>
              </w:sdtContent>
            </w:sdt>
          </w:p>
        </w:tc>
        <w:tc>
          <w:tcPr>
            <w:tcW w:w="3600" w:type="dxa"/>
          </w:tcPr>
          <w:p w14:paraId="7D58BA16" w14:textId="77777777" w:rsidR="001C7FD1" w:rsidRDefault="003F5285">
            <w:pPr>
              <w:spacing w:after="0" w:line="240" w:lineRule="auto"/>
            </w:pPr>
            <w:sdt>
              <w:sdtPr>
                <w:alias w:val="T335"/>
                <w:tag w:val="T335"/>
                <w:id w:val="100335"/>
                <w:text/>
              </w:sdtPr>
              <w:sdtEndPr/>
              <w:sdtContent>
                <w:r>
                  <w:rPr>
                    <w:rFonts w:eastAsia="Arial"/>
                    <w:color w:val="555555"/>
                  </w:rPr>
                  <w:t>Click or tap to type</w:t>
                </w:r>
              </w:sdtContent>
            </w:sdt>
          </w:p>
        </w:tc>
      </w:tr>
      <w:tr w:rsidR="001C7FD1" w14:paraId="00564ACE" w14:textId="77777777">
        <w:trPr>
          <w:cantSplit/>
        </w:trPr>
        <w:tc>
          <w:tcPr>
            <w:tcW w:w="4760" w:type="dxa"/>
            <w:shd w:val="clear" w:color="auto" w:fill="F5F4EF"/>
          </w:tcPr>
          <w:p w14:paraId="0BDCA628" w14:textId="77777777" w:rsidR="001C7FD1" w:rsidRDefault="003F5285">
            <w:pPr>
              <w:spacing w:after="0" w:line="240" w:lineRule="auto"/>
            </w:pPr>
            <w:r>
              <w:rPr>
                <w:rFonts w:eastAsia="Arial"/>
                <w:b/>
              </w:rPr>
              <w:t>Maintaining privacy, dignity and age-appropriate health knowledge</w:t>
            </w:r>
          </w:p>
        </w:tc>
        <w:tc>
          <w:tcPr>
            <w:tcW w:w="1280" w:type="dxa"/>
            <w:shd w:val="clear" w:color="auto" w:fill="F5F4EF"/>
          </w:tcPr>
          <w:p w14:paraId="2ADEF78B" w14:textId="77777777" w:rsidR="001C7FD1" w:rsidRDefault="003F5285">
            <w:pPr>
              <w:spacing w:after="0" w:line="240" w:lineRule="auto"/>
              <w:jc w:val="center"/>
            </w:pPr>
            <w:sdt>
              <w:sdtPr>
                <w:alias w:val="R336"/>
                <w:tag w:val="R336"/>
                <w:id w:val="100336"/>
                <w:text/>
              </w:sdtPr>
              <w:sdtEndPr/>
              <w:sdtContent>
                <w:r>
                  <w:rPr>
                    <w:rFonts w:eastAsia="Arial"/>
                    <w:color w:val="555555"/>
                  </w:rPr>
                  <w:t>0-4 / N/A</w:t>
                </w:r>
              </w:sdtContent>
            </w:sdt>
          </w:p>
        </w:tc>
        <w:tc>
          <w:tcPr>
            <w:tcW w:w="3600" w:type="dxa"/>
            <w:shd w:val="clear" w:color="auto" w:fill="F5F4EF"/>
          </w:tcPr>
          <w:p w14:paraId="46CB4D03" w14:textId="77777777" w:rsidR="001C7FD1" w:rsidRDefault="003F5285">
            <w:pPr>
              <w:spacing w:after="0" w:line="240" w:lineRule="auto"/>
            </w:pPr>
            <w:sdt>
              <w:sdtPr>
                <w:alias w:val="T337"/>
                <w:tag w:val="T337"/>
                <w:id w:val="100337"/>
                <w:text/>
              </w:sdtPr>
              <w:sdtEndPr/>
              <w:sdtContent>
                <w:r>
                  <w:rPr>
                    <w:rFonts w:eastAsia="Arial"/>
                    <w:color w:val="555555"/>
                  </w:rPr>
                  <w:t>Click or tap to type</w:t>
                </w:r>
              </w:sdtContent>
            </w:sdt>
          </w:p>
        </w:tc>
      </w:tr>
    </w:tbl>
    <w:p w14:paraId="098064BB" w14:textId="77777777" w:rsidR="001C7FD1" w:rsidRDefault="003F5285">
      <w:pPr>
        <w:pStyle w:val="Heading2"/>
      </w:pPr>
      <w:r>
        <w:lastRenderedPageBreak/>
        <w:t>10.1 Personal care context</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300"/>
        <w:gridCol w:w="6340"/>
      </w:tblGrid>
      <w:tr w:rsidR="001C7FD1" w14:paraId="52A4622E" w14:textId="77777777">
        <w:trPr>
          <w:tblHeader/>
        </w:trPr>
        <w:tc>
          <w:tcPr>
            <w:tcW w:w="3300" w:type="dxa"/>
            <w:shd w:val="clear" w:color="auto" w:fill="4B1F26"/>
            <w:tcMar>
              <w:top w:w="90" w:type="dxa"/>
              <w:left w:w="120" w:type="dxa"/>
              <w:bottom w:w="90" w:type="dxa"/>
              <w:right w:w="120" w:type="dxa"/>
            </w:tcMar>
            <w:vAlign w:val="center"/>
          </w:tcPr>
          <w:p w14:paraId="1DA50DA3" w14:textId="77777777" w:rsidR="001C7FD1" w:rsidRDefault="003F5285">
            <w:pPr>
              <w:spacing w:after="0" w:line="240" w:lineRule="auto"/>
            </w:pPr>
            <w:r>
              <w:rPr>
                <w:rFonts w:eastAsia="Arial"/>
                <w:b/>
                <w:color w:val="FFFFFF"/>
              </w:rPr>
              <w:t>Question</w:t>
            </w:r>
          </w:p>
        </w:tc>
        <w:tc>
          <w:tcPr>
            <w:tcW w:w="6340" w:type="dxa"/>
            <w:shd w:val="clear" w:color="auto" w:fill="4B1F26"/>
            <w:tcMar>
              <w:top w:w="90" w:type="dxa"/>
              <w:left w:w="120" w:type="dxa"/>
              <w:bottom w:w="90" w:type="dxa"/>
              <w:right w:w="120" w:type="dxa"/>
            </w:tcMar>
            <w:vAlign w:val="center"/>
          </w:tcPr>
          <w:p w14:paraId="6008F4CE" w14:textId="77777777" w:rsidR="001C7FD1" w:rsidRDefault="003F5285">
            <w:pPr>
              <w:spacing w:after="0" w:line="240" w:lineRule="auto"/>
            </w:pPr>
            <w:r>
              <w:rPr>
                <w:rFonts w:eastAsia="Arial"/>
                <w:b/>
                <w:color w:val="FFFFFF"/>
              </w:rPr>
              <w:t>Your response</w:t>
            </w:r>
          </w:p>
        </w:tc>
      </w:tr>
      <w:tr w:rsidR="001C7FD1" w14:paraId="43ED6ED4" w14:textId="77777777">
        <w:trPr>
          <w:cantSplit/>
        </w:trPr>
        <w:tc>
          <w:tcPr>
            <w:tcW w:w="3300" w:type="dxa"/>
            <w:shd w:val="clear" w:color="auto" w:fill="EEECE1"/>
          </w:tcPr>
          <w:p w14:paraId="0757710E" w14:textId="77777777" w:rsidR="001C7FD1" w:rsidRDefault="003F5285">
            <w:pPr>
              <w:spacing w:after="0" w:line="240" w:lineRule="auto"/>
            </w:pPr>
            <w:r>
              <w:rPr>
                <w:rFonts w:eastAsia="Arial"/>
                <w:b/>
                <w:color w:val="4B1F26"/>
              </w:rPr>
              <w:t>Which personal care activities require the most support and why?</w:t>
            </w:r>
          </w:p>
        </w:tc>
        <w:tc>
          <w:tcPr>
            <w:tcW w:w="6340" w:type="dxa"/>
          </w:tcPr>
          <w:p w14:paraId="4098E09B" w14:textId="77777777" w:rsidR="001C7FD1" w:rsidRDefault="003F5285">
            <w:pPr>
              <w:spacing w:after="0" w:line="240" w:lineRule="auto"/>
            </w:pPr>
            <w:sdt>
              <w:sdtPr>
                <w:alias w:val="T338"/>
                <w:tag w:val="T338"/>
                <w:id w:val="100338"/>
                <w:text/>
              </w:sdtPr>
              <w:sdtEndPr/>
              <w:sdtContent>
                <w:r>
                  <w:rPr>
                    <w:rFonts w:eastAsia="Arial"/>
                    <w:color w:val="555555"/>
                  </w:rPr>
                  <w:t>Click or tap to type</w:t>
                </w:r>
              </w:sdtContent>
            </w:sdt>
          </w:p>
        </w:tc>
      </w:tr>
      <w:tr w:rsidR="001C7FD1" w14:paraId="45B5F1F2" w14:textId="77777777">
        <w:trPr>
          <w:cantSplit/>
        </w:trPr>
        <w:tc>
          <w:tcPr>
            <w:tcW w:w="3300" w:type="dxa"/>
            <w:shd w:val="clear" w:color="auto" w:fill="EEECE1"/>
          </w:tcPr>
          <w:p w14:paraId="06C190AA" w14:textId="77777777" w:rsidR="001C7FD1" w:rsidRDefault="003F5285">
            <w:pPr>
              <w:spacing w:after="0" w:line="240" w:lineRule="auto"/>
            </w:pPr>
            <w:r>
              <w:rPr>
                <w:rFonts w:eastAsia="Arial"/>
                <w:b/>
                <w:color w:val="4B1F26"/>
              </w:rPr>
              <w:t>How long do personal care routines take with and without support?</w:t>
            </w:r>
          </w:p>
        </w:tc>
        <w:tc>
          <w:tcPr>
            <w:tcW w:w="6340" w:type="dxa"/>
            <w:shd w:val="clear" w:color="auto" w:fill="F5F4EF"/>
          </w:tcPr>
          <w:p w14:paraId="4AD76E79" w14:textId="77777777" w:rsidR="001C7FD1" w:rsidRDefault="003F5285">
            <w:pPr>
              <w:spacing w:after="0" w:line="240" w:lineRule="auto"/>
            </w:pPr>
            <w:sdt>
              <w:sdtPr>
                <w:alias w:val="T339"/>
                <w:tag w:val="T339"/>
                <w:id w:val="100339"/>
                <w:text/>
              </w:sdtPr>
              <w:sdtEndPr/>
              <w:sdtContent>
                <w:r>
                  <w:rPr>
                    <w:rFonts w:eastAsia="Arial"/>
                    <w:color w:val="555555"/>
                  </w:rPr>
                  <w:t>Click or tap to type</w:t>
                </w:r>
              </w:sdtContent>
            </w:sdt>
          </w:p>
        </w:tc>
      </w:tr>
      <w:tr w:rsidR="001C7FD1" w14:paraId="395EF511" w14:textId="77777777">
        <w:trPr>
          <w:cantSplit/>
        </w:trPr>
        <w:tc>
          <w:tcPr>
            <w:tcW w:w="3300" w:type="dxa"/>
            <w:shd w:val="clear" w:color="auto" w:fill="EEECE1"/>
          </w:tcPr>
          <w:p w14:paraId="700FB085" w14:textId="77777777" w:rsidR="001C7FD1" w:rsidRDefault="003F5285">
            <w:pPr>
              <w:spacing w:after="0" w:line="240" w:lineRule="auto"/>
            </w:pPr>
            <w:r>
              <w:rPr>
                <w:rFonts w:eastAsia="Arial"/>
                <w:b/>
                <w:color w:val="4B1F26"/>
              </w:rPr>
              <w:t>Are there sensory, trauma, pain, gender, cultural or privacy considerations?</w:t>
            </w:r>
          </w:p>
        </w:tc>
        <w:tc>
          <w:tcPr>
            <w:tcW w:w="6340" w:type="dxa"/>
          </w:tcPr>
          <w:p w14:paraId="24F3D5D4" w14:textId="77777777" w:rsidR="001C7FD1" w:rsidRDefault="003F5285">
            <w:pPr>
              <w:spacing w:after="0" w:line="240" w:lineRule="auto"/>
            </w:pPr>
            <w:sdt>
              <w:sdtPr>
                <w:alias w:val="T340"/>
                <w:tag w:val="T340"/>
                <w:id w:val="100340"/>
                <w:text/>
              </w:sdtPr>
              <w:sdtEndPr/>
              <w:sdtContent>
                <w:r>
                  <w:rPr>
                    <w:rFonts w:eastAsia="Arial"/>
                    <w:color w:val="555555"/>
                  </w:rPr>
                  <w:t>Click or tap to type</w:t>
                </w:r>
              </w:sdtContent>
            </w:sdt>
          </w:p>
        </w:tc>
      </w:tr>
      <w:tr w:rsidR="001C7FD1" w14:paraId="777F35AD" w14:textId="77777777">
        <w:trPr>
          <w:cantSplit/>
        </w:trPr>
        <w:tc>
          <w:tcPr>
            <w:tcW w:w="3300" w:type="dxa"/>
            <w:shd w:val="clear" w:color="auto" w:fill="EEECE1"/>
          </w:tcPr>
          <w:p w14:paraId="0AEC58DB" w14:textId="77777777" w:rsidR="001C7FD1" w:rsidRDefault="003F5285">
            <w:pPr>
              <w:spacing w:after="0" w:line="240" w:lineRule="auto"/>
            </w:pPr>
            <w:r>
              <w:rPr>
                <w:rFonts w:eastAsia="Arial"/>
                <w:b/>
                <w:color w:val="4B1F26"/>
              </w:rPr>
              <w:t>What risks arise if prompting or direct support is not available?</w:t>
            </w:r>
          </w:p>
        </w:tc>
        <w:tc>
          <w:tcPr>
            <w:tcW w:w="6340" w:type="dxa"/>
            <w:shd w:val="clear" w:color="auto" w:fill="F5F4EF"/>
          </w:tcPr>
          <w:p w14:paraId="28198E92" w14:textId="77777777" w:rsidR="001C7FD1" w:rsidRDefault="003F5285">
            <w:pPr>
              <w:spacing w:after="0" w:line="240" w:lineRule="auto"/>
            </w:pPr>
            <w:sdt>
              <w:sdtPr>
                <w:alias w:val="T341"/>
                <w:tag w:val="T341"/>
                <w:id w:val="100341"/>
                <w:text/>
              </w:sdtPr>
              <w:sdtEndPr/>
              <w:sdtContent>
                <w:r>
                  <w:rPr>
                    <w:rFonts w:eastAsia="Arial"/>
                    <w:color w:val="555555"/>
                  </w:rPr>
                  <w:t>Click or tap to type</w:t>
                </w:r>
              </w:sdtContent>
            </w:sdt>
          </w:p>
        </w:tc>
      </w:tr>
      <w:tr w:rsidR="001C7FD1" w14:paraId="2B19BE43" w14:textId="77777777">
        <w:trPr>
          <w:cantSplit/>
        </w:trPr>
        <w:tc>
          <w:tcPr>
            <w:tcW w:w="3300" w:type="dxa"/>
            <w:shd w:val="clear" w:color="auto" w:fill="EEECE1"/>
          </w:tcPr>
          <w:p w14:paraId="663B285A" w14:textId="77777777" w:rsidR="001C7FD1" w:rsidRDefault="003F5285">
            <w:pPr>
              <w:spacing w:after="0" w:line="240" w:lineRule="auto"/>
            </w:pPr>
            <w:r>
              <w:rPr>
                <w:rFonts w:eastAsia="Arial"/>
                <w:b/>
                <w:color w:val="4B1F26"/>
              </w:rPr>
              <w:t>What aids, home modifications, routines or training could increase independence?</w:t>
            </w:r>
          </w:p>
        </w:tc>
        <w:tc>
          <w:tcPr>
            <w:tcW w:w="6340" w:type="dxa"/>
          </w:tcPr>
          <w:p w14:paraId="0688044D" w14:textId="77777777" w:rsidR="001C7FD1" w:rsidRDefault="003F5285">
            <w:pPr>
              <w:spacing w:after="0" w:line="240" w:lineRule="auto"/>
            </w:pPr>
            <w:sdt>
              <w:sdtPr>
                <w:alias w:val="T342"/>
                <w:tag w:val="T342"/>
                <w:id w:val="100342"/>
                <w:text/>
              </w:sdtPr>
              <w:sdtEndPr/>
              <w:sdtContent>
                <w:r>
                  <w:rPr>
                    <w:rFonts w:eastAsia="Arial"/>
                    <w:color w:val="555555"/>
                  </w:rPr>
                  <w:t>Click or tap to type</w:t>
                </w:r>
              </w:sdtContent>
            </w:sdt>
          </w:p>
        </w:tc>
      </w:tr>
    </w:tbl>
    <w:p w14:paraId="15A4E456" w14:textId="77777777" w:rsidR="001C7FD1" w:rsidRDefault="003F5285">
      <w:pPr>
        <w:pStyle w:val="Heading1"/>
      </w:pPr>
      <w:r>
        <w:t>11. Wara Yindi Home and Independent Living Profile</w:t>
      </w:r>
    </w:p>
    <w:p w14:paraId="71D88278" w14:textId="77777777" w:rsidR="001C7FD1" w:rsidRDefault="003F5285">
      <w:pPr>
        <w:spacing w:after="160" w:line="269" w:lineRule="auto"/>
      </w:pPr>
      <w:r>
        <w:rPr>
          <w:rFonts w:eastAsia="Arial"/>
        </w:rPr>
        <w:t>For younger people, rate only skills currently expected or being developed. Include the hidden work performed by family, such as planning, reminders, transport, administration and supervision.</w:t>
      </w:r>
    </w:p>
    <w:tbl>
      <w:tblPr>
        <w:tblW w:w="9640" w:type="dxa"/>
        <w:tblInd w:w="120" w:type="dxa"/>
        <w:tblBorders>
          <w:top w:val="single" w:sz="6" w:space="0" w:color="DDD9C3"/>
          <w:left w:val="single" w:sz="6" w:space="0" w:color="DDD9C3"/>
          <w:bottom w:val="single" w:sz="6" w:space="0" w:color="DDD9C3"/>
          <w:right w:val="single" w:sz="6" w:space="0" w:color="DDD9C3"/>
          <w:insideH w:val="single" w:sz="6" w:space="0" w:color="DDD9C3"/>
          <w:insideV w:val="single" w:sz="6" w:space="0" w:color="DDD9C3"/>
        </w:tblBorders>
        <w:tblLayout w:type="fixed"/>
        <w:tblLook w:val="04A0" w:firstRow="1" w:lastRow="0" w:firstColumn="1" w:lastColumn="0" w:noHBand="0" w:noVBand="1"/>
      </w:tblPr>
      <w:tblGrid>
        <w:gridCol w:w="9640"/>
      </w:tblGrid>
      <w:tr w:rsidR="001C7FD1" w14:paraId="44034EC2" w14:textId="77777777">
        <w:trPr>
          <w:cantSplit/>
        </w:trPr>
        <w:tc>
          <w:tcPr>
            <w:tcW w:w="9640" w:type="dxa"/>
            <w:shd w:val="clear" w:color="auto" w:fill="EAF3F7"/>
            <w:tcMar>
              <w:top w:w="90" w:type="dxa"/>
              <w:left w:w="120" w:type="dxa"/>
              <w:bottom w:w="90" w:type="dxa"/>
              <w:right w:w="120" w:type="dxa"/>
            </w:tcMar>
            <w:vAlign w:val="center"/>
          </w:tcPr>
          <w:p w14:paraId="1A121D86" w14:textId="77777777" w:rsidR="001C7FD1" w:rsidRDefault="003F5285">
            <w:pPr>
              <w:spacing w:after="0" w:line="240" w:lineRule="auto"/>
            </w:pPr>
            <w:r>
              <w:rPr>
                <w:rFonts w:eastAsia="Arial"/>
                <w:b/>
                <w:color w:val="2A7DB8"/>
              </w:rPr>
              <w:t xml:space="preserve">Rating guide: </w:t>
            </w:r>
            <w:r>
              <w:rPr>
                <w:rFonts w:eastAsia="Arial"/>
              </w:rPr>
              <w:t>Enter 0 = independent/no extra support; 1 = occasional cue, check or adaptation; 2 = regular prompting, set-up or partial help; 3 = frequent supervision or hands-on help; 4 = unable or unsafe without full/continuous help; N/A = not applicable or not observed. For children, consider what is ordinarily expected for the same age.</w:t>
            </w:r>
          </w:p>
        </w:tc>
      </w:tr>
    </w:tbl>
    <w:p w14:paraId="4DF14157" w14:textId="77777777" w:rsidR="001C7FD1" w:rsidRDefault="003F5285">
      <w:pPr>
        <w:spacing w:before="100" w:after="0" w:line="72" w:lineRule="auto"/>
      </w:pPr>
      <w:r>
        <w:rPr>
          <w:rFonts w:eastAsia="Arial"/>
          <w:color w:val="FFFFFF"/>
          <w:sz w:val="8"/>
        </w:rPr>
        <w:t xml:space="preserve"> </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4760"/>
        <w:gridCol w:w="1280"/>
        <w:gridCol w:w="3600"/>
      </w:tblGrid>
      <w:tr w:rsidR="001C7FD1" w14:paraId="086F1A09" w14:textId="77777777">
        <w:trPr>
          <w:cantSplit/>
          <w:tblHeader/>
        </w:trPr>
        <w:tc>
          <w:tcPr>
            <w:tcW w:w="4760" w:type="dxa"/>
            <w:shd w:val="clear" w:color="auto" w:fill="4B1F26"/>
            <w:tcMar>
              <w:top w:w="90" w:type="dxa"/>
              <w:left w:w="120" w:type="dxa"/>
              <w:bottom w:w="90" w:type="dxa"/>
              <w:right w:w="120" w:type="dxa"/>
            </w:tcMar>
            <w:vAlign w:val="center"/>
          </w:tcPr>
          <w:p w14:paraId="3B6490C8" w14:textId="77777777" w:rsidR="001C7FD1" w:rsidRDefault="003F5285">
            <w:pPr>
              <w:spacing w:after="0" w:line="240" w:lineRule="auto"/>
            </w:pPr>
            <w:r>
              <w:rPr>
                <w:rFonts w:eastAsia="Arial"/>
                <w:b/>
                <w:color w:val="FFFFFF"/>
              </w:rPr>
              <w:t>Everyday area / question</w:t>
            </w:r>
          </w:p>
        </w:tc>
        <w:tc>
          <w:tcPr>
            <w:tcW w:w="1280" w:type="dxa"/>
            <w:shd w:val="clear" w:color="auto" w:fill="4B1F26"/>
            <w:tcMar>
              <w:top w:w="90" w:type="dxa"/>
              <w:left w:w="120" w:type="dxa"/>
              <w:bottom w:w="90" w:type="dxa"/>
              <w:right w:w="120" w:type="dxa"/>
            </w:tcMar>
            <w:vAlign w:val="center"/>
          </w:tcPr>
          <w:p w14:paraId="1C130AE5" w14:textId="77777777" w:rsidR="001C7FD1" w:rsidRDefault="003F5285">
            <w:pPr>
              <w:spacing w:after="0" w:line="240" w:lineRule="auto"/>
            </w:pPr>
            <w:r>
              <w:rPr>
                <w:rFonts w:eastAsia="Arial"/>
                <w:b/>
                <w:color w:val="FFFFFF"/>
              </w:rPr>
              <w:t>Rating</w:t>
            </w:r>
            <w:r>
              <w:rPr>
                <w:rFonts w:eastAsia="Arial"/>
                <w:b/>
                <w:color w:val="FFFFFF"/>
              </w:rPr>
              <w:br/>
              <w:t>0-4 / N/A</w:t>
            </w:r>
          </w:p>
        </w:tc>
        <w:tc>
          <w:tcPr>
            <w:tcW w:w="3600" w:type="dxa"/>
            <w:shd w:val="clear" w:color="auto" w:fill="4B1F26"/>
            <w:tcMar>
              <w:top w:w="90" w:type="dxa"/>
              <w:left w:w="120" w:type="dxa"/>
              <w:bottom w:w="90" w:type="dxa"/>
              <w:right w:w="120" w:type="dxa"/>
            </w:tcMar>
            <w:vAlign w:val="center"/>
          </w:tcPr>
          <w:p w14:paraId="2195BC8C" w14:textId="77777777" w:rsidR="001C7FD1" w:rsidRDefault="003F5285">
            <w:pPr>
              <w:spacing w:after="0" w:line="240" w:lineRule="auto"/>
            </w:pPr>
            <w:r>
              <w:rPr>
                <w:rFonts w:eastAsia="Arial"/>
                <w:b/>
                <w:color w:val="FFFFFF"/>
              </w:rPr>
              <w:t>Example, support needed and functional impact</w:t>
            </w:r>
          </w:p>
        </w:tc>
      </w:tr>
      <w:tr w:rsidR="001C7FD1" w14:paraId="232B25FF" w14:textId="77777777">
        <w:trPr>
          <w:cantSplit/>
        </w:trPr>
        <w:tc>
          <w:tcPr>
            <w:tcW w:w="4760" w:type="dxa"/>
          </w:tcPr>
          <w:p w14:paraId="29467036" w14:textId="77777777" w:rsidR="001C7FD1" w:rsidRDefault="003F5285">
            <w:pPr>
              <w:spacing w:after="0" w:line="240" w:lineRule="auto"/>
            </w:pPr>
            <w:r>
              <w:rPr>
                <w:rFonts w:eastAsia="Arial"/>
                <w:b/>
              </w:rPr>
              <w:t>Preparing a simple snack or drink</w:t>
            </w:r>
          </w:p>
        </w:tc>
        <w:tc>
          <w:tcPr>
            <w:tcW w:w="1280" w:type="dxa"/>
          </w:tcPr>
          <w:p w14:paraId="0E4B9027" w14:textId="77777777" w:rsidR="001C7FD1" w:rsidRDefault="003F5285">
            <w:pPr>
              <w:spacing w:after="0" w:line="240" w:lineRule="auto"/>
              <w:jc w:val="center"/>
            </w:pPr>
            <w:sdt>
              <w:sdtPr>
                <w:alias w:val="R343"/>
                <w:tag w:val="R343"/>
                <w:id w:val="100343"/>
                <w:text/>
              </w:sdtPr>
              <w:sdtEndPr/>
              <w:sdtContent>
                <w:r>
                  <w:rPr>
                    <w:rFonts w:eastAsia="Arial"/>
                    <w:color w:val="555555"/>
                  </w:rPr>
                  <w:t>0-4 / N/A</w:t>
                </w:r>
              </w:sdtContent>
            </w:sdt>
          </w:p>
        </w:tc>
        <w:tc>
          <w:tcPr>
            <w:tcW w:w="3600" w:type="dxa"/>
          </w:tcPr>
          <w:p w14:paraId="03E5D50E" w14:textId="77777777" w:rsidR="001C7FD1" w:rsidRDefault="003F5285">
            <w:pPr>
              <w:spacing w:after="0" w:line="240" w:lineRule="auto"/>
            </w:pPr>
            <w:sdt>
              <w:sdtPr>
                <w:alias w:val="T344"/>
                <w:tag w:val="T344"/>
                <w:id w:val="100344"/>
                <w:text/>
              </w:sdtPr>
              <w:sdtEndPr/>
              <w:sdtContent>
                <w:r>
                  <w:rPr>
                    <w:rFonts w:eastAsia="Arial"/>
                    <w:color w:val="555555"/>
                  </w:rPr>
                  <w:t>Click or tap to type</w:t>
                </w:r>
              </w:sdtContent>
            </w:sdt>
          </w:p>
        </w:tc>
      </w:tr>
      <w:tr w:rsidR="001C7FD1" w14:paraId="127478FF" w14:textId="77777777">
        <w:trPr>
          <w:cantSplit/>
        </w:trPr>
        <w:tc>
          <w:tcPr>
            <w:tcW w:w="4760" w:type="dxa"/>
            <w:shd w:val="clear" w:color="auto" w:fill="F5F4EF"/>
          </w:tcPr>
          <w:p w14:paraId="495D6C0C" w14:textId="77777777" w:rsidR="001C7FD1" w:rsidRDefault="003F5285">
            <w:pPr>
              <w:spacing w:after="0" w:line="240" w:lineRule="auto"/>
            </w:pPr>
            <w:r>
              <w:rPr>
                <w:rFonts w:eastAsia="Arial"/>
                <w:b/>
              </w:rPr>
              <w:t>Planning and preparing a safe, nutritious meal</w:t>
            </w:r>
          </w:p>
        </w:tc>
        <w:tc>
          <w:tcPr>
            <w:tcW w:w="1280" w:type="dxa"/>
            <w:shd w:val="clear" w:color="auto" w:fill="F5F4EF"/>
          </w:tcPr>
          <w:p w14:paraId="2006DBFB" w14:textId="77777777" w:rsidR="001C7FD1" w:rsidRDefault="003F5285">
            <w:pPr>
              <w:spacing w:after="0" w:line="240" w:lineRule="auto"/>
              <w:jc w:val="center"/>
            </w:pPr>
            <w:sdt>
              <w:sdtPr>
                <w:alias w:val="R345"/>
                <w:tag w:val="R345"/>
                <w:id w:val="100345"/>
                <w:text/>
              </w:sdtPr>
              <w:sdtEndPr/>
              <w:sdtContent>
                <w:r>
                  <w:rPr>
                    <w:rFonts w:eastAsia="Arial"/>
                    <w:color w:val="555555"/>
                  </w:rPr>
                  <w:t>0-4 / N/A</w:t>
                </w:r>
              </w:sdtContent>
            </w:sdt>
          </w:p>
        </w:tc>
        <w:tc>
          <w:tcPr>
            <w:tcW w:w="3600" w:type="dxa"/>
            <w:shd w:val="clear" w:color="auto" w:fill="F5F4EF"/>
          </w:tcPr>
          <w:p w14:paraId="4231FAEF" w14:textId="77777777" w:rsidR="001C7FD1" w:rsidRDefault="003F5285">
            <w:pPr>
              <w:spacing w:after="0" w:line="240" w:lineRule="auto"/>
            </w:pPr>
            <w:sdt>
              <w:sdtPr>
                <w:alias w:val="T346"/>
                <w:tag w:val="T346"/>
                <w:id w:val="100346"/>
                <w:text/>
              </w:sdtPr>
              <w:sdtEndPr/>
              <w:sdtContent>
                <w:r>
                  <w:rPr>
                    <w:rFonts w:eastAsia="Arial"/>
                    <w:color w:val="555555"/>
                  </w:rPr>
                  <w:t>Click or tap to type</w:t>
                </w:r>
              </w:sdtContent>
            </w:sdt>
          </w:p>
        </w:tc>
      </w:tr>
      <w:tr w:rsidR="001C7FD1" w14:paraId="250D4268" w14:textId="77777777">
        <w:trPr>
          <w:cantSplit/>
        </w:trPr>
        <w:tc>
          <w:tcPr>
            <w:tcW w:w="4760" w:type="dxa"/>
          </w:tcPr>
          <w:p w14:paraId="19527DC5" w14:textId="77777777" w:rsidR="001C7FD1" w:rsidRDefault="003F5285">
            <w:pPr>
              <w:spacing w:after="0" w:line="240" w:lineRule="auto"/>
            </w:pPr>
            <w:r>
              <w:rPr>
                <w:rFonts w:eastAsia="Arial"/>
                <w:b/>
              </w:rPr>
              <w:t>Shopping from a list and making suitable choices</w:t>
            </w:r>
          </w:p>
        </w:tc>
        <w:tc>
          <w:tcPr>
            <w:tcW w:w="1280" w:type="dxa"/>
          </w:tcPr>
          <w:p w14:paraId="0CAFABB6" w14:textId="77777777" w:rsidR="001C7FD1" w:rsidRDefault="003F5285">
            <w:pPr>
              <w:spacing w:after="0" w:line="240" w:lineRule="auto"/>
              <w:jc w:val="center"/>
            </w:pPr>
            <w:sdt>
              <w:sdtPr>
                <w:alias w:val="R347"/>
                <w:tag w:val="R347"/>
                <w:id w:val="100347"/>
                <w:text/>
              </w:sdtPr>
              <w:sdtEndPr/>
              <w:sdtContent>
                <w:r>
                  <w:rPr>
                    <w:rFonts w:eastAsia="Arial"/>
                    <w:color w:val="555555"/>
                  </w:rPr>
                  <w:t>0-4 / N/A</w:t>
                </w:r>
              </w:sdtContent>
            </w:sdt>
          </w:p>
        </w:tc>
        <w:tc>
          <w:tcPr>
            <w:tcW w:w="3600" w:type="dxa"/>
          </w:tcPr>
          <w:p w14:paraId="4A5B20FC" w14:textId="77777777" w:rsidR="001C7FD1" w:rsidRDefault="003F5285">
            <w:pPr>
              <w:spacing w:after="0" w:line="240" w:lineRule="auto"/>
            </w:pPr>
            <w:sdt>
              <w:sdtPr>
                <w:alias w:val="T348"/>
                <w:tag w:val="T348"/>
                <w:id w:val="100348"/>
                <w:text/>
              </w:sdtPr>
              <w:sdtEndPr/>
              <w:sdtContent>
                <w:r>
                  <w:rPr>
                    <w:rFonts w:eastAsia="Arial"/>
                    <w:color w:val="555555"/>
                  </w:rPr>
                  <w:t>Click or tap to type</w:t>
                </w:r>
              </w:sdtContent>
            </w:sdt>
          </w:p>
        </w:tc>
      </w:tr>
      <w:tr w:rsidR="001C7FD1" w14:paraId="15CE9F3F" w14:textId="77777777">
        <w:trPr>
          <w:cantSplit/>
        </w:trPr>
        <w:tc>
          <w:tcPr>
            <w:tcW w:w="4760" w:type="dxa"/>
            <w:shd w:val="clear" w:color="auto" w:fill="F5F4EF"/>
          </w:tcPr>
          <w:p w14:paraId="08B967FA" w14:textId="77777777" w:rsidR="001C7FD1" w:rsidRDefault="003F5285">
            <w:pPr>
              <w:spacing w:after="0" w:line="240" w:lineRule="auto"/>
            </w:pPr>
            <w:r>
              <w:rPr>
                <w:rFonts w:eastAsia="Arial"/>
                <w:b/>
              </w:rPr>
              <w:t>Cleaning, dishes and maintaining a safe living area</w:t>
            </w:r>
          </w:p>
        </w:tc>
        <w:tc>
          <w:tcPr>
            <w:tcW w:w="1280" w:type="dxa"/>
            <w:shd w:val="clear" w:color="auto" w:fill="F5F4EF"/>
          </w:tcPr>
          <w:p w14:paraId="4BD68D47" w14:textId="77777777" w:rsidR="001C7FD1" w:rsidRDefault="003F5285">
            <w:pPr>
              <w:spacing w:after="0" w:line="240" w:lineRule="auto"/>
              <w:jc w:val="center"/>
            </w:pPr>
            <w:sdt>
              <w:sdtPr>
                <w:alias w:val="R349"/>
                <w:tag w:val="R349"/>
                <w:id w:val="100349"/>
                <w:text/>
              </w:sdtPr>
              <w:sdtEndPr/>
              <w:sdtContent>
                <w:r>
                  <w:rPr>
                    <w:rFonts w:eastAsia="Arial"/>
                    <w:color w:val="555555"/>
                  </w:rPr>
                  <w:t>0-4 / N/A</w:t>
                </w:r>
              </w:sdtContent>
            </w:sdt>
          </w:p>
        </w:tc>
        <w:tc>
          <w:tcPr>
            <w:tcW w:w="3600" w:type="dxa"/>
            <w:shd w:val="clear" w:color="auto" w:fill="F5F4EF"/>
          </w:tcPr>
          <w:p w14:paraId="00F6C420" w14:textId="77777777" w:rsidR="001C7FD1" w:rsidRDefault="003F5285">
            <w:pPr>
              <w:spacing w:after="0" w:line="240" w:lineRule="auto"/>
            </w:pPr>
            <w:sdt>
              <w:sdtPr>
                <w:alias w:val="T350"/>
                <w:tag w:val="T350"/>
                <w:id w:val="100350"/>
                <w:text/>
              </w:sdtPr>
              <w:sdtEndPr/>
              <w:sdtContent>
                <w:r>
                  <w:rPr>
                    <w:rFonts w:eastAsia="Arial"/>
                    <w:color w:val="555555"/>
                  </w:rPr>
                  <w:t>Click or tap to type</w:t>
                </w:r>
              </w:sdtContent>
            </w:sdt>
          </w:p>
        </w:tc>
      </w:tr>
      <w:tr w:rsidR="001C7FD1" w14:paraId="3B1D8A5C" w14:textId="77777777">
        <w:trPr>
          <w:cantSplit/>
        </w:trPr>
        <w:tc>
          <w:tcPr>
            <w:tcW w:w="4760" w:type="dxa"/>
          </w:tcPr>
          <w:p w14:paraId="32C00064" w14:textId="77777777" w:rsidR="001C7FD1" w:rsidRDefault="003F5285">
            <w:pPr>
              <w:spacing w:after="0" w:line="240" w:lineRule="auto"/>
            </w:pPr>
            <w:r>
              <w:rPr>
                <w:rFonts w:eastAsia="Arial"/>
                <w:b/>
              </w:rPr>
              <w:t>Laundry and clothing care</w:t>
            </w:r>
          </w:p>
        </w:tc>
        <w:tc>
          <w:tcPr>
            <w:tcW w:w="1280" w:type="dxa"/>
          </w:tcPr>
          <w:p w14:paraId="0ADBCCC4" w14:textId="77777777" w:rsidR="001C7FD1" w:rsidRDefault="003F5285">
            <w:pPr>
              <w:spacing w:after="0" w:line="240" w:lineRule="auto"/>
              <w:jc w:val="center"/>
            </w:pPr>
            <w:sdt>
              <w:sdtPr>
                <w:alias w:val="R351"/>
                <w:tag w:val="R351"/>
                <w:id w:val="100351"/>
                <w:text/>
              </w:sdtPr>
              <w:sdtEndPr/>
              <w:sdtContent>
                <w:r>
                  <w:rPr>
                    <w:rFonts w:eastAsia="Arial"/>
                    <w:color w:val="555555"/>
                  </w:rPr>
                  <w:t>0-4 / N/A</w:t>
                </w:r>
              </w:sdtContent>
            </w:sdt>
          </w:p>
        </w:tc>
        <w:tc>
          <w:tcPr>
            <w:tcW w:w="3600" w:type="dxa"/>
          </w:tcPr>
          <w:p w14:paraId="2D4B4186" w14:textId="77777777" w:rsidR="001C7FD1" w:rsidRDefault="003F5285">
            <w:pPr>
              <w:spacing w:after="0" w:line="240" w:lineRule="auto"/>
            </w:pPr>
            <w:sdt>
              <w:sdtPr>
                <w:alias w:val="T352"/>
                <w:tag w:val="T352"/>
                <w:id w:val="100352"/>
                <w:text/>
              </w:sdtPr>
              <w:sdtEndPr/>
              <w:sdtContent>
                <w:r>
                  <w:rPr>
                    <w:rFonts w:eastAsia="Arial"/>
                    <w:color w:val="555555"/>
                  </w:rPr>
                  <w:t>Click or tap to type</w:t>
                </w:r>
              </w:sdtContent>
            </w:sdt>
          </w:p>
        </w:tc>
      </w:tr>
      <w:tr w:rsidR="001C7FD1" w14:paraId="4221A3BF" w14:textId="77777777">
        <w:trPr>
          <w:cantSplit/>
        </w:trPr>
        <w:tc>
          <w:tcPr>
            <w:tcW w:w="4760" w:type="dxa"/>
            <w:shd w:val="clear" w:color="auto" w:fill="F5F4EF"/>
          </w:tcPr>
          <w:p w14:paraId="7751B0FD" w14:textId="77777777" w:rsidR="001C7FD1" w:rsidRDefault="003F5285">
            <w:pPr>
              <w:spacing w:after="0" w:line="240" w:lineRule="auto"/>
            </w:pPr>
            <w:r>
              <w:rPr>
                <w:rFonts w:eastAsia="Arial"/>
                <w:b/>
              </w:rPr>
              <w:t>Using a phone, internet and everyday devices</w:t>
            </w:r>
          </w:p>
        </w:tc>
        <w:tc>
          <w:tcPr>
            <w:tcW w:w="1280" w:type="dxa"/>
            <w:shd w:val="clear" w:color="auto" w:fill="F5F4EF"/>
          </w:tcPr>
          <w:p w14:paraId="13FFE009" w14:textId="77777777" w:rsidR="001C7FD1" w:rsidRDefault="003F5285">
            <w:pPr>
              <w:spacing w:after="0" w:line="240" w:lineRule="auto"/>
              <w:jc w:val="center"/>
            </w:pPr>
            <w:sdt>
              <w:sdtPr>
                <w:alias w:val="R353"/>
                <w:tag w:val="R353"/>
                <w:id w:val="100353"/>
                <w:text/>
              </w:sdtPr>
              <w:sdtEndPr/>
              <w:sdtContent>
                <w:r>
                  <w:rPr>
                    <w:rFonts w:eastAsia="Arial"/>
                    <w:color w:val="555555"/>
                  </w:rPr>
                  <w:t>0-4 / N/A</w:t>
                </w:r>
              </w:sdtContent>
            </w:sdt>
          </w:p>
        </w:tc>
        <w:tc>
          <w:tcPr>
            <w:tcW w:w="3600" w:type="dxa"/>
            <w:shd w:val="clear" w:color="auto" w:fill="F5F4EF"/>
          </w:tcPr>
          <w:p w14:paraId="5A427224" w14:textId="77777777" w:rsidR="001C7FD1" w:rsidRDefault="003F5285">
            <w:pPr>
              <w:spacing w:after="0" w:line="240" w:lineRule="auto"/>
            </w:pPr>
            <w:sdt>
              <w:sdtPr>
                <w:alias w:val="T354"/>
                <w:tag w:val="T354"/>
                <w:id w:val="100354"/>
                <w:text/>
              </w:sdtPr>
              <w:sdtEndPr/>
              <w:sdtContent>
                <w:r>
                  <w:rPr>
                    <w:rFonts w:eastAsia="Arial"/>
                    <w:color w:val="555555"/>
                  </w:rPr>
                  <w:t>Click or tap to type</w:t>
                </w:r>
              </w:sdtContent>
            </w:sdt>
          </w:p>
        </w:tc>
      </w:tr>
      <w:tr w:rsidR="001C7FD1" w14:paraId="7A4BB717" w14:textId="77777777">
        <w:trPr>
          <w:cantSplit/>
        </w:trPr>
        <w:tc>
          <w:tcPr>
            <w:tcW w:w="4760" w:type="dxa"/>
          </w:tcPr>
          <w:p w14:paraId="1F93B9F8" w14:textId="77777777" w:rsidR="001C7FD1" w:rsidRDefault="003F5285">
            <w:pPr>
              <w:spacing w:after="0" w:line="240" w:lineRule="auto"/>
            </w:pPr>
            <w:r>
              <w:rPr>
                <w:rFonts w:eastAsia="Arial"/>
                <w:b/>
              </w:rPr>
              <w:t>Managing money, bills, banking and budgeting</w:t>
            </w:r>
          </w:p>
        </w:tc>
        <w:tc>
          <w:tcPr>
            <w:tcW w:w="1280" w:type="dxa"/>
          </w:tcPr>
          <w:p w14:paraId="015221EF" w14:textId="77777777" w:rsidR="001C7FD1" w:rsidRDefault="003F5285">
            <w:pPr>
              <w:spacing w:after="0" w:line="240" w:lineRule="auto"/>
              <w:jc w:val="center"/>
            </w:pPr>
            <w:sdt>
              <w:sdtPr>
                <w:alias w:val="R355"/>
                <w:tag w:val="R355"/>
                <w:id w:val="100355"/>
                <w:text/>
              </w:sdtPr>
              <w:sdtEndPr/>
              <w:sdtContent>
                <w:r>
                  <w:rPr>
                    <w:rFonts w:eastAsia="Arial"/>
                    <w:color w:val="555555"/>
                  </w:rPr>
                  <w:t>0-4 / N/A</w:t>
                </w:r>
              </w:sdtContent>
            </w:sdt>
          </w:p>
        </w:tc>
        <w:tc>
          <w:tcPr>
            <w:tcW w:w="3600" w:type="dxa"/>
          </w:tcPr>
          <w:p w14:paraId="46EC8233" w14:textId="77777777" w:rsidR="001C7FD1" w:rsidRDefault="003F5285">
            <w:pPr>
              <w:spacing w:after="0" w:line="240" w:lineRule="auto"/>
            </w:pPr>
            <w:sdt>
              <w:sdtPr>
                <w:alias w:val="T356"/>
                <w:tag w:val="T356"/>
                <w:id w:val="100356"/>
                <w:text/>
              </w:sdtPr>
              <w:sdtEndPr/>
              <w:sdtContent>
                <w:r>
                  <w:rPr>
                    <w:rFonts w:eastAsia="Arial"/>
                    <w:color w:val="555555"/>
                  </w:rPr>
                  <w:t>Click or tap to type</w:t>
                </w:r>
              </w:sdtContent>
            </w:sdt>
          </w:p>
        </w:tc>
      </w:tr>
      <w:tr w:rsidR="001C7FD1" w14:paraId="5E8E1AF8" w14:textId="77777777">
        <w:trPr>
          <w:cantSplit/>
        </w:trPr>
        <w:tc>
          <w:tcPr>
            <w:tcW w:w="4760" w:type="dxa"/>
            <w:shd w:val="clear" w:color="auto" w:fill="F5F4EF"/>
          </w:tcPr>
          <w:p w14:paraId="45BBED7C" w14:textId="77777777" w:rsidR="001C7FD1" w:rsidRDefault="003F5285">
            <w:pPr>
              <w:spacing w:after="0" w:line="240" w:lineRule="auto"/>
            </w:pPr>
            <w:r>
              <w:rPr>
                <w:rFonts w:eastAsia="Arial"/>
                <w:b/>
              </w:rPr>
              <w:t>Recognising scams, pressure, unfair sales or financial exploitation</w:t>
            </w:r>
          </w:p>
        </w:tc>
        <w:tc>
          <w:tcPr>
            <w:tcW w:w="1280" w:type="dxa"/>
            <w:shd w:val="clear" w:color="auto" w:fill="F5F4EF"/>
          </w:tcPr>
          <w:p w14:paraId="559278E6" w14:textId="77777777" w:rsidR="001C7FD1" w:rsidRDefault="003F5285">
            <w:pPr>
              <w:spacing w:after="0" w:line="240" w:lineRule="auto"/>
              <w:jc w:val="center"/>
            </w:pPr>
            <w:sdt>
              <w:sdtPr>
                <w:alias w:val="R357"/>
                <w:tag w:val="R357"/>
                <w:id w:val="100357"/>
                <w:text/>
              </w:sdtPr>
              <w:sdtEndPr/>
              <w:sdtContent>
                <w:r>
                  <w:rPr>
                    <w:rFonts w:eastAsia="Arial"/>
                    <w:color w:val="555555"/>
                  </w:rPr>
                  <w:t>0-4 / N/A</w:t>
                </w:r>
              </w:sdtContent>
            </w:sdt>
          </w:p>
        </w:tc>
        <w:tc>
          <w:tcPr>
            <w:tcW w:w="3600" w:type="dxa"/>
            <w:shd w:val="clear" w:color="auto" w:fill="F5F4EF"/>
          </w:tcPr>
          <w:p w14:paraId="6F34FB00" w14:textId="77777777" w:rsidR="001C7FD1" w:rsidRDefault="003F5285">
            <w:pPr>
              <w:spacing w:after="0" w:line="240" w:lineRule="auto"/>
            </w:pPr>
            <w:sdt>
              <w:sdtPr>
                <w:alias w:val="T358"/>
                <w:tag w:val="T358"/>
                <w:id w:val="100358"/>
                <w:text/>
              </w:sdtPr>
              <w:sdtEndPr/>
              <w:sdtContent>
                <w:r>
                  <w:rPr>
                    <w:rFonts w:eastAsia="Arial"/>
                    <w:color w:val="555555"/>
                  </w:rPr>
                  <w:t>Click or tap to type</w:t>
                </w:r>
              </w:sdtContent>
            </w:sdt>
          </w:p>
        </w:tc>
      </w:tr>
      <w:tr w:rsidR="001C7FD1" w14:paraId="6D8FEECC" w14:textId="77777777">
        <w:trPr>
          <w:cantSplit/>
        </w:trPr>
        <w:tc>
          <w:tcPr>
            <w:tcW w:w="4760" w:type="dxa"/>
          </w:tcPr>
          <w:p w14:paraId="0CAD928F" w14:textId="77777777" w:rsidR="001C7FD1" w:rsidRDefault="003F5285">
            <w:pPr>
              <w:spacing w:after="0" w:line="240" w:lineRule="auto"/>
            </w:pPr>
            <w:r>
              <w:rPr>
                <w:rFonts w:eastAsia="Arial"/>
                <w:b/>
              </w:rPr>
              <w:t>Planning and completing errands</w:t>
            </w:r>
          </w:p>
        </w:tc>
        <w:tc>
          <w:tcPr>
            <w:tcW w:w="1280" w:type="dxa"/>
          </w:tcPr>
          <w:p w14:paraId="79DC3217" w14:textId="77777777" w:rsidR="001C7FD1" w:rsidRDefault="003F5285">
            <w:pPr>
              <w:spacing w:after="0" w:line="240" w:lineRule="auto"/>
              <w:jc w:val="center"/>
            </w:pPr>
            <w:sdt>
              <w:sdtPr>
                <w:alias w:val="R359"/>
                <w:tag w:val="R359"/>
                <w:id w:val="100359"/>
                <w:text/>
              </w:sdtPr>
              <w:sdtEndPr/>
              <w:sdtContent>
                <w:r>
                  <w:rPr>
                    <w:rFonts w:eastAsia="Arial"/>
                    <w:color w:val="555555"/>
                  </w:rPr>
                  <w:t>0-4 / N/A</w:t>
                </w:r>
              </w:sdtContent>
            </w:sdt>
          </w:p>
        </w:tc>
        <w:tc>
          <w:tcPr>
            <w:tcW w:w="3600" w:type="dxa"/>
          </w:tcPr>
          <w:p w14:paraId="0F7A9AC3" w14:textId="77777777" w:rsidR="001C7FD1" w:rsidRDefault="003F5285">
            <w:pPr>
              <w:spacing w:after="0" w:line="240" w:lineRule="auto"/>
            </w:pPr>
            <w:sdt>
              <w:sdtPr>
                <w:alias w:val="T360"/>
                <w:tag w:val="T360"/>
                <w:id w:val="100360"/>
                <w:text/>
              </w:sdtPr>
              <w:sdtEndPr/>
              <w:sdtContent>
                <w:r>
                  <w:rPr>
                    <w:rFonts w:eastAsia="Arial"/>
                    <w:color w:val="555555"/>
                  </w:rPr>
                  <w:t>Click or tap to type</w:t>
                </w:r>
              </w:sdtContent>
            </w:sdt>
          </w:p>
        </w:tc>
      </w:tr>
      <w:tr w:rsidR="001C7FD1" w14:paraId="0EA14ECA" w14:textId="77777777">
        <w:trPr>
          <w:cantSplit/>
        </w:trPr>
        <w:tc>
          <w:tcPr>
            <w:tcW w:w="4760" w:type="dxa"/>
            <w:shd w:val="clear" w:color="auto" w:fill="F5F4EF"/>
          </w:tcPr>
          <w:p w14:paraId="45C8FEA5" w14:textId="77777777" w:rsidR="001C7FD1" w:rsidRDefault="003F5285">
            <w:pPr>
              <w:spacing w:after="0" w:line="240" w:lineRule="auto"/>
            </w:pPr>
            <w:r>
              <w:rPr>
                <w:rFonts w:eastAsia="Arial"/>
                <w:b/>
              </w:rPr>
              <w:lastRenderedPageBreak/>
              <w:t>Using transport and finding the way safely</w:t>
            </w:r>
          </w:p>
        </w:tc>
        <w:tc>
          <w:tcPr>
            <w:tcW w:w="1280" w:type="dxa"/>
            <w:shd w:val="clear" w:color="auto" w:fill="F5F4EF"/>
          </w:tcPr>
          <w:p w14:paraId="4ADDE791" w14:textId="77777777" w:rsidR="001C7FD1" w:rsidRDefault="003F5285">
            <w:pPr>
              <w:spacing w:after="0" w:line="240" w:lineRule="auto"/>
              <w:jc w:val="center"/>
            </w:pPr>
            <w:sdt>
              <w:sdtPr>
                <w:alias w:val="R361"/>
                <w:tag w:val="R361"/>
                <w:id w:val="100361"/>
                <w:text/>
              </w:sdtPr>
              <w:sdtEndPr/>
              <w:sdtContent>
                <w:r>
                  <w:rPr>
                    <w:rFonts w:eastAsia="Arial"/>
                    <w:color w:val="555555"/>
                  </w:rPr>
                  <w:t>0-4 / N/A</w:t>
                </w:r>
              </w:sdtContent>
            </w:sdt>
          </w:p>
        </w:tc>
        <w:tc>
          <w:tcPr>
            <w:tcW w:w="3600" w:type="dxa"/>
            <w:shd w:val="clear" w:color="auto" w:fill="F5F4EF"/>
          </w:tcPr>
          <w:p w14:paraId="3E098788" w14:textId="77777777" w:rsidR="001C7FD1" w:rsidRDefault="003F5285">
            <w:pPr>
              <w:spacing w:after="0" w:line="240" w:lineRule="auto"/>
            </w:pPr>
            <w:sdt>
              <w:sdtPr>
                <w:alias w:val="T362"/>
                <w:tag w:val="T362"/>
                <w:id w:val="100362"/>
                <w:text/>
              </w:sdtPr>
              <w:sdtEndPr/>
              <w:sdtContent>
                <w:r>
                  <w:rPr>
                    <w:rFonts w:eastAsia="Arial"/>
                    <w:color w:val="555555"/>
                  </w:rPr>
                  <w:t>Click or tap to type</w:t>
                </w:r>
              </w:sdtContent>
            </w:sdt>
          </w:p>
        </w:tc>
      </w:tr>
      <w:tr w:rsidR="001C7FD1" w14:paraId="3841E933" w14:textId="77777777">
        <w:trPr>
          <w:cantSplit/>
        </w:trPr>
        <w:tc>
          <w:tcPr>
            <w:tcW w:w="4760" w:type="dxa"/>
          </w:tcPr>
          <w:p w14:paraId="5D5861D0" w14:textId="77777777" w:rsidR="001C7FD1" w:rsidRDefault="003F5285">
            <w:pPr>
              <w:spacing w:after="0" w:line="240" w:lineRule="auto"/>
            </w:pPr>
            <w:r>
              <w:rPr>
                <w:rFonts w:eastAsia="Arial"/>
                <w:b/>
              </w:rPr>
              <w:t>Managing mail, forms, services and appointments</w:t>
            </w:r>
          </w:p>
        </w:tc>
        <w:tc>
          <w:tcPr>
            <w:tcW w:w="1280" w:type="dxa"/>
          </w:tcPr>
          <w:p w14:paraId="22AD5EE0" w14:textId="77777777" w:rsidR="001C7FD1" w:rsidRDefault="003F5285">
            <w:pPr>
              <w:spacing w:after="0" w:line="240" w:lineRule="auto"/>
              <w:jc w:val="center"/>
            </w:pPr>
            <w:sdt>
              <w:sdtPr>
                <w:alias w:val="R363"/>
                <w:tag w:val="R363"/>
                <w:id w:val="100363"/>
                <w:text/>
              </w:sdtPr>
              <w:sdtEndPr/>
              <w:sdtContent>
                <w:r>
                  <w:rPr>
                    <w:rFonts w:eastAsia="Arial"/>
                    <w:color w:val="555555"/>
                  </w:rPr>
                  <w:t>0-4 / N/A</w:t>
                </w:r>
              </w:sdtContent>
            </w:sdt>
          </w:p>
        </w:tc>
        <w:tc>
          <w:tcPr>
            <w:tcW w:w="3600" w:type="dxa"/>
          </w:tcPr>
          <w:p w14:paraId="701D89F2" w14:textId="77777777" w:rsidR="001C7FD1" w:rsidRDefault="003F5285">
            <w:pPr>
              <w:spacing w:after="0" w:line="240" w:lineRule="auto"/>
            </w:pPr>
            <w:sdt>
              <w:sdtPr>
                <w:alias w:val="T364"/>
                <w:tag w:val="T364"/>
                <w:id w:val="100364"/>
                <w:text/>
              </w:sdtPr>
              <w:sdtEndPr/>
              <w:sdtContent>
                <w:r>
                  <w:rPr>
                    <w:rFonts w:eastAsia="Arial"/>
                    <w:color w:val="555555"/>
                  </w:rPr>
                  <w:t>Click or tap to type</w:t>
                </w:r>
              </w:sdtContent>
            </w:sdt>
          </w:p>
        </w:tc>
      </w:tr>
      <w:tr w:rsidR="001C7FD1" w14:paraId="1E4EBF34" w14:textId="77777777">
        <w:trPr>
          <w:cantSplit/>
        </w:trPr>
        <w:tc>
          <w:tcPr>
            <w:tcW w:w="4760" w:type="dxa"/>
            <w:shd w:val="clear" w:color="auto" w:fill="F5F4EF"/>
          </w:tcPr>
          <w:p w14:paraId="539C0CBD" w14:textId="77777777" w:rsidR="001C7FD1" w:rsidRDefault="003F5285">
            <w:pPr>
              <w:spacing w:after="0" w:line="240" w:lineRule="auto"/>
            </w:pPr>
            <w:r>
              <w:rPr>
                <w:rFonts w:eastAsia="Arial"/>
                <w:b/>
              </w:rPr>
              <w:t>Responding to smoke alarms, emergencies and unexpected visitors</w:t>
            </w:r>
          </w:p>
        </w:tc>
        <w:tc>
          <w:tcPr>
            <w:tcW w:w="1280" w:type="dxa"/>
            <w:shd w:val="clear" w:color="auto" w:fill="F5F4EF"/>
          </w:tcPr>
          <w:p w14:paraId="24A185E1" w14:textId="77777777" w:rsidR="001C7FD1" w:rsidRDefault="003F5285">
            <w:pPr>
              <w:spacing w:after="0" w:line="240" w:lineRule="auto"/>
              <w:jc w:val="center"/>
            </w:pPr>
            <w:sdt>
              <w:sdtPr>
                <w:alias w:val="R365"/>
                <w:tag w:val="R365"/>
                <w:id w:val="100365"/>
                <w:text/>
              </w:sdtPr>
              <w:sdtEndPr/>
              <w:sdtContent>
                <w:r>
                  <w:rPr>
                    <w:rFonts w:eastAsia="Arial"/>
                    <w:color w:val="555555"/>
                  </w:rPr>
                  <w:t>0-4 / N/A</w:t>
                </w:r>
              </w:sdtContent>
            </w:sdt>
          </w:p>
        </w:tc>
        <w:tc>
          <w:tcPr>
            <w:tcW w:w="3600" w:type="dxa"/>
            <w:shd w:val="clear" w:color="auto" w:fill="F5F4EF"/>
          </w:tcPr>
          <w:p w14:paraId="6399CCB2" w14:textId="77777777" w:rsidR="001C7FD1" w:rsidRDefault="003F5285">
            <w:pPr>
              <w:spacing w:after="0" w:line="240" w:lineRule="auto"/>
            </w:pPr>
            <w:sdt>
              <w:sdtPr>
                <w:alias w:val="T366"/>
                <w:tag w:val="T366"/>
                <w:id w:val="100366"/>
                <w:text/>
              </w:sdtPr>
              <w:sdtEndPr/>
              <w:sdtContent>
                <w:r>
                  <w:rPr>
                    <w:rFonts w:eastAsia="Arial"/>
                    <w:color w:val="555555"/>
                  </w:rPr>
                  <w:t>Click or tap to type</w:t>
                </w:r>
              </w:sdtContent>
            </w:sdt>
          </w:p>
        </w:tc>
      </w:tr>
      <w:tr w:rsidR="001C7FD1" w14:paraId="152B176B" w14:textId="77777777">
        <w:trPr>
          <w:cantSplit/>
        </w:trPr>
        <w:tc>
          <w:tcPr>
            <w:tcW w:w="4760" w:type="dxa"/>
          </w:tcPr>
          <w:p w14:paraId="4E09EF01" w14:textId="77777777" w:rsidR="001C7FD1" w:rsidRDefault="003F5285">
            <w:pPr>
              <w:spacing w:after="0" w:line="240" w:lineRule="auto"/>
            </w:pPr>
            <w:r>
              <w:rPr>
                <w:rFonts w:eastAsia="Arial"/>
                <w:b/>
              </w:rPr>
              <w:t>Using kitchen, heating, electrical and household equipment safely</w:t>
            </w:r>
          </w:p>
        </w:tc>
        <w:tc>
          <w:tcPr>
            <w:tcW w:w="1280" w:type="dxa"/>
          </w:tcPr>
          <w:p w14:paraId="6E22CD48" w14:textId="77777777" w:rsidR="001C7FD1" w:rsidRDefault="003F5285">
            <w:pPr>
              <w:spacing w:after="0" w:line="240" w:lineRule="auto"/>
              <w:jc w:val="center"/>
            </w:pPr>
            <w:sdt>
              <w:sdtPr>
                <w:alias w:val="R367"/>
                <w:tag w:val="R367"/>
                <w:id w:val="100367"/>
                <w:text/>
              </w:sdtPr>
              <w:sdtEndPr/>
              <w:sdtContent>
                <w:r>
                  <w:rPr>
                    <w:rFonts w:eastAsia="Arial"/>
                    <w:color w:val="555555"/>
                  </w:rPr>
                  <w:t>0-4 / N/A</w:t>
                </w:r>
              </w:sdtContent>
            </w:sdt>
          </w:p>
        </w:tc>
        <w:tc>
          <w:tcPr>
            <w:tcW w:w="3600" w:type="dxa"/>
          </w:tcPr>
          <w:p w14:paraId="482A2DC7" w14:textId="77777777" w:rsidR="001C7FD1" w:rsidRDefault="003F5285">
            <w:pPr>
              <w:spacing w:after="0" w:line="240" w:lineRule="auto"/>
            </w:pPr>
            <w:sdt>
              <w:sdtPr>
                <w:alias w:val="T368"/>
                <w:tag w:val="T368"/>
                <w:id w:val="100368"/>
                <w:text/>
              </w:sdtPr>
              <w:sdtEndPr/>
              <w:sdtContent>
                <w:r>
                  <w:rPr>
                    <w:rFonts w:eastAsia="Arial"/>
                    <w:color w:val="555555"/>
                  </w:rPr>
                  <w:t>Click or tap to type</w:t>
                </w:r>
              </w:sdtContent>
            </w:sdt>
          </w:p>
        </w:tc>
      </w:tr>
      <w:tr w:rsidR="001C7FD1" w14:paraId="6E11737D" w14:textId="77777777">
        <w:trPr>
          <w:cantSplit/>
        </w:trPr>
        <w:tc>
          <w:tcPr>
            <w:tcW w:w="4760" w:type="dxa"/>
            <w:shd w:val="clear" w:color="auto" w:fill="F5F4EF"/>
          </w:tcPr>
          <w:p w14:paraId="312E1B78" w14:textId="77777777" w:rsidR="001C7FD1" w:rsidRDefault="003F5285">
            <w:pPr>
              <w:spacing w:after="0" w:line="240" w:lineRule="auto"/>
            </w:pPr>
            <w:r>
              <w:rPr>
                <w:rFonts w:eastAsia="Arial"/>
                <w:b/>
              </w:rPr>
              <w:t>Being at home alone for an age-appropriate period</w:t>
            </w:r>
          </w:p>
        </w:tc>
        <w:tc>
          <w:tcPr>
            <w:tcW w:w="1280" w:type="dxa"/>
            <w:shd w:val="clear" w:color="auto" w:fill="F5F4EF"/>
          </w:tcPr>
          <w:p w14:paraId="50E09BE4" w14:textId="77777777" w:rsidR="001C7FD1" w:rsidRDefault="003F5285">
            <w:pPr>
              <w:spacing w:after="0" w:line="240" w:lineRule="auto"/>
              <w:jc w:val="center"/>
            </w:pPr>
            <w:sdt>
              <w:sdtPr>
                <w:alias w:val="R369"/>
                <w:tag w:val="R369"/>
                <w:id w:val="100369"/>
                <w:text/>
              </w:sdtPr>
              <w:sdtEndPr/>
              <w:sdtContent>
                <w:r>
                  <w:rPr>
                    <w:rFonts w:eastAsia="Arial"/>
                    <w:color w:val="555555"/>
                  </w:rPr>
                  <w:t>0-4 / N/A</w:t>
                </w:r>
              </w:sdtContent>
            </w:sdt>
          </w:p>
        </w:tc>
        <w:tc>
          <w:tcPr>
            <w:tcW w:w="3600" w:type="dxa"/>
            <w:shd w:val="clear" w:color="auto" w:fill="F5F4EF"/>
          </w:tcPr>
          <w:p w14:paraId="53C956BD" w14:textId="77777777" w:rsidR="001C7FD1" w:rsidRDefault="003F5285">
            <w:pPr>
              <w:spacing w:after="0" w:line="240" w:lineRule="auto"/>
            </w:pPr>
            <w:sdt>
              <w:sdtPr>
                <w:alias w:val="T370"/>
                <w:tag w:val="T370"/>
                <w:id w:val="100370"/>
                <w:text/>
              </w:sdtPr>
              <w:sdtEndPr/>
              <w:sdtContent>
                <w:r>
                  <w:rPr>
                    <w:rFonts w:eastAsia="Arial"/>
                    <w:color w:val="555555"/>
                  </w:rPr>
                  <w:t>Click or tap to type</w:t>
                </w:r>
              </w:sdtContent>
            </w:sdt>
          </w:p>
        </w:tc>
      </w:tr>
      <w:tr w:rsidR="001C7FD1" w14:paraId="06578943" w14:textId="77777777">
        <w:trPr>
          <w:cantSplit/>
        </w:trPr>
        <w:tc>
          <w:tcPr>
            <w:tcW w:w="4760" w:type="dxa"/>
          </w:tcPr>
          <w:p w14:paraId="2E8872A7" w14:textId="77777777" w:rsidR="001C7FD1" w:rsidRDefault="003F5285">
            <w:pPr>
              <w:spacing w:after="0" w:line="240" w:lineRule="auto"/>
            </w:pPr>
            <w:r>
              <w:rPr>
                <w:rFonts w:eastAsia="Arial"/>
                <w:b/>
              </w:rPr>
              <w:t>Maintaining a tenancy, room, home or household expectations</w:t>
            </w:r>
          </w:p>
        </w:tc>
        <w:tc>
          <w:tcPr>
            <w:tcW w:w="1280" w:type="dxa"/>
          </w:tcPr>
          <w:p w14:paraId="43A34E67" w14:textId="77777777" w:rsidR="001C7FD1" w:rsidRDefault="003F5285">
            <w:pPr>
              <w:spacing w:after="0" w:line="240" w:lineRule="auto"/>
              <w:jc w:val="center"/>
            </w:pPr>
            <w:sdt>
              <w:sdtPr>
                <w:alias w:val="R371"/>
                <w:tag w:val="R371"/>
                <w:id w:val="100371"/>
                <w:text/>
              </w:sdtPr>
              <w:sdtEndPr/>
              <w:sdtContent>
                <w:r>
                  <w:rPr>
                    <w:rFonts w:eastAsia="Arial"/>
                    <w:color w:val="555555"/>
                  </w:rPr>
                  <w:t>0-4 / N/A</w:t>
                </w:r>
              </w:sdtContent>
            </w:sdt>
          </w:p>
        </w:tc>
        <w:tc>
          <w:tcPr>
            <w:tcW w:w="3600" w:type="dxa"/>
          </w:tcPr>
          <w:p w14:paraId="6B03A82C" w14:textId="77777777" w:rsidR="001C7FD1" w:rsidRDefault="003F5285">
            <w:pPr>
              <w:spacing w:after="0" w:line="240" w:lineRule="auto"/>
            </w:pPr>
            <w:sdt>
              <w:sdtPr>
                <w:alias w:val="T372"/>
                <w:tag w:val="T372"/>
                <w:id w:val="100372"/>
                <w:text/>
              </w:sdtPr>
              <w:sdtEndPr/>
              <w:sdtContent>
                <w:r>
                  <w:rPr>
                    <w:rFonts w:eastAsia="Arial"/>
                    <w:color w:val="555555"/>
                  </w:rPr>
                  <w:t>Click or tap to type</w:t>
                </w:r>
              </w:sdtContent>
            </w:sdt>
          </w:p>
        </w:tc>
      </w:tr>
      <w:tr w:rsidR="001C7FD1" w14:paraId="445C472D" w14:textId="77777777">
        <w:trPr>
          <w:cantSplit/>
        </w:trPr>
        <w:tc>
          <w:tcPr>
            <w:tcW w:w="4760" w:type="dxa"/>
            <w:shd w:val="clear" w:color="auto" w:fill="F5F4EF"/>
          </w:tcPr>
          <w:p w14:paraId="67398AC2" w14:textId="77777777" w:rsidR="001C7FD1" w:rsidRDefault="003F5285">
            <w:pPr>
              <w:spacing w:after="0" w:line="240" w:lineRule="auto"/>
            </w:pPr>
            <w:r>
              <w:rPr>
                <w:rFonts w:eastAsia="Arial"/>
                <w:b/>
              </w:rPr>
              <w:t>Managing parenting, caring or other household responsibilities where relevant</w:t>
            </w:r>
          </w:p>
        </w:tc>
        <w:tc>
          <w:tcPr>
            <w:tcW w:w="1280" w:type="dxa"/>
            <w:shd w:val="clear" w:color="auto" w:fill="F5F4EF"/>
          </w:tcPr>
          <w:p w14:paraId="258D0FE4" w14:textId="77777777" w:rsidR="001C7FD1" w:rsidRDefault="003F5285">
            <w:pPr>
              <w:spacing w:after="0" w:line="240" w:lineRule="auto"/>
              <w:jc w:val="center"/>
            </w:pPr>
            <w:sdt>
              <w:sdtPr>
                <w:alias w:val="R373"/>
                <w:tag w:val="R373"/>
                <w:id w:val="100373"/>
                <w:text/>
              </w:sdtPr>
              <w:sdtEndPr/>
              <w:sdtContent>
                <w:r>
                  <w:rPr>
                    <w:rFonts w:eastAsia="Arial"/>
                    <w:color w:val="555555"/>
                  </w:rPr>
                  <w:t>0-4 / N/A</w:t>
                </w:r>
              </w:sdtContent>
            </w:sdt>
          </w:p>
        </w:tc>
        <w:tc>
          <w:tcPr>
            <w:tcW w:w="3600" w:type="dxa"/>
            <w:shd w:val="clear" w:color="auto" w:fill="F5F4EF"/>
          </w:tcPr>
          <w:p w14:paraId="2FA76862" w14:textId="77777777" w:rsidR="001C7FD1" w:rsidRDefault="003F5285">
            <w:pPr>
              <w:spacing w:after="0" w:line="240" w:lineRule="auto"/>
            </w:pPr>
            <w:sdt>
              <w:sdtPr>
                <w:alias w:val="T374"/>
                <w:tag w:val="T374"/>
                <w:id w:val="100374"/>
                <w:text/>
              </w:sdtPr>
              <w:sdtEndPr/>
              <w:sdtContent>
                <w:r>
                  <w:rPr>
                    <w:rFonts w:eastAsia="Arial"/>
                    <w:color w:val="555555"/>
                  </w:rPr>
                  <w:t>Click or tap to type</w:t>
                </w:r>
              </w:sdtContent>
            </w:sdt>
          </w:p>
        </w:tc>
      </w:tr>
    </w:tbl>
    <w:p w14:paraId="23235F71" w14:textId="77777777" w:rsidR="001C7FD1" w:rsidRDefault="003F5285">
      <w:pPr>
        <w:pStyle w:val="Heading2"/>
      </w:pPr>
      <w:r>
        <w:t>11.1 Living arrangement and independence</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300"/>
        <w:gridCol w:w="6340"/>
      </w:tblGrid>
      <w:tr w:rsidR="001C7FD1" w14:paraId="07040167" w14:textId="77777777">
        <w:trPr>
          <w:tblHeader/>
        </w:trPr>
        <w:tc>
          <w:tcPr>
            <w:tcW w:w="3300" w:type="dxa"/>
            <w:shd w:val="clear" w:color="auto" w:fill="4B1F26"/>
            <w:tcMar>
              <w:top w:w="90" w:type="dxa"/>
              <w:left w:w="120" w:type="dxa"/>
              <w:bottom w:w="90" w:type="dxa"/>
              <w:right w:w="120" w:type="dxa"/>
            </w:tcMar>
            <w:vAlign w:val="center"/>
          </w:tcPr>
          <w:p w14:paraId="1F114094" w14:textId="77777777" w:rsidR="001C7FD1" w:rsidRDefault="003F5285">
            <w:pPr>
              <w:spacing w:after="0" w:line="240" w:lineRule="auto"/>
            </w:pPr>
            <w:r>
              <w:rPr>
                <w:rFonts w:eastAsia="Arial"/>
                <w:b/>
                <w:color w:val="FFFFFF"/>
              </w:rPr>
              <w:t>Question</w:t>
            </w:r>
          </w:p>
        </w:tc>
        <w:tc>
          <w:tcPr>
            <w:tcW w:w="6340" w:type="dxa"/>
            <w:shd w:val="clear" w:color="auto" w:fill="4B1F26"/>
            <w:tcMar>
              <w:top w:w="90" w:type="dxa"/>
              <w:left w:w="120" w:type="dxa"/>
              <w:bottom w:w="90" w:type="dxa"/>
              <w:right w:w="120" w:type="dxa"/>
            </w:tcMar>
            <w:vAlign w:val="center"/>
          </w:tcPr>
          <w:p w14:paraId="73E72F06" w14:textId="77777777" w:rsidR="001C7FD1" w:rsidRDefault="003F5285">
            <w:pPr>
              <w:spacing w:after="0" w:line="240" w:lineRule="auto"/>
            </w:pPr>
            <w:r>
              <w:rPr>
                <w:rFonts w:eastAsia="Arial"/>
                <w:b/>
                <w:color w:val="FFFFFF"/>
              </w:rPr>
              <w:t>Your response</w:t>
            </w:r>
          </w:p>
        </w:tc>
      </w:tr>
      <w:tr w:rsidR="001C7FD1" w14:paraId="754E03FD" w14:textId="77777777">
        <w:trPr>
          <w:cantSplit/>
        </w:trPr>
        <w:tc>
          <w:tcPr>
            <w:tcW w:w="3300" w:type="dxa"/>
            <w:shd w:val="clear" w:color="auto" w:fill="EEECE1"/>
          </w:tcPr>
          <w:p w14:paraId="3FB68896" w14:textId="77777777" w:rsidR="001C7FD1" w:rsidRDefault="003F5285">
            <w:pPr>
              <w:spacing w:after="0" w:line="240" w:lineRule="auto"/>
            </w:pPr>
            <w:r>
              <w:rPr>
                <w:rFonts w:eastAsia="Arial"/>
                <w:b/>
                <w:color w:val="4B1F26"/>
              </w:rPr>
              <w:t>What tasks does the person do independently, and how consistently?</w:t>
            </w:r>
          </w:p>
        </w:tc>
        <w:tc>
          <w:tcPr>
            <w:tcW w:w="6340" w:type="dxa"/>
          </w:tcPr>
          <w:p w14:paraId="58A2B6DC" w14:textId="77777777" w:rsidR="001C7FD1" w:rsidRDefault="003F5285">
            <w:pPr>
              <w:spacing w:after="0" w:line="240" w:lineRule="auto"/>
            </w:pPr>
            <w:sdt>
              <w:sdtPr>
                <w:alias w:val="T375"/>
                <w:tag w:val="T375"/>
                <w:id w:val="100375"/>
                <w:text/>
              </w:sdtPr>
              <w:sdtEndPr/>
              <w:sdtContent>
                <w:r>
                  <w:rPr>
                    <w:rFonts w:eastAsia="Arial"/>
                    <w:color w:val="555555"/>
                  </w:rPr>
                  <w:t>Click or tap to type</w:t>
                </w:r>
              </w:sdtContent>
            </w:sdt>
          </w:p>
        </w:tc>
      </w:tr>
      <w:tr w:rsidR="001C7FD1" w14:paraId="4038D928" w14:textId="77777777">
        <w:trPr>
          <w:cantSplit/>
        </w:trPr>
        <w:tc>
          <w:tcPr>
            <w:tcW w:w="3300" w:type="dxa"/>
            <w:shd w:val="clear" w:color="auto" w:fill="EEECE1"/>
          </w:tcPr>
          <w:p w14:paraId="4CFBFA98" w14:textId="77777777" w:rsidR="001C7FD1" w:rsidRDefault="003F5285">
            <w:pPr>
              <w:spacing w:after="0" w:line="240" w:lineRule="auto"/>
            </w:pPr>
            <w:r>
              <w:rPr>
                <w:rFonts w:eastAsia="Arial"/>
                <w:b/>
                <w:color w:val="4B1F26"/>
              </w:rPr>
              <w:t>What does another person prepare, remind, supervise, finish or redo?</w:t>
            </w:r>
          </w:p>
        </w:tc>
        <w:tc>
          <w:tcPr>
            <w:tcW w:w="6340" w:type="dxa"/>
            <w:shd w:val="clear" w:color="auto" w:fill="F5F4EF"/>
          </w:tcPr>
          <w:p w14:paraId="79C97275" w14:textId="77777777" w:rsidR="001C7FD1" w:rsidRDefault="003F5285">
            <w:pPr>
              <w:spacing w:after="0" w:line="240" w:lineRule="auto"/>
            </w:pPr>
            <w:sdt>
              <w:sdtPr>
                <w:alias w:val="T376"/>
                <w:tag w:val="T376"/>
                <w:id w:val="100376"/>
                <w:text/>
              </w:sdtPr>
              <w:sdtEndPr/>
              <w:sdtContent>
                <w:r>
                  <w:rPr>
                    <w:rFonts w:eastAsia="Arial"/>
                    <w:color w:val="555555"/>
                  </w:rPr>
                  <w:t>Click or tap to type</w:t>
                </w:r>
              </w:sdtContent>
            </w:sdt>
          </w:p>
        </w:tc>
      </w:tr>
      <w:tr w:rsidR="001C7FD1" w14:paraId="13FC5FC7" w14:textId="77777777">
        <w:trPr>
          <w:cantSplit/>
        </w:trPr>
        <w:tc>
          <w:tcPr>
            <w:tcW w:w="3300" w:type="dxa"/>
            <w:shd w:val="clear" w:color="auto" w:fill="EEECE1"/>
          </w:tcPr>
          <w:p w14:paraId="5FEFA7AD" w14:textId="77777777" w:rsidR="001C7FD1" w:rsidRDefault="003F5285">
            <w:pPr>
              <w:spacing w:after="0" w:line="240" w:lineRule="auto"/>
            </w:pPr>
            <w:r>
              <w:rPr>
                <w:rFonts w:eastAsia="Arial"/>
                <w:b/>
                <w:color w:val="4B1F26"/>
              </w:rPr>
              <w:t>How long can the person safely be alone, in which settings and under what conditions?</w:t>
            </w:r>
          </w:p>
        </w:tc>
        <w:tc>
          <w:tcPr>
            <w:tcW w:w="6340" w:type="dxa"/>
          </w:tcPr>
          <w:p w14:paraId="08007104" w14:textId="77777777" w:rsidR="001C7FD1" w:rsidRDefault="003F5285">
            <w:pPr>
              <w:spacing w:after="0" w:line="240" w:lineRule="auto"/>
            </w:pPr>
            <w:sdt>
              <w:sdtPr>
                <w:alias w:val="T377"/>
                <w:tag w:val="T377"/>
                <w:id w:val="100377"/>
                <w:text/>
              </w:sdtPr>
              <w:sdtEndPr/>
              <w:sdtContent>
                <w:r>
                  <w:rPr>
                    <w:rFonts w:eastAsia="Arial"/>
                    <w:color w:val="555555"/>
                  </w:rPr>
                  <w:t>Click or tap to type</w:t>
                </w:r>
              </w:sdtContent>
            </w:sdt>
          </w:p>
        </w:tc>
      </w:tr>
      <w:tr w:rsidR="001C7FD1" w14:paraId="28C75D11" w14:textId="77777777">
        <w:trPr>
          <w:cantSplit/>
        </w:trPr>
        <w:tc>
          <w:tcPr>
            <w:tcW w:w="3300" w:type="dxa"/>
            <w:shd w:val="clear" w:color="auto" w:fill="EEECE1"/>
          </w:tcPr>
          <w:p w14:paraId="53F3070B" w14:textId="77777777" w:rsidR="001C7FD1" w:rsidRDefault="003F5285">
            <w:pPr>
              <w:spacing w:after="0" w:line="240" w:lineRule="auto"/>
            </w:pPr>
            <w:r>
              <w:rPr>
                <w:rFonts w:eastAsia="Arial"/>
                <w:b/>
                <w:color w:val="4B1F26"/>
              </w:rPr>
              <w:t>What support is needed overnight?</w:t>
            </w:r>
          </w:p>
        </w:tc>
        <w:tc>
          <w:tcPr>
            <w:tcW w:w="6340" w:type="dxa"/>
            <w:shd w:val="clear" w:color="auto" w:fill="F5F4EF"/>
          </w:tcPr>
          <w:p w14:paraId="2D622237" w14:textId="77777777" w:rsidR="001C7FD1" w:rsidRDefault="003F5285">
            <w:pPr>
              <w:spacing w:after="0" w:line="240" w:lineRule="auto"/>
            </w:pPr>
            <w:sdt>
              <w:sdtPr>
                <w:alias w:val="T378"/>
                <w:tag w:val="T378"/>
                <w:id w:val="100378"/>
                <w:text/>
              </w:sdtPr>
              <w:sdtEndPr/>
              <w:sdtContent>
                <w:r>
                  <w:rPr>
                    <w:rFonts w:eastAsia="Arial"/>
                    <w:color w:val="555555"/>
                  </w:rPr>
                  <w:t>Click or tap to type</w:t>
                </w:r>
              </w:sdtContent>
            </w:sdt>
          </w:p>
        </w:tc>
      </w:tr>
      <w:tr w:rsidR="001C7FD1" w14:paraId="0981BC8B" w14:textId="77777777">
        <w:trPr>
          <w:cantSplit/>
        </w:trPr>
        <w:tc>
          <w:tcPr>
            <w:tcW w:w="3300" w:type="dxa"/>
            <w:shd w:val="clear" w:color="auto" w:fill="EEECE1"/>
          </w:tcPr>
          <w:p w14:paraId="034A1ACA" w14:textId="77777777" w:rsidR="001C7FD1" w:rsidRDefault="003F5285">
            <w:pPr>
              <w:spacing w:after="0" w:line="240" w:lineRule="auto"/>
            </w:pPr>
            <w:r>
              <w:rPr>
                <w:rFonts w:eastAsia="Arial"/>
                <w:b/>
                <w:color w:val="4B1F26"/>
              </w:rPr>
              <w:t>What home modifications, equipment or routines are needed?</w:t>
            </w:r>
          </w:p>
        </w:tc>
        <w:tc>
          <w:tcPr>
            <w:tcW w:w="6340" w:type="dxa"/>
          </w:tcPr>
          <w:p w14:paraId="4CF2610B" w14:textId="77777777" w:rsidR="001C7FD1" w:rsidRDefault="003F5285">
            <w:pPr>
              <w:spacing w:after="0" w:line="240" w:lineRule="auto"/>
            </w:pPr>
            <w:sdt>
              <w:sdtPr>
                <w:alias w:val="T379"/>
                <w:tag w:val="T379"/>
                <w:id w:val="100379"/>
                <w:text/>
              </w:sdtPr>
              <w:sdtEndPr/>
              <w:sdtContent>
                <w:r>
                  <w:rPr>
                    <w:rFonts w:eastAsia="Arial"/>
                    <w:color w:val="555555"/>
                  </w:rPr>
                  <w:t>Click or tap to type</w:t>
                </w:r>
              </w:sdtContent>
            </w:sdt>
          </w:p>
        </w:tc>
      </w:tr>
      <w:tr w:rsidR="001C7FD1" w14:paraId="3EDED767" w14:textId="77777777">
        <w:trPr>
          <w:cantSplit/>
        </w:trPr>
        <w:tc>
          <w:tcPr>
            <w:tcW w:w="3300" w:type="dxa"/>
            <w:shd w:val="clear" w:color="auto" w:fill="EEECE1"/>
          </w:tcPr>
          <w:p w14:paraId="512AC6EF" w14:textId="77777777" w:rsidR="001C7FD1" w:rsidRDefault="003F5285">
            <w:pPr>
              <w:spacing w:after="0" w:line="240" w:lineRule="auto"/>
            </w:pPr>
            <w:r>
              <w:rPr>
                <w:rFonts w:eastAsia="Arial"/>
                <w:b/>
                <w:color w:val="4B1F26"/>
              </w:rPr>
              <w:t>What living arrangement does the person want in the future?</w:t>
            </w:r>
          </w:p>
        </w:tc>
        <w:tc>
          <w:tcPr>
            <w:tcW w:w="6340" w:type="dxa"/>
            <w:shd w:val="clear" w:color="auto" w:fill="F5F4EF"/>
          </w:tcPr>
          <w:p w14:paraId="711E9FA1" w14:textId="77777777" w:rsidR="001C7FD1" w:rsidRDefault="003F5285">
            <w:pPr>
              <w:spacing w:after="0" w:line="240" w:lineRule="auto"/>
            </w:pPr>
            <w:sdt>
              <w:sdtPr>
                <w:alias w:val="T380"/>
                <w:tag w:val="T380"/>
                <w:id w:val="100380"/>
                <w:text/>
              </w:sdtPr>
              <w:sdtEndPr/>
              <w:sdtContent>
                <w:r>
                  <w:rPr>
                    <w:rFonts w:eastAsia="Arial"/>
                    <w:color w:val="555555"/>
                  </w:rPr>
                  <w:t>Click or tap to type</w:t>
                </w:r>
              </w:sdtContent>
            </w:sdt>
          </w:p>
        </w:tc>
      </w:tr>
    </w:tbl>
    <w:p w14:paraId="05FA6443" w14:textId="77777777" w:rsidR="001C7FD1" w:rsidRDefault="003F5285">
      <w:pPr>
        <w:pStyle w:val="Heading1"/>
      </w:pPr>
      <w:r>
        <w:t>12. Wara Yindi Education, Work and Productive Participation Profile</w:t>
      </w:r>
    </w:p>
    <w:p w14:paraId="71E509A5" w14:textId="77777777" w:rsidR="001C7FD1" w:rsidRDefault="003F5285">
      <w:pPr>
        <w:spacing w:after="160" w:line="269" w:lineRule="auto"/>
      </w:pPr>
      <w:r>
        <w:rPr>
          <w:rFonts w:eastAsia="Arial"/>
        </w:rPr>
        <w:t>Productive participation includes early learning, school, further education, employment, volunteering, creative practice, parenting, caring and meaningful home roles.</w:t>
      </w:r>
    </w:p>
    <w:tbl>
      <w:tblPr>
        <w:tblW w:w="9640" w:type="dxa"/>
        <w:tblInd w:w="120" w:type="dxa"/>
        <w:tblBorders>
          <w:top w:val="single" w:sz="6" w:space="0" w:color="DDD9C3"/>
          <w:left w:val="single" w:sz="6" w:space="0" w:color="DDD9C3"/>
          <w:bottom w:val="single" w:sz="6" w:space="0" w:color="DDD9C3"/>
          <w:right w:val="single" w:sz="6" w:space="0" w:color="DDD9C3"/>
          <w:insideH w:val="single" w:sz="6" w:space="0" w:color="DDD9C3"/>
          <w:insideV w:val="single" w:sz="6" w:space="0" w:color="DDD9C3"/>
        </w:tblBorders>
        <w:tblLayout w:type="fixed"/>
        <w:tblLook w:val="04A0" w:firstRow="1" w:lastRow="0" w:firstColumn="1" w:lastColumn="0" w:noHBand="0" w:noVBand="1"/>
      </w:tblPr>
      <w:tblGrid>
        <w:gridCol w:w="9640"/>
      </w:tblGrid>
      <w:tr w:rsidR="001C7FD1" w14:paraId="4CCAC0F7" w14:textId="77777777">
        <w:trPr>
          <w:cantSplit/>
        </w:trPr>
        <w:tc>
          <w:tcPr>
            <w:tcW w:w="9640" w:type="dxa"/>
            <w:shd w:val="clear" w:color="auto" w:fill="EAF3F7"/>
            <w:tcMar>
              <w:top w:w="90" w:type="dxa"/>
              <w:left w:w="120" w:type="dxa"/>
              <w:bottom w:w="90" w:type="dxa"/>
              <w:right w:w="120" w:type="dxa"/>
            </w:tcMar>
            <w:vAlign w:val="center"/>
          </w:tcPr>
          <w:p w14:paraId="7AAFFEB1" w14:textId="77777777" w:rsidR="001C7FD1" w:rsidRDefault="003F5285">
            <w:pPr>
              <w:spacing w:after="0" w:line="240" w:lineRule="auto"/>
            </w:pPr>
            <w:r>
              <w:rPr>
                <w:rFonts w:eastAsia="Arial"/>
                <w:b/>
                <w:color w:val="2A7DB8"/>
              </w:rPr>
              <w:lastRenderedPageBreak/>
              <w:t xml:space="preserve">Rating guide: </w:t>
            </w:r>
            <w:r>
              <w:rPr>
                <w:rFonts w:eastAsia="Arial"/>
              </w:rPr>
              <w:t>Enter 0 = independent/no extra support; 1 = occasional cue, check or adaptation; 2 = regular prompting, set-up or partial help; 3 = frequent supervision or hands-on help; 4 = unable or unsafe without full/continuous help; N/A = not applicable or not observed. For children, consider what is ordinarily expected for the same age.</w:t>
            </w:r>
          </w:p>
        </w:tc>
      </w:tr>
    </w:tbl>
    <w:p w14:paraId="19599687" w14:textId="77777777" w:rsidR="001C7FD1" w:rsidRDefault="003F5285">
      <w:pPr>
        <w:spacing w:before="100" w:after="0" w:line="72" w:lineRule="auto"/>
      </w:pPr>
      <w:r>
        <w:rPr>
          <w:rFonts w:eastAsia="Arial"/>
          <w:color w:val="FFFFFF"/>
          <w:sz w:val="8"/>
        </w:rPr>
        <w:t xml:space="preserve"> </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4760"/>
        <w:gridCol w:w="1280"/>
        <w:gridCol w:w="3600"/>
      </w:tblGrid>
      <w:tr w:rsidR="001C7FD1" w14:paraId="1D149C36" w14:textId="77777777">
        <w:trPr>
          <w:cantSplit/>
          <w:tblHeader/>
        </w:trPr>
        <w:tc>
          <w:tcPr>
            <w:tcW w:w="4760" w:type="dxa"/>
            <w:shd w:val="clear" w:color="auto" w:fill="4B1F26"/>
            <w:tcMar>
              <w:top w:w="90" w:type="dxa"/>
              <w:left w:w="120" w:type="dxa"/>
              <w:bottom w:w="90" w:type="dxa"/>
              <w:right w:w="120" w:type="dxa"/>
            </w:tcMar>
            <w:vAlign w:val="center"/>
          </w:tcPr>
          <w:p w14:paraId="1CF087DF" w14:textId="77777777" w:rsidR="001C7FD1" w:rsidRDefault="003F5285">
            <w:pPr>
              <w:spacing w:after="0" w:line="240" w:lineRule="auto"/>
            </w:pPr>
            <w:r>
              <w:rPr>
                <w:rFonts w:eastAsia="Arial"/>
                <w:b/>
                <w:color w:val="FFFFFF"/>
              </w:rPr>
              <w:t>Everyday area / question</w:t>
            </w:r>
          </w:p>
        </w:tc>
        <w:tc>
          <w:tcPr>
            <w:tcW w:w="1280" w:type="dxa"/>
            <w:shd w:val="clear" w:color="auto" w:fill="4B1F26"/>
            <w:tcMar>
              <w:top w:w="90" w:type="dxa"/>
              <w:left w:w="120" w:type="dxa"/>
              <w:bottom w:w="90" w:type="dxa"/>
              <w:right w:w="120" w:type="dxa"/>
            </w:tcMar>
            <w:vAlign w:val="center"/>
          </w:tcPr>
          <w:p w14:paraId="52992CC9" w14:textId="77777777" w:rsidR="001C7FD1" w:rsidRDefault="003F5285">
            <w:pPr>
              <w:spacing w:after="0" w:line="240" w:lineRule="auto"/>
            </w:pPr>
            <w:r>
              <w:rPr>
                <w:rFonts w:eastAsia="Arial"/>
                <w:b/>
                <w:color w:val="FFFFFF"/>
              </w:rPr>
              <w:t>Rating</w:t>
            </w:r>
            <w:r>
              <w:rPr>
                <w:rFonts w:eastAsia="Arial"/>
                <w:b/>
                <w:color w:val="FFFFFF"/>
              </w:rPr>
              <w:br/>
              <w:t>0-4 / N/A</w:t>
            </w:r>
          </w:p>
        </w:tc>
        <w:tc>
          <w:tcPr>
            <w:tcW w:w="3600" w:type="dxa"/>
            <w:shd w:val="clear" w:color="auto" w:fill="4B1F26"/>
            <w:tcMar>
              <w:top w:w="90" w:type="dxa"/>
              <w:left w:w="120" w:type="dxa"/>
              <w:bottom w:w="90" w:type="dxa"/>
              <w:right w:w="120" w:type="dxa"/>
            </w:tcMar>
            <w:vAlign w:val="center"/>
          </w:tcPr>
          <w:p w14:paraId="5957EC64" w14:textId="77777777" w:rsidR="001C7FD1" w:rsidRDefault="003F5285">
            <w:pPr>
              <w:spacing w:after="0" w:line="240" w:lineRule="auto"/>
            </w:pPr>
            <w:r>
              <w:rPr>
                <w:rFonts w:eastAsia="Arial"/>
                <w:b/>
                <w:color w:val="FFFFFF"/>
              </w:rPr>
              <w:t>Example, support needed and functional impact</w:t>
            </w:r>
          </w:p>
        </w:tc>
      </w:tr>
      <w:tr w:rsidR="001C7FD1" w14:paraId="7FFFAC65" w14:textId="77777777">
        <w:trPr>
          <w:cantSplit/>
        </w:trPr>
        <w:tc>
          <w:tcPr>
            <w:tcW w:w="4760" w:type="dxa"/>
          </w:tcPr>
          <w:p w14:paraId="3AB97BF7" w14:textId="77777777" w:rsidR="001C7FD1" w:rsidRDefault="003F5285">
            <w:pPr>
              <w:spacing w:after="0" w:line="240" w:lineRule="auto"/>
            </w:pPr>
            <w:r>
              <w:rPr>
                <w:rFonts w:eastAsia="Arial"/>
                <w:b/>
              </w:rPr>
              <w:t>Getting ready and arriving on time</w:t>
            </w:r>
          </w:p>
        </w:tc>
        <w:tc>
          <w:tcPr>
            <w:tcW w:w="1280" w:type="dxa"/>
          </w:tcPr>
          <w:p w14:paraId="78D57CFB" w14:textId="77777777" w:rsidR="001C7FD1" w:rsidRDefault="003F5285">
            <w:pPr>
              <w:spacing w:after="0" w:line="240" w:lineRule="auto"/>
              <w:jc w:val="center"/>
            </w:pPr>
            <w:sdt>
              <w:sdtPr>
                <w:alias w:val="R381"/>
                <w:tag w:val="R381"/>
                <w:id w:val="100381"/>
                <w:text/>
              </w:sdtPr>
              <w:sdtEndPr/>
              <w:sdtContent>
                <w:r>
                  <w:rPr>
                    <w:rFonts w:eastAsia="Arial"/>
                    <w:color w:val="555555"/>
                  </w:rPr>
                  <w:t>0-4 / N/A</w:t>
                </w:r>
              </w:sdtContent>
            </w:sdt>
          </w:p>
        </w:tc>
        <w:tc>
          <w:tcPr>
            <w:tcW w:w="3600" w:type="dxa"/>
          </w:tcPr>
          <w:p w14:paraId="3128A99D" w14:textId="77777777" w:rsidR="001C7FD1" w:rsidRDefault="003F5285">
            <w:pPr>
              <w:spacing w:after="0" w:line="240" w:lineRule="auto"/>
            </w:pPr>
            <w:sdt>
              <w:sdtPr>
                <w:alias w:val="T382"/>
                <w:tag w:val="T382"/>
                <w:id w:val="100382"/>
                <w:text/>
              </w:sdtPr>
              <w:sdtEndPr/>
              <w:sdtContent>
                <w:r>
                  <w:rPr>
                    <w:rFonts w:eastAsia="Arial"/>
                    <w:color w:val="555555"/>
                  </w:rPr>
                  <w:t>Click or tap to type</w:t>
                </w:r>
              </w:sdtContent>
            </w:sdt>
          </w:p>
        </w:tc>
      </w:tr>
      <w:tr w:rsidR="001C7FD1" w14:paraId="43B0C4E5" w14:textId="77777777">
        <w:trPr>
          <w:cantSplit/>
        </w:trPr>
        <w:tc>
          <w:tcPr>
            <w:tcW w:w="4760" w:type="dxa"/>
            <w:shd w:val="clear" w:color="auto" w:fill="F5F4EF"/>
          </w:tcPr>
          <w:p w14:paraId="0E85A005" w14:textId="77777777" w:rsidR="001C7FD1" w:rsidRDefault="003F5285">
            <w:pPr>
              <w:spacing w:after="0" w:line="240" w:lineRule="auto"/>
            </w:pPr>
            <w:r>
              <w:rPr>
                <w:rFonts w:eastAsia="Arial"/>
                <w:b/>
              </w:rPr>
              <w:t>Attending consistently and managing transitions into the setting</w:t>
            </w:r>
          </w:p>
        </w:tc>
        <w:tc>
          <w:tcPr>
            <w:tcW w:w="1280" w:type="dxa"/>
            <w:shd w:val="clear" w:color="auto" w:fill="F5F4EF"/>
          </w:tcPr>
          <w:p w14:paraId="3758A713" w14:textId="77777777" w:rsidR="001C7FD1" w:rsidRDefault="003F5285">
            <w:pPr>
              <w:spacing w:after="0" w:line="240" w:lineRule="auto"/>
              <w:jc w:val="center"/>
            </w:pPr>
            <w:sdt>
              <w:sdtPr>
                <w:alias w:val="R383"/>
                <w:tag w:val="R383"/>
                <w:id w:val="100383"/>
                <w:text/>
              </w:sdtPr>
              <w:sdtEndPr/>
              <w:sdtContent>
                <w:r>
                  <w:rPr>
                    <w:rFonts w:eastAsia="Arial"/>
                    <w:color w:val="555555"/>
                  </w:rPr>
                  <w:t>0-4 / N/A</w:t>
                </w:r>
              </w:sdtContent>
            </w:sdt>
          </w:p>
        </w:tc>
        <w:tc>
          <w:tcPr>
            <w:tcW w:w="3600" w:type="dxa"/>
            <w:shd w:val="clear" w:color="auto" w:fill="F5F4EF"/>
          </w:tcPr>
          <w:p w14:paraId="5F0E53C6" w14:textId="77777777" w:rsidR="001C7FD1" w:rsidRDefault="003F5285">
            <w:pPr>
              <w:spacing w:after="0" w:line="240" w:lineRule="auto"/>
            </w:pPr>
            <w:sdt>
              <w:sdtPr>
                <w:alias w:val="T384"/>
                <w:tag w:val="T384"/>
                <w:id w:val="100384"/>
                <w:text/>
              </w:sdtPr>
              <w:sdtEndPr/>
              <w:sdtContent>
                <w:r>
                  <w:rPr>
                    <w:rFonts w:eastAsia="Arial"/>
                    <w:color w:val="555555"/>
                  </w:rPr>
                  <w:t>Click or tap to type</w:t>
                </w:r>
              </w:sdtContent>
            </w:sdt>
          </w:p>
        </w:tc>
      </w:tr>
      <w:tr w:rsidR="001C7FD1" w14:paraId="42866338" w14:textId="77777777">
        <w:trPr>
          <w:cantSplit/>
        </w:trPr>
        <w:tc>
          <w:tcPr>
            <w:tcW w:w="4760" w:type="dxa"/>
          </w:tcPr>
          <w:p w14:paraId="6F7E6998" w14:textId="77777777" w:rsidR="001C7FD1" w:rsidRDefault="003F5285">
            <w:pPr>
              <w:spacing w:after="0" w:line="240" w:lineRule="auto"/>
            </w:pPr>
            <w:r>
              <w:rPr>
                <w:rFonts w:eastAsia="Arial"/>
                <w:b/>
              </w:rPr>
              <w:t>Understanding the routine, role and expectations</w:t>
            </w:r>
          </w:p>
        </w:tc>
        <w:tc>
          <w:tcPr>
            <w:tcW w:w="1280" w:type="dxa"/>
          </w:tcPr>
          <w:p w14:paraId="5FA5D557" w14:textId="77777777" w:rsidR="001C7FD1" w:rsidRDefault="003F5285">
            <w:pPr>
              <w:spacing w:after="0" w:line="240" w:lineRule="auto"/>
              <w:jc w:val="center"/>
            </w:pPr>
            <w:sdt>
              <w:sdtPr>
                <w:alias w:val="R385"/>
                <w:tag w:val="R385"/>
                <w:id w:val="100385"/>
                <w:text/>
              </w:sdtPr>
              <w:sdtEndPr/>
              <w:sdtContent>
                <w:r>
                  <w:rPr>
                    <w:rFonts w:eastAsia="Arial"/>
                    <w:color w:val="555555"/>
                  </w:rPr>
                  <w:t>0-4 / N/A</w:t>
                </w:r>
              </w:sdtContent>
            </w:sdt>
          </w:p>
        </w:tc>
        <w:tc>
          <w:tcPr>
            <w:tcW w:w="3600" w:type="dxa"/>
          </w:tcPr>
          <w:p w14:paraId="77F664CF" w14:textId="77777777" w:rsidR="001C7FD1" w:rsidRDefault="003F5285">
            <w:pPr>
              <w:spacing w:after="0" w:line="240" w:lineRule="auto"/>
            </w:pPr>
            <w:sdt>
              <w:sdtPr>
                <w:alias w:val="T386"/>
                <w:tag w:val="T386"/>
                <w:id w:val="100386"/>
                <w:text/>
              </w:sdtPr>
              <w:sdtEndPr/>
              <w:sdtContent>
                <w:r>
                  <w:rPr>
                    <w:rFonts w:eastAsia="Arial"/>
                    <w:color w:val="555555"/>
                  </w:rPr>
                  <w:t>Click or tap to type</w:t>
                </w:r>
              </w:sdtContent>
            </w:sdt>
          </w:p>
        </w:tc>
      </w:tr>
      <w:tr w:rsidR="001C7FD1" w14:paraId="71429287" w14:textId="77777777">
        <w:trPr>
          <w:cantSplit/>
        </w:trPr>
        <w:tc>
          <w:tcPr>
            <w:tcW w:w="4760" w:type="dxa"/>
            <w:shd w:val="clear" w:color="auto" w:fill="F5F4EF"/>
          </w:tcPr>
          <w:p w14:paraId="3899254C" w14:textId="77777777" w:rsidR="001C7FD1" w:rsidRDefault="003F5285">
            <w:pPr>
              <w:spacing w:after="0" w:line="240" w:lineRule="auto"/>
            </w:pPr>
            <w:r>
              <w:rPr>
                <w:rFonts w:eastAsia="Arial"/>
                <w:b/>
              </w:rPr>
              <w:t>Following instructions and asking clarifying questions</w:t>
            </w:r>
          </w:p>
        </w:tc>
        <w:tc>
          <w:tcPr>
            <w:tcW w:w="1280" w:type="dxa"/>
            <w:shd w:val="clear" w:color="auto" w:fill="F5F4EF"/>
          </w:tcPr>
          <w:p w14:paraId="6638B929" w14:textId="77777777" w:rsidR="001C7FD1" w:rsidRDefault="003F5285">
            <w:pPr>
              <w:spacing w:after="0" w:line="240" w:lineRule="auto"/>
              <w:jc w:val="center"/>
            </w:pPr>
            <w:sdt>
              <w:sdtPr>
                <w:alias w:val="R387"/>
                <w:tag w:val="R387"/>
                <w:id w:val="100387"/>
                <w:text/>
              </w:sdtPr>
              <w:sdtEndPr/>
              <w:sdtContent>
                <w:r>
                  <w:rPr>
                    <w:rFonts w:eastAsia="Arial"/>
                    <w:color w:val="555555"/>
                  </w:rPr>
                  <w:t>0-4 / N/A</w:t>
                </w:r>
              </w:sdtContent>
            </w:sdt>
          </w:p>
        </w:tc>
        <w:tc>
          <w:tcPr>
            <w:tcW w:w="3600" w:type="dxa"/>
            <w:shd w:val="clear" w:color="auto" w:fill="F5F4EF"/>
          </w:tcPr>
          <w:p w14:paraId="292450F5" w14:textId="77777777" w:rsidR="001C7FD1" w:rsidRDefault="003F5285">
            <w:pPr>
              <w:spacing w:after="0" w:line="240" w:lineRule="auto"/>
            </w:pPr>
            <w:sdt>
              <w:sdtPr>
                <w:alias w:val="T388"/>
                <w:tag w:val="T388"/>
                <w:id w:val="100388"/>
                <w:text/>
              </w:sdtPr>
              <w:sdtEndPr/>
              <w:sdtContent>
                <w:r>
                  <w:rPr>
                    <w:rFonts w:eastAsia="Arial"/>
                    <w:color w:val="555555"/>
                  </w:rPr>
                  <w:t>Click or tap to type</w:t>
                </w:r>
              </w:sdtContent>
            </w:sdt>
          </w:p>
        </w:tc>
      </w:tr>
      <w:tr w:rsidR="001C7FD1" w14:paraId="29B64175" w14:textId="77777777">
        <w:trPr>
          <w:cantSplit/>
        </w:trPr>
        <w:tc>
          <w:tcPr>
            <w:tcW w:w="4760" w:type="dxa"/>
          </w:tcPr>
          <w:p w14:paraId="21FC48D8" w14:textId="77777777" w:rsidR="001C7FD1" w:rsidRDefault="003F5285">
            <w:pPr>
              <w:spacing w:after="0" w:line="240" w:lineRule="auto"/>
            </w:pPr>
            <w:r>
              <w:rPr>
                <w:rFonts w:eastAsia="Arial"/>
                <w:b/>
              </w:rPr>
              <w:t>Starting, organising and completing assigned tasks</w:t>
            </w:r>
          </w:p>
        </w:tc>
        <w:tc>
          <w:tcPr>
            <w:tcW w:w="1280" w:type="dxa"/>
          </w:tcPr>
          <w:p w14:paraId="66834D6C" w14:textId="77777777" w:rsidR="001C7FD1" w:rsidRDefault="003F5285">
            <w:pPr>
              <w:spacing w:after="0" w:line="240" w:lineRule="auto"/>
              <w:jc w:val="center"/>
            </w:pPr>
            <w:sdt>
              <w:sdtPr>
                <w:alias w:val="R389"/>
                <w:tag w:val="R389"/>
                <w:id w:val="100389"/>
                <w:text/>
              </w:sdtPr>
              <w:sdtEndPr/>
              <w:sdtContent>
                <w:r>
                  <w:rPr>
                    <w:rFonts w:eastAsia="Arial"/>
                    <w:color w:val="555555"/>
                  </w:rPr>
                  <w:t>0-4 / N/A</w:t>
                </w:r>
              </w:sdtContent>
            </w:sdt>
          </w:p>
        </w:tc>
        <w:tc>
          <w:tcPr>
            <w:tcW w:w="3600" w:type="dxa"/>
          </w:tcPr>
          <w:p w14:paraId="563E28F6" w14:textId="77777777" w:rsidR="001C7FD1" w:rsidRDefault="003F5285">
            <w:pPr>
              <w:spacing w:after="0" w:line="240" w:lineRule="auto"/>
            </w:pPr>
            <w:sdt>
              <w:sdtPr>
                <w:alias w:val="T390"/>
                <w:tag w:val="T390"/>
                <w:id w:val="100390"/>
                <w:text/>
              </w:sdtPr>
              <w:sdtEndPr/>
              <w:sdtContent>
                <w:r>
                  <w:rPr>
                    <w:rFonts w:eastAsia="Arial"/>
                    <w:color w:val="555555"/>
                  </w:rPr>
                  <w:t>Click or tap to type</w:t>
                </w:r>
              </w:sdtContent>
            </w:sdt>
          </w:p>
        </w:tc>
      </w:tr>
      <w:tr w:rsidR="001C7FD1" w14:paraId="4185790A" w14:textId="77777777">
        <w:trPr>
          <w:cantSplit/>
        </w:trPr>
        <w:tc>
          <w:tcPr>
            <w:tcW w:w="4760" w:type="dxa"/>
            <w:shd w:val="clear" w:color="auto" w:fill="F5F4EF"/>
          </w:tcPr>
          <w:p w14:paraId="4FF9E20C" w14:textId="77777777" w:rsidR="001C7FD1" w:rsidRDefault="003F5285">
            <w:pPr>
              <w:spacing w:after="0" w:line="240" w:lineRule="auto"/>
            </w:pPr>
            <w:r>
              <w:rPr>
                <w:rFonts w:eastAsia="Arial"/>
                <w:b/>
              </w:rPr>
              <w:t>Working at the expected pace without unsustainable effort</w:t>
            </w:r>
          </w:p>
        </w:tc>
        <w:tc>
          <w:tcPr>
            <w:tcW w:w="1280" w:type="dxa"/>
            <w:shd w:val="clear" w:color="auto" w:fill="F5F4EF"/>
          </w:tcPr>
          <w:p w14:paraId="4061B735" w14:textId="77777777" w:rsidR="001C7FD1" w:rsidRDefault="003F5285">
            <w:pPr>
              <w:spacing w:after="0" w:line="240" w:lineRule="auto"/>
              <w:jc w:val="center"/>
            </w:pPr>
            <w:sdt>
              <w:sdtPr>
                <w:alias w:val="R391"/>
                <w:tag w:val="R391"/>
                <w:id w:val="100391"/>
                <w:text/>
              </w:sdtPr>
              <w:sdtEndPr/>
              <w:sdtContent>
                <w:r>
                  <w:rPr>
                    <w:rFonts w:eastAsia="Arial"/>
                    <w:color w:val="555555"/>
                  </w:rPr>
                  <w:t>0-4 / N/A</w:t>
                </w:r>
              </w:sdtContent>
            </w:sdt>
          </w:p>
        </w:tc>
        <w:tc>
          <w:tcPr>
            <w:tcW w:w="3600" w:type="dxa"/>
            <w:shd w:val="clear" w:color="auto" w:fill="F5F4EF"/>
          </w:tcPr>
          <w:p w14:paraId="7FBE45B7" w14:textId="77777777" w:rsidR="001C7FD1" w:rsidRDefault="003F5285">
            <w:pPr>
              <w:spacing w:after="0" w:line="240" w:lineRule="auto"/>
            </w:pPr>
            <w:sdt>
              <w:sdtPr>
                <w:alias w:val="T392"/>
                <w:tag w:val="T392"/>
                <w:id w:val="100392"/>
                <w:text/>
              </w:sdtPr>
              <w:sdtEndPr/>
              <w:sdtContent>
                <w:r>
                  <w:rPr>
                    <w:rFonts w:eastAsia="Arial"/>
                    <w:color w:val="555555"/>
                  </w:rPr>
                  <w:t>Click or tap to type</w:t>
                </w:r>
              </w:sdtContent>
            </w:sdt>
          </w:p>
        </w:tc>
      </w:tr>
      <w:tr w:rsidR="001C7FD1" w14:paraId="31997AE5" w14:textId="77777777">
        <w:trPr>
          <w:cantSplit/>
        </w:trPr>
        <w:tc>
          <w:tcPr>
            <w:tcW w:w="4760" w:type="dxa"/>
          </w:tcPr>
          <w:p w14:paraId="38813C57" w14:textId="77777777" w:rsidR="001C7FD1" w:rsidRDefault="003F5285">
            <w:pPr>
              <w:spacing w:after="0" w:line="240" w:lineRule="auto"/>
            </w:pPr>
            <w:r>
              <w:rPr>
                <w:rFonts w:eastAsia="Arial"/>
                <w:b/>
              </w:rPr>
              <w:t>Reading, writing, maths or digital skills needed in the setting</w:t>
            </w:r>
          </w:p>
        </w:tc>
        <w:tc>
          <w:tcPr>
            <w:tcW w:w="1280" w:type="dxa"/>
          </w:tcPr>
          <w:p w14:paraId="50F4A8ED" w14:textId="77777777" w:rsidR="001C7FD1" w:rsidRDefault="003F5285">
            <w:pPr>
              <w:spacing w:after="0" w:line="240" w:lineRule="auto"/>
              <w:jc w:val="center"/>
            </w:pPr>
            <w:sdt>
              <w:sdtPr>
                <w:alias w:val="R393"/>
                <w:tag w:val="R393"/>
                <w:id w:val="100393"/>
                <w:text/>
              </w:sdtPr>
              <w:sdtEndPr/>
              <w:sdtContent>
                <w:r>
                  <w:rPr>
                    <w:rFonts w:eastAsia="Arial"/>
                    <w:color w:val="555555"/>
                  </w:rPr>
                  <w:t>0-4 / N/A</w:t>
                </w:r>
              </w:sdtContent>
            </w:sdt>
          </w:p>
        </w:tc>
        <w:tc>
          <w:tcPr>
            <w:tcW w:w="3600" w:type="dxa"/>
          </w:tcPr>
          <w:p w14:paraId="55016556" w14:textId="77777777" w:rsidR="001C7FD1" w:rsidRDefault="003F5285">
            <w:pPr>
              <w:spacing w:after="0" w:line="240" w:lineRule="auto"/>
            </w:pPr>
            <w:sdt>
              <w:sdtPr>
                <w:alias w:val="T394"/>
                <w:tag w:val="T394"/>
                <w:id w:val="100394"/>
                <w:text/>
              </w:sdtPr>
              <w:sdtEndPr/>
              <w:sdtContent>
                <w:r>
                  <w:rPr>
                    <w:rFonts w:eastAsia="Arial"/>
                    <w:color w:val="555555"/>
                  </w:rPr>
                  <w:t>Click or tap to type</w:t>
                </w:r>
              </w:sdtContent>
            </w:sdt>
          </w:p>
        </w:tc>
      </w:tr>
      <w:tr w:rsidR="001C7FD1" w14:paraId="0C717CF2" w14:textId="77777777">
        <w:trPr>
          <w:cantSplit/>
        </w:trPr>
        <w:tc>
          <w:tcPr>
            <w:tcW w:w="4760" w:type="dxa"/>
            <w:shd w:val="clear" w:color="auto" w:fill="F5F4EF"/>
          </w:tcPr>
          <w:p w14:paraId="680C772F" w14:textId="77777777" w:rsidR="001C7FD1" w:rsidRDefault="003F5285">
            <w:pPr>
              <w:spacing w:after="0" w:line="240" w:lineRule="auto"/>
            </w:pPr>
            <w:r>
              <w:rPr>
                <w:rFonts w:eastAsia="Arial"/>
                <w:b/>
              </w:rPr>
              <w:t>Managing sensory and environmental demands</w:t>
            </w:r>
          </w:p>
        </w:tc>
        <w:tc>
          <w:tcPr>
            <w:tcW w:w="1280" w:type="dxa"/>
            <w:shd w:val="clear" w:color="auto" w:fill="F5F4EF"/>
          </w:tcPr>
          <w:p w14:paraId="414537AA" w14:textId="77777777" w:rsidR="001C7FD1" w:rsidRDefault="003F5285">
            <w:pPr>
              <w:spacing w:after="0" w:line="240" w:lineRule="auto"/>
              <w:jc w:val="center"/>
            </w:pPr>
            <w:sdt>
              <w:sdtPr>
                <w:alias w:val="R395"/>
                <w:tag w:val="R395"/>
                <w:id w:val="100395"/>
                <w:text/>
              </w:sdtPr>
              <w:sdtEndPr/>
              <w:sdtContent>
                <w:r>
                  <w:rPr>
                    <w:rFonts w:eastAsia="Arial"/>
                    <w:color w:val="555555"/>
                  </w:rPr>
                  <w:t>0-4 / N/A</w:t>
                </w:r>
              </w:sdtContent>
            </w:sdt>
          </w:p>
        </w:tc>
        <w:tc>
          <w:tcPr>
            <w:tcW w:w="3600" w:type="dxa"/>
            <w:shd w:val="clear" w:color="auto" w:fill="F5F4EF"/>
          </w:tcPr>
          <w:p w14:paraId="17755CB0" w14:textId="77777777" w:rsidR="001C7FD1" w:rsidRDefault="003F5285">
            <w:pPr>
              <w:spacing w:after="0" w:line="240" w:lineRule="auto"/>
            </w:pPr>
            <w:sdt>
              <w:sdtPr>
                <w:alias w:val="T396"/>
                <w:tag w:val="T396"/>
                <w:id w:val="100396"/>
                <w:text/>
              </w:sdtPr>
              <w:sdtEndPr/>
              <w:sdtContent>
                <w:r>
                  <w:rPr>
                    <w:rFonts w:eastAsia="Arial"/>
                    <w:color w:val="555555"/>
                  </w:rPr>
                  <w:t>Click or tap to type</w:t>
                </w:r>
              </w:sdtContent>
            </w:sdt>
          </w:p>
        </w:tc>
      </w:tr>
      <w:tr w:rsidR="001C7FD1" w14:paraId="2AC53710" w14:textId="77777777">
        <w:trPr>
          <w:cantSplit/>
        </w:trPr>
        <w:tc>
          <w:tcPr>
            <w:tcW w:w="4760" w:type="dxa"/>
          </w:tcPr>
          <w:p w14:paraId="78D2FB72" w14:textId="77777777" w:rsidR="001C7FD1" w:rsidRDefault="003F5285">
            <w:pPr>
              <w:spacing w:after="0" w:line="240" w:lineRule="auto"/>
            </w:pPr>
            <w:r>
              <w:rPr>
                <w:rFonts w:eastAsia="Arial"/>
                <w:b/>
              </w:rPr>
              <w:t>Managing social interaction, teamwork and conflict</w:t>
            </w:r>
          </w:p>
        </w:tc>
        <w:tc>
          <w:tcPr>
            <w:tcW w:w="1280" w:type="dxa"/>
          </w:tcPr>
          <w:p w14:paraId="510532B5" w14:textId="77777777" w:rsidR="001C7FD1" w:rsidRDefault="003F5285">
            <w:pPr>
              <w:spacing w:after="0" w:line="240" w:lineRule="auto"/>
              <w:jc w:val="center"/>
            </w:pPr>
            <w:sdt>
              <w:sdtPr>
                <w:alias w:val="R397"/>
                <w:tag w:val="R397"/>
                <w:id w:val="100397"/>
                <w:text/>
              </w:sdtPr>
              <w:sdtEndPr/>
              <w:sdtContent>
                <w:r>
                  <w:rPr>
                    <w:rFonts w:eastAsia="Arial"/>
                    <w:color w:val="555555"/>
                  </w:rPr>
                  <w:t>0-4 / N/A</w:t>
                </w:r>
              </w:sdtContent>
            </w:sdt>
          </w:p>
        </w:tc>
        <w:tc>
          <w:tcPr>
            <w:tcW w:w="3600" w:type="dxa"/>
          </w:tcPr>
          <w:p w14:paraId="4F7731FB" w14:textId="77777777" w:rsidR="001C7FD1" w:rsidRDefault="003F5285">
            <w:pPr>
              <w:spacing w:after="0" w:line="240" w:lineRule="auto"/>
            </w:pPr>
            <w:sdt>
              <w:sdtPr>
                <w:alias w:val="T398"/>
                <w:tag w:val="T398"/>
                <w:id w:val="100398"/>
                <w:text/>
              </w:sdtPr>
              <w:sdtEndPr/>
              <w:sdtContent>
                <w:r>
                  <w:rPr>
                    <w:rFonts w:eastAsia="Arial"/>
                    <w:color w:val="555555"/>
                  </w:rPr>
                  <w:t>Click or tap to type</w:t>
                </w:r>
              </w:sdtContent>
            </w:sdt>
          </w:p>
        </w:tc>
      </w:tr>
      <w:tr w:rsidR="001C7FD1" w14:paraId="02CDB6C4" w14:textId="77777777">
        <w:trPr>
          <w:cantSplit/>
        </w:trPr>
        <w:tc>
          <w:tcPr>
            <w:tcW w:w="4760" w:type="dxa"/>
            <w:shd w:val="clear" w:color="auto" w:fill="F5F4EF"/>
          </w:tcPr>
          <w:p w14:paraId="6ADE2239" w14:textId="77777777" w:rsidR="001C7FD1" w:rsidRDefault="003F5285">
            <w:pPr>
              <w:spacing w:after="0" w:line="240" w:lineRule="auto"/>
            </w:pPr>
            <w:r>
              <w:rPr>
                <w:rFonts w:eastAsia="Arial"/>
                <w:b/>
              </w:rPr>
              <w:t>Managing feedback, mistakes, change and performance pressure</w:t>
            </w:r>
          </w:p>
        </w:tc>
        <w:tc>
          <w:tcPr>
            <w:tcW w:w="1280" w:type="dxa"/>
            <w:shd w:val="clear" w:color="auto" w:fill="F5F4EF"/>
          </w:tcPr>
          <w:p w14:paraId="66D3D47F" w14:textId="77777777" w:rsidR="001C7FD1" w:rsidRDefault="003F5285">
            <w:pPr>
              <w:spacing w:after="0" w:line="240" w:lineRule="auto"/>
              <w:jc w:val="center"/>
            </w:pPr>
            <w:sdt>
              <w:sdtPr>
                <w:alias w:val="R399"/>
                <w:tag w:val="R399"/>
                <w:id w:val="100399"/>
                <w:text/>
              </w:sdtPr>
              <w:sdtEndPr/>
              <w:sdtContent>
                <w:r>
                  <w:rPr>
                    <w:rFonts w:eastAsia="Arial"/>
                    <w:color w:val="555555"/>
                  </w:rPr>
                  <w:t>0-4 / N/A</w:t>
                </w:r>
              </w:sdtContent>
            </w:sdt>
          </w:p>
        </w:tc>
        <w:tc>
          <w:tcPr>
            <w:tcW w:w="3600" w:type="dxa"/>
            <w:shd w:val="clear" w:color="auto" w:fill="F5F4EF"/>
          </w:tcPr>
          <w:p w14:paraId="678C0CA3" w14:textId="77777777" w:rsidR="001C7FD1" w:rsidRDefault="003F5285">
            <w:pPr>
              <w:spacing w:after="0" w:line="240" w:lineRule="auto"/>
            </w:pPr>
            <w:sdt>
              <w:sdtPr>
                <w:alias w:val="T400"/>
                <w:tag w:val="T400"/>
                <w:id w:val="100400"/>
                <w:text/>
              </w:sdtPr>
              <w:sdtEndPr/>
              <w:sdtContent>
                <w:r>
                  <w:rPr>
                    <w:rFonts w:eastAsia="Arial"/>
                    <w:color w:val="555555"/>
                  </w:rPr>
                  <w:t>Click or tap to type</w:t>
                </w:r>
              </w:sdtContent>
            </w:sdt>
          </w:p>
        </w:tc>
      </w:tr>
      <w:tr w:rsidR="001C7FD1" w14:paraId="3240C979" w14:textId="77777777">
        <w:trPr>
          <w:cantSplit/>
        </w:trPr>
        <w:tc>
          <w:tcPr>
            <w:tcW w:w="4760" w:type="dxa"/>
          </w:tcPr>
          <w:p w14:paraId="28E91FBF" w14:textId="77777777" w:rsidR="001C7FD1" w:rsidRDefault="003F5285">
            <w:pPr>
              <w:spacing w:after="0" w:line="240" w:lineRule="auto"/>
            </w:pPr>
            <w:r>
              <w:rPr>
                <w:rFonts w:eastAsia="Arial"/>
                <w:b/>
              </w:rPr>
              <w:t>Taking breaks and returning to the activity</w:t>
            </w:r>
          </w:p>
        </w:tc>
        <w:tc>
          <w:tcPr>
            <w:tcW w:w="1280" w:type="dxa"/>
          </w:tcPr>
          <w:p w14:paraId="1273B21E" w14:textId="77777777" w:rsidR="001C7FD1" w:rsidRDefault="003F5285">
            <w:pPr>
              <w:spacing w:after="0" w:line="240" w:lineRule="auto"/>
              <w:jc w:val="center"/>
            </w:pPr>
            <w:sdt>
              <w:sdtPr>
                <w:alias w:val="R401"/>
                <w:tag w:val="R401"/>
                <w:id w:val="100401"/>
                <w:text/>
              </w:sdtPr>
              <w:sdtEndPr/>
              <w:sdtContent>
                <w:r>
                  <w:rPr>
                    <w:rFonts w:eastAsia="Arial"/>
                    <w:color w:val="555555"/>
                  </w:rPr>
                  <w:t>0-4 / N/A</w:t>
                </w:r>
              </w:sdtContent>
            </w:sdt>
          </w:p>
        </w:tc>
        <w:tc>
          <w:tcPr>
            <w:tcW w:w="3600" w:type="dxa"/>
          </w:tcPr>
          <w:p w14:paraId="7B84D733" w14:textId="77777777" w:rsidR="001C7FD1" w:rsidRDefault="003F5285">
            <w:pPr>
              <w:spacing w:after="0" w:line="240" w:lineRule="auto"/>
            </w:pPr>
            <w:sdt>
              <w:sdtPr>
                <w:alias w:val="T402"/>
                <w:tag w:val="T402"/>
                <w:id w:val="100402"/>
                <w:text/>
              </w:sdtPr>
              <w:sdtEndPr/>
              <w:sdtContent>
                <w:r>
                  <w:rPr>
                    <w:rFonts w:eastAsia="Arial"/>
                    <w:color w:val="555555"/>
                  </w:rPr>
                  <w:t>Click or tap to type</w:t>
                </w:r>
              </w:sdtContent>
            </w:sdt>
          </w:p>
        </w:tc>
      </w:tr>
      <w:tr w:rsidR="001C7FD1" w14:paraId="722EC189" w14:textId="77777777">
        <w:trPr>
          <w:cantSplit/>
        </w:trPr>
        <w:tc>
          <w:tcPr>
            <w:tcW w:w="4760" w:type="dxa"/>
            <w:shd w:val="clear" w:color="auto" w:fill="F5F4EF"/>
          </w:tcPr>
          <w:p w14:paraId="7A7DE9DD" w14:textId="77777777" w:rsidR="001C7FD1" w:rsidRDefault="003F5285">
            <w:pPr>
              <w:spacing w:after="0" w:line="240" w:lineRule="auto"/>
            </w:pPr>
            <w:r>
              <w:rPr>
                <w:rFonts w:eastAsia="Arial"/>
                <w:b/>
              </w:rPr>
              <w:t>Communicating disability-related needs and requesting adjustments</w:t>
            </w:r>
          </w:p>
        </w:tc>
        <w:tc>
          <w:tcPr>
            <w:tcW w:w="1280" w:type="dxa"/>
            <w:shd w:val="clear" w:color="auto" w:fill="F5F4EF"/>
          </w:tcPr>
          <w:p w14:paraId="4B81CB5B" w14:textId="77777777" w:rsidR="001C7FD1" w:rsidRDefault="003F5285">
            <w:pPr>
              <w:spacing w:after="0" w:line="240" w:lineRule="auto"/>
              <w:jc w:val="center"/>
            </w:pPr>
            <w:sdt>
              <w:sdtPr>
                <w:alias w:val="R403"/>
                <w:tag w:val="R403"/>
                <w:id w:val="100403"/>
                <w:text/>
              </w:sdtPr>
              <w:sdtEndPr/>
              <w:sdtContent>
                <w:r>
                  <w:rPr>
                    <w:rFonts w:eastAsia="Arial"/>
                    <w:color w:val="555555"/>
                  </w:rPr>
                  <w:t>0-4 / N/A</w:t>
                </w:r>
              </w:sdtContent>
            </w:sdt>
          </w:p>
        </w:tc>
        <w:tc>
          <w:tcPr>
            <w:tcW w:w="3600" w:type="dxa"/>
            <w:shd w:val="clear" w:color="auto" w:fill="F5F4EF"/>
          </w:tcPr>
          <w:p w14:paraId="4D633681" w14:textId="77777777" w:rsidR="001C7FD1" w:rsidRDefault="003F5285">
            <w:pPr>
              <w:spacing w:after="0" w:line="240" w:lineRule="auto"/>
            </w:pPr>
            <w:sdt>
              <w:sdtPr>
                <w:alias w:val="T404"/>
                <w:tag w:val="T404"/>
                <w:id w:val="100404"/>
                <w:text/>
              </w:sdtPr>
              <w:sdtEndPr/>
              <w:sdtContent>
                <w:r>
                  <w:rPr>
                    <w:rFonts w:eastAsia="Arial"/>
                    <w:color w:val="555555"/>
                  </w:rPr>
                  <w:t>Click or tap to type</w:t>
                </w:r>
              </w:sdtContent>
            </w:sdt>
          </w:p>
        </w:tc>
      </w:tr>
      <w:tr w:rsidR="001C7FD1" w14:paraId="100EE991" w14:textId="77777777">
        <w:trPr>
          <w:cantSplit/>
        </w:trPr>
        <w:tc>
          <w:tcPr>
            <w:tcW w:w="4760" w:type="dxa"/>
          </w:tcPr>
          <w:p w14:paraId="06C39A56" w14:textId="77777777" w:rsidR="001C7FD1" w:rsidRDefault="003F5285">
            <w:pPr>
              <w:spacing w:after="0" w:line="240" w:lineRule="auto"/>
            </w:pPr>
            <w:r>
              <w:rPr>
                <w:rFonts w:eastAsia="Arial"/>
                <w:b/>
              </w:rPr>
              <w:t>Travelling to and from the setting</w:t>
            </w:r>
          </w:p>
        </w:tc>
        <w:tc>
          <w:tcPr>
            <w:tcW w:w="1280" w:type="dxa"/>
          </w:tcPr>
          <w:p w14:paraId="19048892" w14:textId="77777777" w:rsidR="001C7FD1" w:rsidRDefault="003F5285">
            <w:pPr>
              <w:spacing w:after="0" w:line="240" w:lineRule="auto"/>
              <w:jc w:val="center"/>
            </w:pPr>
            <w:sdt>
              <w:sdtPr>
                <w:alias w:val="R405"/>
                <w:tag w:val="R405"/>
                <w:id w:val="100405"/>
                <w:text/>
              </w:sdtPr>
              <w:sdtEndPr/>
              <w:sdtContent>
                <w:r>
                  <w:rPr>
                    <w:rFonts w:eastAsia="Arial"/>
                    <w:color w:val="555555"/>
                  </w:rPr>
                  <w:t>0-4 / N/A</w:t>
                </w:r>
              </w:sdtContent>
            </w:sdt>
          </w:p>
        </w:tc>
        <w:tc>
          <w:tcPr>
            <w:tcW w:w="3600" w:type="dxa"/>
          </w:tcPr>
          <w:p w14:paraId="5DF80CC6" w14:textId="77777777" w:rsidR="001C7FD1" w:rsidRDefault="003F5285">
            <w:pPr>
              <w:spacing w:after="0" w:line="240" w:lineRule="auto"/>
            </w:pPr>
            <w:sdt>
              <w:sdtPr>
                <w:alias w:val="T406"/>
                <w:tag w:val="T406"/>
                <w:id w:val="100406"/>
                <w:text/>
              </w:sdtPr>
              <w:sdtEndPr/>
              <w:sdtContent>
                <w:r>
                  <w:rPr>
                    <w:rFonts w:eastAsia="Arial"/>
                    <w:color w:val="555555"/>
                  </w:rPr>
                  <w:t>Click or tap to type</w:t>
                </w:r>
              </w:sdtContent>
            </w:sdt>
          </w:p>
        </w:tc>
      </w:tr>
      <w:tr w:rsidR="001C7FD1" w14:paraId="7DC861E7" w14:textId="77777777">
        <w:trPr>
          <w:cantSplit/>
        </w:trPr>
        <w:tc>
          <w:tcPr>
            <w:tcW w:w="4760" w:type="dxa"/>
            <w:shd w:val="clear" w:color="auto" w:fill="F5F4EF"/>
          </w:tcPr>
          <w:p w14:paraId="272306CA" w14:textId="77777777" w:rsidR="001C7FD1" w:rsidRDefault="003F5285">
            <w:pPr>
              <w:spacing w:after="0" w:line="240" w:lineRule="auto"/>
            </w:pPr>
            <w:r>
              <w:rPr>
                <w:rFonts w:eastAsia="Arial"/>
                <w:b/>
              </w:rPr>
              <w:t>Maintaining participation across a full day or week</w:t>
            </w:r>
          </w:p>
        </w:tc>
        <w:tc>
          <w:tcPr>
            <w:tcW w:w="1280" w:type="dxa"/>
            <w:shd w:val="clear" w:color="auto" w:fill="F5F4EF"/>
          </w:tcPr>
          <w:p w14:paraId="05C8462F" w14:textId="77777777" w:rsidR="001C7FD1" w:rsidRDefault="003F5285">
            <w:pPr>
              <w:spacing w:after="0" w:line="240" w:lineRule="auto"/>
              <w:jc w:val="center"/>
            </w:pPr>
            <w:sdt>
              <w:sdtPr>
                <w:alias w:val="R407"/>
                <w:tag w:val="R407"/>
                <w:id w:val="100407"/>
                <w:text/>
              </w:sdtPr>
              <w:sdtEndPr/>
              <w:sdtContent>
                <w:r>
                  <w:rPr>
                    <w:rFonts w:eastAsia="Arial"/>
                    <w:color w:val="555555"/>
                  </w:rPr>
                  <w:t>0-4 / N/A</w:t>
                </w:r>
              </w:sdtContent>
            </w:sdt>
          </w:p>
        </w:tc>
        <w:tc>
          <w:tcPr>
            <w:tcW w:w="3600" w:type="dxa"/>
            <w:shd w:val="clear" w:color="auto" w:fill="F5F4EF"/>
          </w:tcPr>
          <w:p w14:paraId="6F392188" w14:textId="77777777" w:rsidR="001C7FD1" w:rsidRDefault="003F5285">
            <w:pPr>
              <w:spacing w:after="0" w:line="240" w:lineRule="auto"/>
            </w:pPr>
            <w:sdt>
              <w:sdtPr>
                <w:alias w:val="T408"/>
                <w:tag w:val="T408"/>
                <w:id w:val="100408"/>
                <w:text/>
              </w:sdtPr>
              <w:sdtEndPr/>
              <w:sdtContent>
                <w:r>
                  <w:rPr>
                    <w:rFonts w:eastAsia="Arial"/>
                    <w:color w:val="555555"/>
                  </w:rPr>
                  <w:t>Click or tap to type</w:t>
                </w:r>
              </w:sdtContent>
            </w:sdt>
          </w:p>
        </w:tc>
      </w:tr>
      <w:tr w:rsidR="001C7FD1" w14:paraId="45B20E63" w14:textId="77777777">
        <w:trPr>
          <w:cantSplit/>
        </w:trPr>
        <w:tc>
          <w:tcPr>
            <w:tcW w:w="4760" w:type="dxa"/>
          </w:tcPr>
          <w:p w14:paraId="0B60D2BB" w14:textId="77777777" w:rsidR="001C7FD1" w:rsidRDefault="003F5285">
            <w:pPr>
              <w:spacing w:after="0" w:line="240" w:lineRule="auto"/>
            </w:pPr>
            <w:r>
              <w:rPr>
                <w:rFonts w:eastAsia="Arial"/>
                <w:b/>
              </w:rPr>
              <w:t>Recovering after education, work or other productive activity</w:t>
            </w:r>
          </w:p>
        </w:tc>
        <w:tc>
          <w:tcPr>
            <w:tcW w:w="1280" w:type="dxa"/>
          </w:tcPr>
          <w:p w14:paraId="1C81147F" w14:textId="77777777" w:rsidR="001C7FD1" w:rsidRDefault="003F5285">
            <w:pPr>
              <w:spacing w:after="0" w:line="240" w:lineRule="auto"/>
              <w:jc w:val="center"/>
            </w:pPr>
            <w:sdt>
              <w:sdtPr>
                <w:alias w:val="R409"/>
                <w:tag w:val="R409"/>
                <w:id w:val="100409"/>
                <w:text/>
              </w:sdtPr>
              <w:sdtEndPr/>
              <w:sdtContent>
                <w:r>
                  <w:rPr>
                    <w:rFonts w:eastAsia="Arial"/>
                    <w:color w:val="555555"/>
                  </w:rPr>
                  <w:t>0-4 / N/A</w:t>
                </w:r>
              </w:sdtContent>
            </w:sdt>
          </w:p>
        </w:tc>
        <w:tc>
          <w:tcPr>
            <w:tcW w:w="3600" w:type="dxa"/>
          </w:tcPr>
          <w:p w14:paraId="1EFC0755" w14:textId="77777777" w:rsidR="001C7FD1" w:rsidRDefault="003F5285">
            <w:pPr>
              <w:spacing w:after="0" w:line="240" w:lineRule="auto"/>
            </w:pPr>
            <w:sdt>
              <w:sdtPr>
                <w:alias w:val="T410"/>
                <w:tag w:val="T410"/>
                <w:id w:val="100410"/>
                <w:text/>
              </w:sdtPr>
              <w:sdtEndPr/>
              <w:sdtContent>
                <w:r>
                  <w:rPr>
                    <w:rFonts w:eastAsia="Arial"/>
                    <w:color w:val="555555"/>
                  </w:rPr>
                  <w:t>Click or tap to type</w:t>
                </w:r>
              </w:sdtContent>
            </w:sdt>
          </w:p>
        </w:tc>
      </w:tr>
      <w:tr w:rsidR="001C7FD1" w14:paraId="5739D0B7" w14:textId="77777777">
        <w:trPr>
          <w:cantSplit/>
        </w:trPr>
        <w:tc>
          <w:tcPr>
            <w:tcW w:w="4760" w:type="dxa"/>
            <w:shd w:val="clear" w:color="auto" w:fill="F5F4EF"/>
          </w:tcPr>
          <w:p w14:paraId="5ADEC2E1" w14:textId="77777777" w:rsidR="001C7FD1" w:rsidRDefault="003F5285">
            <w:pPr>
              <w:spacing w:after="0" w:line="240" w:lineRule="auto"/>
            </w:pPr>
            <w:r>
              <w:rPr>
                <w:rFonts w:eastAsia="Arial"/>
                <w:b/>
              </w:rPr>
              <w:t>Progressing toward study, employment, volunteering or role goals</w:t>
            </w:r>
          </w:p>
        </w:tc>
        <w:tc>
          <w:tcPr>
            <w:tcW w:w="1280" w:type="dxa"/>
            <w:shd w:val="clear" w:color="auto" w:fill="F5F4EF"/>
          </w:tcPr>
          <w:p w14:paraId="2EE7268E" w14:textId="77777777" w:rsidR="001C7FD1" w:rsidRDefault="003F5285">
            <w:pPr>
              <w:spacing w:after="0" w:line="240" w:lineRule="auto"/>
              <w:jc w:val="center"/>
            </w:pPr>
            <w:sdt>
              <w:sdtPr>
                <w:alias w:val="R411"/>
                <w:tag w:val="R411"/>
                <w:id w:val="100411"/>
                <w:text/>
              </w:sdtPr>
              <w:sdtEndPr/>
              <w:sdtContent>
                <w:r>
                  <w:rPr>
                    <w:rFonts w:eastAsia="Arial"/>
                    <w:color w:val="555555"/>
                  </w:rPr>
                  <w:t>0-4 / N/A</w:t>
                </w:r>
              </w:sdtContent>
            </w:sdt>
          </w:p>
        </w:tc>
        <w:tc>
          <w:tcPr>
            <w:tcW w:w="3600" w:type="dxa"/>
            <w:shd w:val="clear" w:color="auto" w:fill="F5F4EF"/>
          </w:tcPr>
          <w:p w14:paraId="74BECFE1" w14:textId="77777777" w:rsidR="001C7FD1" w:rsidRDefault="003F5285">
            <w:pPr>
              <w:spacing w:after="0" w:line="240" w:lineRule="auto"/>
            </w:pPr>
            <w:sdt>
              <w:sdtPr>
                <w:alias w:val="T412"/>
                <w:tag w:val="T412"/>
                <w:id w:val="100412"/>
                <w:text/>
              </w:sdtPr>
              <w:sdtEndPr/>
              <w:sdtContent>
                <w:r>
                  <w:rPr>
                    <w:rFonts w:eastAsia="Arial"/>
                    <w:color w:val="555555"/>
                  </w:rPr>
                  <w:t>Click or tap to type</w:t>
                </w:r>
              </w:sdtContent>
            </w:sdt>
          </w:p>
        </w:tc>
      </w:tr>
    </w:tbl>
    <w:p w14:paraId="6008DE8F" w14:textId="77777777" w:rsidR="001C7FD1" w:rsidRDefault="003F5285">
      <w:pPr>
        <w:pStyle w:val="Heading2"/>
      </w:pPr>
      <w:r>
        <w:t>12.1 Current participation</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100"/>
        <w:gridCol w:w="6540"/>
      </w:tblGrid>
      <w:tr w:rsidR="001C7FD1" w14:paraId="0629F183" w14:textId="77777777">
        <w:trPr>
          <w:cantSplit/>
          <w:tblHeader/>
        </w:trPr>
        <w:tc>
          <w:tcPr>
            <w:tcW w:w="3100" w:type="dxa"/>
            <w:shd w:val="clear" w:color="auto" w:fill="4B1F26"/>
            <w:tcMar>
              <w:top w:w="90" w:type="dxa"/>
              <w:left w:w="120" w:type="dxa"/>
              <w:bottom w:w="90" w:type="dxa"/>
              <w:right w:w="120" w:type="dxa"/>
            </w:tcMar>
            <w:vAlign w:val="center"/>
          </w:tcPr>
          <w:p w14:paraId="4F4F0B3C" w14:textId="77777777" w:rsidR="001C7FD1" w:rsidRDefault="003F5285">
            <w:pPr>
              <w:spacing w:after="0" w:line="240" w:lineRule="auto"/>
            </w:pPr>
            <w:r>
              <w:rPr>
                <w:rFonts w:eastAsia="Arial"/>
                <w:b/>
                <w:color w:val="FFFFFF"/>
              </w:rPr>
              <w:t>Information</w:t>
            </w:r>
          </w:p>
        </w:tc>
        <w:tc>
          <w:tcPr>
            <w:tcW w:w="6540" w:type="dxa"/>
            <w:shd w:val="clear" w:color="auto" w:fill="4B1F26"/>
            <w:tcMar>
              <w:top w:w="90" w:type="dxa"/>
              <w:left w:w="120" w:type="dxa"/>
              <w:bottom w:w="90" w:type="dxa"/>
              <w:right w:w="120" w:type="dxa"/>
            </w:tcMar>
            <w:vAlign w:val="center"/>
          </w:tcPr>
          <w:p w14:paraId="266EDD3B" w14:textId="77777777" w:rsidR="001C7FD1" w:rsidRDefault="003F5285">
            <w:pPr>
              <w:spacing w:after="0" w:line="240" w:lineRule="auto"/>
            </w:pPr>
            <w:r>
              <w:rPr>
                <w:rFonts w:eastAsia="Arial"/>
                <w:b/>
                <w:color w:val="FFFFFF"/>
              </w:rPr>
              <w:t>Response</w:t>
            </w:r>
          </w:p>
        </w:tc>
      </w:tr>
      <w:tr w:rsidR="001C7FD1" w14:paraId="4E57273E" w14:textId="77777777">
        <w:trPr>
          <w:cantSplit/>
        </w:trPr>
        <w:tc>
          <w:tcPr>
            <w:tcW w:w="3100" w:type="dxa"/>
            <w:shd w:val="clear" w:color="auto" w:fill="EEECE1"/>
          </w:tcPr>
          <w:p w14:paraId="1222D03C" w14:textId="77777777" w:rsidR="001C7FD1" w:rsidRDefault="003F5285">
            <w:pPr>
              <w:spacing w:after="0" w:line="240" w:lineRule="auto"/>
            </w:pPr>
            <w:r>
              <w:rPr>
                <w:rFonts w:eastAsia="Arial"/>
                <w:b/>
                <w:color w:val="4B1F26"/>
              </w:rPr>
              <w:t>Current setting, hours and attendance pattern</w:t>
            </w:r>
          </w:p>
        </w:tc>
        <w:tc>
          <w:tcPr>
            <w:tcW w:w="6540" w:type="dxa"/>
          </w:tcPr>
          <w:p w14:paraId="5C9B56A0" w14:textId="77777777" w:rsidR="001C7FD1" w:rsidRDefault="003F5285">
            <w:pPr>
              <w:spacing w:after="0" w:line="240" w:lineRule="auto"/>
            </w:pPr>
            <w:sdt>
              <w:sdtPr>
                <w:alias w:val="T413"/>
                <w:tag w:val="T413"/>
                <w:id w:val="100413"/>
                <w:text/>
              </w:sdtPr>
              <w:sdtEndPr/>
              <w:sdtContent>
                <w:r>
                  <w:rPr>
                    <w:rFonts w:eastAsia="Arial"/>
                    <w:color w:val="555555"/>
                  </w:rPr>
                  <w:t>Click or tap to type</w:t>
                </w:r>
              </w:sdtContent>
            </w:sdt>
          </w:p>
        </w:tc>
      </w:tr>
      <w:tr w:rsidR="001C7FD1" w14:paraId="6F278702" w14:textId="77777777">
        <w:trPr>
          <w:cantSplit/>
        </w:trPr>
        <w:tc>
          <w:tcPr>
            <w:tcW w:w="3100" w:type="dxa"/>
            <w:shd w:val="clear" w:color="auto" w:fill="EEECE1"/>
          </w:tcPr>
          <w:p w14:paraId="00895DAE" w14:textId="77777777" w:rsidR="001C7FD1" w:rsidRDefault="003F5285">
            <w:pPr>
              <w:spacing w:after="0" w:line="240" w:lineRule="auto"/>
            </w:pPr>
            <w:r>
              <w:rPr>
                <w:rFonts w:eastAsia="Arial"/>
                <w:b/>
                <w:color w:val="4B1F26"/>
              </w:rPr>
              <w:t>Strengths, achievements and preferred activities</w:t>
            </w:r>
          </w:p>
        </w:tc>
        <w:tc>
          <w:tcPr>
            <w:tcW w:w="6540" w:type="dxa"/>
            <w:shd w:val="clear" w:color="auto" w:fill="F5F4EF"/>
          </w:tcPr>
          <w:p w14:paraId="30DB7BC2" w14:textId="77777777" w:rsidR="001C7FD1" w:rsidRDefault="003F5285">
            <w:pPr>
              <w:spacing w:after="0" w:line="240" w:lineRule="auto"/>
            </w:pPr>
            <w:sdt>
              <w:sdtPr>
                <w:alias w:val="T414"/>
                <w:tag w:val="T414"/>
                <w:id w:val="100414"/>
                <w:text/>
              </w:sdtPr>
              <w:sdtEndPr/>
              <w:sdtContent>
                <w:r>
                  <w:rPr>
                    <w:rFonts w:eastAsia="Arial"/>
                    <w:color w:val="555555"/>
                  </w:rPr>
                  <w:t>Click or tap to type</w:t>
                </w:r>
              </w:sdtContent>
            </w:sdt>
          </w:p>
        </w:tc>
      </w:tr>
      <w:tr w:rsidR="001C7FD1" w14:paraId="64817341" w14:textId="77777777">
        <w:trPr>
          <w:cantSplit/>
        </w:trPr>
        <w:tc>
          <w:tcPr>
            <w:tcW w:w="3100" w:type="dxa"/>
            <w:shd w:val="clear" w:color="auto" w:fill="EEECE1"/>
          </w:tcPr>
          <w:p w14:paraId="5A7352A5" w14:textId="77777777" w:rsidR="001C7FD1" w:rsidRDefault="003F5285">
            <w:pPr>
              <w:spacing w:after="0" w:line="240" w:lineRule="auto"/>
            </w:pPr>
            <w:r>
              <w:rPr>
                <w:rFonts w:eastAsia="Arial"/>
                <w:b/>
                <w:color w:val="4B1F26"/>
              </w:rPr>
              <w:t>Formal adjustments, learning plans or workplace supports</w:t>
            </w:r>
          </w:p>
        </w:tc>
        <w:tc>
          <w:tcPr>
            <w:tcW w:w="6540" w:type="dxa"/>
          </w:tcPr>
          <w:p w14:paraId="1536705E" w14:textId="77777777" w:rsidR="001C7FD1" w:rsidRDefault="003F5285">
            <w:pPr>
              <w:spacing w:after="0" w:line="240" w:lineRule="auto"/>
            </w:pPr>
            <w:sdt>
              <w:sdtPr>
                <w:alias w:val="T415"/>
                <w:tag w:val="T415"/>
                <w:id w:val="100415"/>
                <w:text/>
              </w:sdtPr>
              <w:sdtEndPr/>
              <w:sdtContent>
                <w:r>
                  <w:rPr>
                    <w:rFonts w:eastAsia="Arial"/>
                    <w:color w:val="555555"/>
                  </w:rPr>
                  <w:t>Click or tap to type</w:t>
                </w:r>
              </w:sdtContent>
            </w:sdt>
          </w:p>
        </w:tc>
      </w:tr>
      <w:tr w:rsidR="001C7FD1" w14:paraId="1A42FA7E" w14:textId="77777777">
        <w:trPr>
          <w:cantSplit/>
        </w:trPr>
        <w:tc>
          <w:tcPr>
            <w:tcW w:w="3100" w:type="dxa"/>
            <w:shd w:val="clear" w:color="auto" w:fill="EEECE1"/>
          </w:tcPr>
          <w:p w14:paraId="552F6BCA" w14:textId="77777777" w:rsidR="001C7FD1" w:rsidRDefault="003F5285">
            <w:pPr>
              <w:spacing w:after="0" w:line="240" w:lineRule="auto"/>
            </w:pPr>
            <w:r>
              <w:rPr>
                <w:rFonts w:eastAsia="Arial"/>
                <w:b/>
                <w:color w:val="4B1F26"/>
              </w:rPr>
              <w:lastRenderedPageBreak/>
              <w:t>Informal support provided by staff, peers or family</w:t>
            </w:r>
          </w:p>
        </w:tc>
        <w:tc>
          <w:tcPr>
            <w:tcW w:w="6540" w:type="dxa"/>
            <w:shd w:val="clear" w:color="auto" w:fill="F5F4EF"/>
          </w:tcPr>
          <w:p w14:paraId="174702CC" w14:textId="77777777" w:rsidR="001C7FD1" w:rsidRDefault="003F5285">
            <w:pPr>
              <w:spacing w:after="0" w:line="240" w:lineRule="auto"/>
            </w:pPr>
            <w:sdt>
              <w:sdtPr>
                <w:alias w:val="T416"/>
                <w:tag w:val="T416"/>
                <w:id w:val="100416"/>
                <w:text/>
              </w:sdtPr>
              <w:sdtEndPr/>
              <w:sdtContent>
                <w:r>
                  <w:rPr>
                    <w:rFonts w:eastAsia="Arial"/>
                    <w:color w:val="555555"/>
                  </w:rPr>
                  <w:t>Click or tap to type</w:t>
                </w:r>
              </w:sdtContent>
            </w:sdt>
          </w:p>
        </w:tc>
      </w:tr>
      <w:tr w:rsidR="001C7FD1" w14:paraId="01861BBF" w14:textId="77777777">
        <w:trPr>
          <w:cantSplit/>
        </w:trPr>
        <w:tc>
          <w:tcPr>
            <w:tcW w:w="3100" w:type="dxa"/>
            <w:shd w:val="clear" w:color="auto" w:fill="EEECE1"/>
          </w:tcPr>
          <w:p w14:paraId="169077F6" w14:textId="77777777" w:rsidR="001C7FD1" w:rsidRDefault="003F5285">
            <w:pPr>
              <w:spacing w:after="0" w:line="240" w:lineRule="auto"/>
            </w:pPr>
            <w:r>
              <w:rPr>
                <w:rFonts w:eastAsia="Arial"/>
                <w:b/>
                <w:color w:val="4B1F26"/>
              </w:rPr>
              <w:t>Periods of refusal, shutdown, exclusion, reduced hours or absence</w:t>
            </w:r>
          </w:p>
        </w:tc>
        <w:tc>
          <w:tcPr>
            <w:tcW w:w="6540" w:type="dxa"/>
          </w:tcPr>
          <w:p w14:paraId="3F56D715" w14:textId="77777777" w:rsidR="001C7FD1" w:rsidRDefault="003F5285">
            <w:pPr>
              <w:spacing w:after="0" w:line="240" w:lineRule="auto"/>
            </w:pPr>
            <w:sdt>
              <w:sdtPr>
                <w:alias w:val="T417"/>
                <w:tag w:val="T417"/>
                <w:id w:val="100417"/>
                <w:text/>
              </w:sdtPr>
              <w:sdtEndPr/>
              <w:sdtContent>
                <w:r>
                  <w:rPr>
                    <w:rFonts w:eastAsia="Arial"/>
                    <w:color w:val="555555"/>
                  </w:rPr>
                  <w:t>Click or tap to type</w:t>
                </w:r>
              </w:sdtContent>
            </w:sdt>
          </w:p>
        </w:tc>
      </w:tr>
      <w:tr w:rsidR="001C7FD1" w14:paraId="4B72DEE4" w14:textId="77777777">
        <w:trPr>
          <w:cantSplit/>
        </w:trPr>
        <w:tc>
          <w:tcPr>
            <w:tcW w:w="3100" w:type="dxa"/>
            <w:shd w:val="clear" w:color="auto" w:fill="EEECE1"/>
          </w:tcPr>
          <w:p w14:paraId="10E31D12" w14:textId="77777777" w:rsidR="001C7FD1" w:rsidRDefault="003F5285">
            <w:pPr>
              <w:spacing w:after="0" w:line="240" w:lineRule="auto"/>
            </w:pPr>
            <w:r>
              <w:rPr>
                <w:rFonts w:eastAsia="Arial"/>
                <w:b/>
                <w:color w:val="4B1F26"/>
              </w:rPr>
              <w:t>Impact on the person before and after attendance</w:t>
            </w:r>
          </w:p>
        </w:tc>
        <w:tc>
          <w:tcPr>
            <w:tcW w:w="6540" w:type="dxa"/>
            <w:shd w:val="clear" w:color="auto" w:fill="F5F4EF"/>
          </w:tcPr>
          <w:p w14:paraId="73DEF53B" w14:textId="77777777" w:rsidR="001C7FD1" w:rsidRDefault="003F5285">
            <w:pPr>
              <w:spacing w:after="0" w:line="240" w:lineRule="auto"/>
            </w:pPr>
            <w:sdt>
              <w:sdtPr>
                <w:alias w:val="T418"/>
                <w:tag w:val="T418"/>
                <w:id w:val="100418"/>
                <w:text/>
              </w:sdtPr>
              <w:sdtEndPr/>
              <w:sdtContent>
                <w:r>
                  <w:rPr>
                    <w:rFonts w:eastAsia="Arial"/>
                    <w:color w:val="555555"/>
                  </w:rPr>
                  <w:t>Click or tap to type</w:t>
                </w:r>
              </w:sdtContent>
            </w:sdt>
          </w:p>
        </w:tc>
      </w:tr>
      <w:tr w:rsidR="001C7FD1" w14:paraId="33D1968D" w14:textId="77777777">
        <w:trPr>
          <w:cantSplit/>
        </w:trPr>
        <w:tc>
          <w:tcPr>
            <w:tcW w:w="3100" w:type="dxa"/>
            <w:shd w:val="clear" w:color="auto" w:fill="EEECE1"/>
          </w:tcPr>
          <w:p w14:paraId="10DDBC34" w14:textId="77777777" w:rsidR="001C7FD1" w:rsidRDefault="003F5285">
            <w:pPr>
              <w:spacing w:after="0" w:line="240" w:lineRule="auto"/>
            </w:pPr>
            <w:r>
              <w:rPr>
                <w:rFonts w:eastAsia="Arial"/>
                <w:b/>
                <w:color w:val="4B1F26"/>
              </w:rPr>
              <w:t>Education, training, employment or volunteering goals</w:t>
            </w:r>
          </w:p>
        </w:tc>
        <w:tc>
          <w:tcPr>
            <w:tcW w:w="6540" w:type="dxa"/>
          </w:tcPr>
          <w:p w14:paraId="2589D588" w14:textId="77777777" w:rsidR="001C7FD1" w:rsidRDefault="003F5285">
            <w:pPr>
              <w:spacing w:after="0" w:line="240" w:lineRule="auto"/>
            </w:pPr>
            <w:sdt>
              <w:sdtPr>
                <w:alias w:val="T419"/>
                <w:tag w:val="T419"/>
                <w:id w:val="100419"/>
                <w:text/>
              </w:sdtPr>
              <w:sdtEndPr/>
              <w:sdtContent>
                <w:r>
                  <w:rPr>
                    <w:rFonts w:eastAsia="Arial"/>
                    <w:color w:val="555555"/>
                  </w:rPr>
                  <w:t>Click or tap to type</w:t>
                </w:r>
              </w:sdtContent>
            </w:sdt>
          </w:p>
        </w:tc>
      </w:tr>
      <w:tr w:rsidR="001C7FD1" w14:paraId="5C9BB16B" w14:textId="77777777">
        <w:trPr>
          <w:cantSplit/>
        </w:trPr>
        <w:tc>
          <w:tcPr>
            <w:tcW w:w="3100" w:type="dxa"/>
            <w:shd w:val="clear" w:color="auto" w:fill="EEECE1"/>
          </w:tcPr>
          <w:p w14:paraId="0A897864" w14:textId="77777777" w:rsidR="001C7FD1" w:rsidRDefault="003F5285">
            <w:pPr>
              <w:spacing w:after="0" w:line="240" w:lineRule="auto"/>
            </w:pPr>
            <w:r>
              <w:rPr>
                <w:rFonts w:eastAsia="Arial"/>
                <w:b/>
                <w:color w:val="4B1F26"/>
              </w:rPr>
              <w:t>Evidence available from the setting</w:t>
            </w:r>
          </w:p>
        </w:tc>
        <w:tc>
          <w:tcPr>
            <w:tcW w:w="6540" w:type="dxa"/>
            <w:shd w:val="clear" w:color="auto" w:fill="F5F4EF"/>
          </w:tcPr>
          <w:p w14:paraId="56DC4DA6" w14:textId="77777777" w:rsidR="001C7FD1" w:rsidRDefault="003F5285">
            <w:pPr>
              <w:spacing w:after="0" w:line="240" w:lineRule="auto"/>
            </w:pPr>
            <w:sdt>
              <w:sdtPr>
                <w:alias w:val="T420"/>
                <w:tag w:val="T420"/>
                <w:id w:val="100420"/>
                <w:text/>
              </w:sdtPr>
              <w:sdtEndPr/>
              <w:sdtContent>
                <w:r>
                  <w:rPr>
                    <w:rFonts w:eastAsia="Arial"/>
                    <w:color w:val="555555"/>
                  </w:rPr>
                  <w:t>Click or tap to type</w:t>
                </w:r>
              </w:sdtContent>
            </w:sdt>
          </w:p>
        </w:tc>
      </w:tr>
    </w:tbl>
    <w:p w14:paraId="5BF24716" w14:textId="77777777" w:rsidR="001C7FD1" w:rsidRDefault="003F5285">
      <w:pPr>
        <w:pStyle w:val="Heading1"/>
      </w:pPr>
      <w:r>
        <w:t>13. Wara Yindi Relationships, Community and Participation Profile</w:t>
      </w:r>
    </w:p>
    <w:p w14:paraId="789E0270" w14:textId="77777777" w:rsidR="001C7FD1" w:rsidRDefault="003F5285">
      <w:pPr>
        <w:spacing w:after="160" w:line="269" w:lineRule="auto"/>
      </w:pPr>
      <w:r>
        <w:rPr>
          <w:rFonts w:eastAsia="Arial"/>
        </w:rPr>
        <w:t>Focus on belonging, choice, reciprocity and access. A person may appear socially connected while relying heavily on family, paid support or carefully structured environments.</w:t>
      </w:r>
    </w:p>
    <w:tbl>
      <w:tblPr>
        <w:tblW w:w="9640" w:type="dxa"/>
        <w:tblInd w:w="120" w:type="dxa"/>
        <w:tblBorders>
          <w:top w:val="single" w:sz="6" w:space="0" w:color="DDD9C3"/>
          <w:left w:val="single" w:sz="6" w:space="0" w:color="DDD9C3"/>
          <w:bottom w:val="single" w:sz="6" w:space="0" w:color="DDD9C3"/>
          <w:right w:val="single" w:sz="6" w:space="0" w:color="DDD9C3"/>
          <w:insideH w:val="single" w:sz="6" w:space="0" w:color="DDD9C3"/>
          <w:insideV w:val="single" w:sz="6" w:space="0" w:color="DDD9C3"/>
        </w:tblBorders>
        <w:tblLayout w:type="fixed"/>
        <w:tblLook w:val="04A0" w:firstRow="1" w:lastRow="0" w:firstColumn="1" w:lastColumn="0" w:noHBand="0" w:noVBand="1"/>
      </w:tblPr>
      <w:tblGrid>
        <w:gridCol w:w="9640"/>
      </w:tblGrid>
      <w:tr w:rsidR="001C7FD1" w14:paraId="3732197E" w14:textId="77777777">
        <w:trPr>
          <w:cantSplit/>
        </w:trPr>
        <w:tc>
          <w:tcPr>
            <w:tcW w:w="9640" w:type="dxa"/>
            <w:shd w:val="clear" w:color="auto" w:fill="EAF3F7"/>
            <w:tcMar>
              <w:top w:w="90" w:type="dxa"/>
              <w:left w:w="120" w:type="dxa"/>
              <w:bottom w:w="90" w:type="dxa"/>
              <w:right w:w="120" w:type="dxa"/>
            </w:tcMar>
            <w:vAlign w:val="center"/>
          </w:tcPr>
          <w:p w14:paraId="60D06EA8" w14:textId="77777777" w:rsidR="001C7FD1" w:rsidRDefault="003F5285">
            <w:pPr>
              <w:spacing w:after="0" w:line="240" w:lineRule="auto"/>
            </w:pPr>
            <w:r>
              <w:rPr>
                <w:rFonts w:eastAsia="Arial"/>
                <w:b/>
                <w:color w:val="2A7DB8"/>
              </w:rPr>
              <w:t xml:space="preserve">Rating guide: </w:t>
            </w:r>
            <w:r>
              <w:rPr>
                <w:rFonts w:eastAsia="Arial"/>
              </w:rPr>
              <w:t>Enter 0 = independent/no extra support; 1 = occasional cue, check or adaptation; 2 = regular prompting, set-up or partial help; 3 = frequent supervision or hands-on help; 4 = unable or unsafe without full/continuous help; N/A = not applicable or not observed. For children, consider what is ordinarily expected for the same age.</w:t>
            </w:r>
          </w:p>
        </w:tc>
      </w:tr>
    </w:tbl>
    <w:p w14:paraId="1808D749" w14:textId="77777777" w:rsidR="001C7FD1" w:rsidRDefault="003F5285">
      <w:pPr>
        <w:spacing w:before="100" w:after="0" w:line="72" w:lineRule="auto"/>
      </w:pPr>
      <w:r>
        <w:rPr>
          <w:rFonts w:eastAsia="Arial"/>
          <w:color w:val="FFFFFF"/>
          <w:sz w:val="8"/>
        </w:rPr>
        <w:t xml:space="preserve"> </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4760"/>
        <w:gridCol w:w="1280"/>
        <w:gridCol w:w="3600"/>
      </w:tblGrid>
      <w:tr w:rsidR="001C7FD1" w14:paraId="3380A9B7" w14:textId="77777777">
        <w:trPr>
          <w:cantSplit/>
          <w:tblHeader/>
        </w:trPr>
        <w:tc>
          <w:tcPr>
            <w:tcW w:w="4760" w:type="dxa"/>
            <w:shd w:val="clear" w:color="auto" w:fill="4B1F26"/>
            <w:tcMar>
              <w:top w:w="90" w:type="dxa"/>
              <w:left w:w="120" w:type="dxa"/>
              <w:bottom w:w="90" w:type="dxa"/>
              <w:right w:w="120" w:type="dxa"/>
            </w:tcMar>
            <w:vAlign w:val="center"/>
          </w:tcPr>
          <w:p w14:paraId="2637BD33" w14:textId="77777777" w:rsidR="001C7FD1" w:rsidRDefault="003F5285">
            <w:pPr>
              <w:spacing w:after="0" w:line="240" w:lineRule="auto"/>
            </w:pPr>
            <w:r>
              <w:rPr>
                <w:rFonts w:eastAsia="Arial"/>
                <w:b/>
                <w:color w:val="FFFFFF"/>
              </w:rPr>
              <w:t>Everyday area / question</w:t>
            </w:r>
          </w:p>
        </w:tc>
        <w:tc>
          <w:tcPr>
            <w:tcW w:w="1280" w:type="dxa"/>
            <w:shd w:val="clear" w:color="auto" w:fill="4B1F26"/>
            <w:tcMar>
              <w:top w:w="90" w:type="dxa"/>
              <w:left w:w="120" w:type="dxa"/>
              <w:bottom w:w="90" w:type="dxa"/>
              <w:right w:w="120" w:type="dxa"/>
            </w:tcMar>
            <w:vAlign w:val="center"/>
          </w:tcPr>
          <w:p w14:paraId="4362116A" w14:textId="77777777" w:rsidR="001C7FD1" w:rsidRDefault="003F5285">
            <w:pPr>
              <w:spacing w:after="0" w:line="240" w:lineRule="auto"/>
            </w:pPr>
            <w:r>
              <w:rPr>
                <w:rFonts w:eastAsia="Arial"/>
                <w:b/>
                <w:color w:val="FFFFFF"/>
              </w:rPr>
              <w:t>Rating</w:t>
            </w:r>
            <w:r>
              <w:rPr>
                <w:rFonts w:eastAsia="Arial"/>
                <w:b/>
                <w:color w:val="FFFFFF"/>
              </w:rPr>
              <w:br/>
              <w:t>0-4 / N/A</w:t>
            </w:r>
          </w:p>
        </w:tc>
        <w:tc>
          <w:tcPr>
            <w:tcW w:w="3600" w:type="dxa"/>
            <w:shd w:val="clear" w:color="auto" w:fill="4B1F26"/>
            <w:tcMar>
              <w:top w:w="90" w:type="dxa"/>
              <w:left w:w="120" w:type="dxa"/>
              <w:bottom w:w="90" w:type="dxa"/>
              <w:right w:w="120" w:type="dxa"/>
            </w:tcMar>
            <w:vAlign w:val="center"/>
          </w:tcPr>
          <w:p w14:paraId="2442D8B7" w14:textId="77777777" w:rsidR="001C7FD1" w:rsidRDefault="003F5285">
            <w:pPr>
              <w:spacing w:after="0" w:line="240" w:lineRule="auto"/>
            </w:pPr>
            <w:r>
              <w:rPr>
                <w:rFonts w:eastAsia="Arial"/>
                <w:b/>
                <w:color w:val="FFFFFF"/>
              </w:rPr>
              <w:t>Example, support needed and functional impact</w:t>
            </w:r>
          </w:p>
        </w:tc>
      </w:tr>
      <w:tr w:rsidR="001C7FD1" w14:paraId="7D7B533E" w14:textId="77777777">
        <w:trPr>
          <w:cantSplit/>
        </w:trPr>
        <w:tc>
          <w:tcPr>
            <w:tcW w:w="4760" w:type="dxa"/>
          </w:tcPr>
          <w:p w14:paraId="69FBA506" w14:textId="77777777" w:rsidR="001C7FD1" w:rsidRDefault="003F5285">
            <w:pPr>
              <w:spacing w:after="0" w:line="240" w:lineRule="auto"/>
            </w:pPr>
            <w:r>
              <w:rPr>
                <w:rFonts w:eastAsia="Arial"/>
                <w:b/>
              </w:rPr>
              <w:t>Maintaining relationships with close family or trusted people</w:t>
            </w:r>
          </w:p>
        </w:tc>
        <w:tc>
          <w:tcPr>
            <w:tcW w:w="1280" w:type="dxa"/>
          </w:tcPr>
          <w:p w14:paraId="75F6C552" w14:textId="77777777" w:rsidR="001C7FD1" w:rsidRDefault="003F5285">
            <w:pPr>
              <w:spacing w:after="0" w:line="240" w:lineRule="auto"/>
              <w:jc w:val="center"/>
            </w:pPr>
            <w:sdt>
              <w:sdtPr>
                <w:alias w:val="R421"/>
                <w:tag w:val="R421"/>
                <w:id w:val="100421"/>
                <w:text/>
              </w:sdtPr>
              <w:sdtEndPr/>
              <w:sdtContent>
                <w:r>
                  <w:rPr>
                    <w:rFonts w:eastAsia="Arial"/>
                    <w:color w:val="555555"/>
                  </w:rPr>
                  <w:t>0-4 / N/A</w:t>
                </w:r>
              </w:sdtContent>
            </w:sdt>
          </w:p>
        </w:tc>
        <w:tc>
          <w:tcPr>
            <w:tcW w:w="3600" w:type="dxa"/>
          </w:tcPr>
          <w:p w14:paraId="16FCDB72" w14:textId="77777777" w:rsidR="001C7FD1" w:rsidRDefault="003F5285">
            <w:pPr>
              <w:spacing w:after="0" w:line="240" w:lineRule="auto"/>
            </w:pPr>
            <w:sdt>
              <w:sdtPr>
                <w:alias w:val="T422"/>
                <w:tag w:val="T422"/>
                <w:id w:val="100422"/>
                <w:text/>
              </w:sdtPr>
              <w:sdtEndPr/>
              <w:sdtContent>
                <w:r>
                  <w:rPr>
                    <w:rFonts w:eastAsia="Arial"/>
                    <w:color w:val="555555"/>
                  </w:rPr>
                  <w:t>Click or tap to type</w:t>
                </w:r>
              </w:sdtContent>
            </w:sdt>
          </w:p>
        </w:tc>
      </w:tr>
      <w:tr w:rsidR="001C7FD1" w14:paraId="65F282D4" w14:textId="77777777">
        <w:trPr>
          <w:cantSplit/>
        </w:trPr>
        <w:tc>
          <w:tcPr>
            <w:tcW w:w="4760" w:type="dxa"/>
            <w:shd w:val="clear" w:color="auto" w:fill="F5F4EF"/>
          </w:tcPr>
          <w:p w14:paraId="7F355F84" w14:textId="77777777" w:rsidR="001C7FD1" w:rsidRDefault="003F5285">
            <w:pPr>
              <w:spacing w:after="0" w:line="240" w:lineRule="auto"/>
            </w:pPr>
            <w:r>
              <w:rPr>
                <w:rFonts w:eastAsia="Arial"/>
                <w:b/>
              </w:rPr>
              <w:t>Developing and maintaining friendships</w:t>
            </w:r>
          </w:p>
        </w:tc>
        <w:tc>
          <w:tcPr>
            <w:tcW w:w="1280" w:type="dxa"/>
            <w:shd w:val="clear" w:color="auto" w:fill="F5F4EF"/>
          </w:tcPr>
          <w:p w14:paraId="3D9E3DAB" w14:textId="77777777" w:rsidR="001C7FD1" w:rsidRDefault="003F5285">
            <w:pPr>
              <w:spacing w:after="0" w:line="240" w:lineRule="auto"/>
              <w:jc w:val="center"/>
            </w:pPr>
            <w:sdt>
              <w:sdtPr>
                <w:alias w:val="R423"/>
                <w:tag w:val="R423"/>
                <w:id w:val="100423"/>
                <w:text/>
              </w:sdtPr>
              <w:sdtEndPr/>
              <w:sdtContent>
                <w:r>
                  <w:rPr>
                    <w:rFonts w:eastAsia="Arial"/>
                    <w:color w:val="555555"/>
                  </w:rPr>
                  <w:t>0-4 / N/A</w:t>
                </w:r>
              </w:sdtContent>
            </w:sdt>
          </w:p>
        </w:tc>
        <w:tc>
          <w:tcPr>
            <w:tcW w:w="3600" w:type="dxa"/>
            <w:shd w:val="clear" w:color="auto" w:fill="F5F4EF"/>
          </w:tcPr>
          <w:p w14:paraId="7AB0A68E" w14:textId="77777777" w:rsidR="001C7FD1" w:rsidRDefault="003F5285">
            <w:pPr>
              <w:spacing w:after="0" w:line="240" w:lineRule="auto"/>
            </w:pPr>
            <w:sdt>
              <w:sdtPr>
                <w:alias w:val="T424"/>
                <w:tag w:val="T424"/>
                <w:id w:val="100424"/>
                <w:text/>
              </w:sdtPr>
              <w:sdtEndPr/>
              <w:sdtContent>
                <w:r>
                  <w:rPr>
                    <w:rFonts w:eastAsia="Arial"/>
                    <w:color w:val="555555"/>
                  </w:rPr>
                  <w:t>Click or tap to type</w:t>
                </w:r>
              </w:sdtContent>
            </w:sdt>
          </w:p>
        </w:tc>
      </w:tr>
      <w:tr w:rsidR="001C7FD1" w14:paraId="7D88A6A8" w14:textId="77777777">
        <w:trPr>
          <w:cantSplit/>
        </w:trPr>
        <w:tc>
          <w:tcPr>
            <w:tcW w:w="4760" w:type="dxa"/>
          </w:tcPr>
          <w:p w14:paraId="2391F8ED" w14:textId="77777777" w:rsidR="001C7FD1" w:rsidRDefault="003F5285">
            <w:pPr>
              <w:spacing w:after="0" w:line="240" w:lineRule="auto"/>
            </w:pPr>
            <w:r>
              <w:rPr>
                <w:rFonts w:eastAsia="Arial"/>
                <w:b/>
              </w:rPr>
              <w:t>Joining in with peers or people with shared interests</w:t>
            </w:r>
          </w:p>
        </w:tc>
        <w:tc>
          <w:tcPr>
            <w:tcW w:w="1280" w:type="dxa"/>
          </w:tcPr>
          <w:p w14:paraId="320763E1" w14:textId="77777777" w:rsidR="001C7FD1" w:rsidRDefault="003F5285">
            <w:pPr>
              <w:spacing w:after="0" w:line="240" w:lineRule="auto"/>
              <w:jc w:val="center"/>
            </w:pPr>
            <w:sdt>
              <w:sdtPr>
                <w:alias w:val="R425"/>
                <w:tag w:val="R425"/>
                <w:id w:val="100425"/>
                <w:text/>
              </w:sdtPr>
              <w:sdtEndPr/>
              <w:sdtContent>
                <w:r>
                  <w:rPr>
                    <w:rFonts w:eastAsia="Arial"/>
                    <w:color w:val="555555"/>
                  </w:rPr>
                  <w:t>0-4 / N/A</w:t>
                </w:r>
              </w:sdtContent>
            </w:sdt>
          </w:p>
        </w:tc>
        <w:tc>
          <w:tcPr>
            <w:tcW w:w="3600" w:type="dxa"/>
          </w:tcPr>
          <w:p w14:paraId="608F8906" w14:textId="77777777" w:rsidR="001C7FD1" w:rsidRDefault="003F5285">
            <w:pPr>
              <w:spacing w:after="0" w:line="240" w:lineRule="auto"/>
            </w:pPr>
            <w:sdt>
              <w:sdtPr>
                <w:alias w:val="T426"/>
                <w:tag w:val="T426"/>
                <w:id w:val="100426"/>
                <w:text/>
              </w:sdtPr>
              <w:sdtEndPr/>
              <w:sdtContent>
                <w:r>
                  <w:rPr>
                    <w:rFonts w:eastAsia="Arial"/>
                    <w:color w:val="555555"/>
                  </w:rPr>
                  <w:t>Click or tap to type</w:t>
                </w:r>
              </w:sdtContent>
            </w:sdt>
          </w:p>
        </w:tc>
      </w:tr>
      <w:tr w:rsidR="001C7FD1" w14:paraId="33D0F14C" w14:textId="77777777">
        <w:trPr>
          <w:cantSplit/>
        </w:trPr>
        <w:tc>
          <w:tcPr>
            <w:tcW w:w="4760" w:type="dxa"/>
            <w:shd w:val="clear" w:color="auto" w:fill="F5F4EF"/>
          </w:tcPr>
          <w:p w14:paraId="7E6E886B" w14:textId="77777777" w:rsidR="001C7FD1" w:rsidRDefault="003F5285">
            <w:pPr>
              <w:spacing w:after="0" w:line="240" w:lineRule="auto"/>
            </w:pPr>
            <w:r>
              <w:rPr>
                <w:rFonts w:eastAsia="Arial"/>
                <w:b/>
              </w:rPr>
              <w:t>Meeting unfamiliar people safely</w:t>
            </w:r>
          </w:p>
        </w:tc>
        <w:tc>
          <w:tcPr>
            <w:tcW w:w="1280" w:type="dxa"/>
            <w:shd w:val="clear" w:color="auto" w:fill="F5F4EF"/>
          </w:tcPr>
          <w:p w14:paraId="717467C8" w14:textId="77777777" w:rsidR="001C7FD1" w:rsidRDefault="003F5285">
            <w:pPr>
              <w:spacing w:after="0" w:line="240" w:lineRule="auto"/>
              <w:jc w:val="center"/>
            </w:pPr>
            <w:sdt>
              <w:sdtPr>
                <w:alias w:val="R427"/>
                <w:tag w:val="R427"/>
                <w:id w:val="100427"/>
                <w:text/>
              </w:sdtPr>
              <w:sdtEndPr/>
              <w:sdtContent>
                <w:r>
                  <w:rPr>
                    <w:rFonts w:eastAsia="Arial"/>
                    <w:color w:val="555555"/>
                  </w:rPr>
                  <w:t>0-4 / N/A</w:t>
                </w:r>
              </w:sdtContent>
            </w:sdt>
          </w:p>
        </w:tc>
        <w:tc>
          <w:tcPr>
            <w:tcW w:w="3600" w:type="dxa"/>
            <w:shd w:val="clear" w:color="auto" w:fill="F5F4EF"/>
          </w:tcPr>
          <w:p w14:paraId="19BE47B0" w14:textId="77777777" w:rsidR="001C7FD1" w:rsidRDefault="003F5285">
            <w:pPr>
              <w:spacing w:after="0" w:line="240" w:lineRule="auto"/>
            </w:pPr>
            <w:sdt>
              <w:sdtPr>
                <w:alias w:val="T428"/>
                <w:tag w:val="T428"/>
                <w:id w:val="100428"/>
                <w:text/>
              </w:sdtPr>
              <w:sdtEndPr/>
              <w:sdtContent>
                <w:r>
                  <w:rPr>
                    <w:rFonts w:eastAsia="Arial"/>
                    <w:color w:val="555555"/>
                  </w:rPr>
                  <w:t>Click or tap to type</w:t>
                </w:r>
              </w:sdtContent>
            </w:sdt>
          </w:p>
        </w:tc>
      </w:tr>
      <w:tr w:rsidR="001C7FD1" w14:paraId="6FED6A18" w14:textId="77777777">
        <w:trPr>
          <w:cantSplit/>
        </w:trPr>
        <w:tc>
          <w:tcPr>
            <w:tcW w:w="4760" w:type="dxa"/>
          </w:tcPr>
          <w:p w14:paraId="71C5B996" w14:textId="77777777" w:rsidR="001C7FD1" w:rsidRDefault="003F5285">
            <w:pPr>
              <w:spacing w:after="0" w:line="240" w:lineRule="auto"/>
            </w:pPr>
            <w:r>
              <w:rPr>
                <w:rFonts w:eastAsia="Arial"/>
                <w:b/>
              </w:rPr>
              <w:t>Managing disagreement, conflict and relationship repair</w:t>
            </w:r>
          </w:p>
        </w:tc>
        <w:tc>
          <w:tcPr>
            <w:tcW w:w="1280" w:type="dxa"/>
          </w:tcPr>
          <w:p w14:paraId="496DAC8C" w14:textId="77777777" w:rsidR="001C7FD1" w:rsidRDefault="003F5285">
            <w:pPr>
              <w:spacing w:after="0" w:line="240" w:lineRule="auto"/>
              <w:jc w:val="center"/>
            </w:pPr>
            <w:sdt>
              <w:sdtPr>
                <w:alias w:val="R429"/>
                <w:tag w:val="R429"/>
                <w:id w:val="100429"/>
                <w:text/>
              </w:sdtPr>
              <w:sdtEndPr/>
              <w:sdtContent>
                <w:r>
                  <w:rPr>
                    <w:rFonts w:eastAsia="Arial"/>
                    <w:color w:val="555555"/>
                  </w:rPr>
                  <w:t>0-4 / N/A</w:t>
                </w:r>
              </w:sdtContent>
            </w:sdt>
          </w:p>
        </w:tc>
        <w:tc>
          <w:tcPr>
            <w:tcW w:w="3600" w:type="dxa"/>
          </w:tcPr>
          <w:p w14:paraId="0F8156D9" w14:textId="77777777" w:rsidR="001C7FD1" w:rsidRDefault="003F5285">
            <w:pPr>
              <w:spacing w:after="0" w:line="240" w:lineRule="auto"/>
            </w:pPr>
            <w:sdt>
              <w:sdtPr>
                <w:alias w:val="T430"/>
                <w:tag w:val="T430"/>
                <w:id w:val="100430"/>
                <w:text/>
              </w:sdtPr>
              <w:sdtEndPr/>
              <w:sdtContent>
                <w:r>
                  <w:rPr>
                    <w:rFonts w:eastAsia="Arial"/>
                    <w:color w:val="555555"/>
                  </w:rPr>
                  <w:t>Click or tap to type</w:t>
                </w:r>
              </w:sdtContent>
            </w:sdt>
          </w:p>
        </w:tc>
      </w:tr>
      <w:tr w:rsidR="001C7FD1" w14:paraId="1B090DF2" w14:textId="77777777">
        <w:trPr>
          <w:cantSplit/>
        </w:trPr>
        <w:tc>
          <w:tcPr>
            <w:tcW w:w="4760" w:type="dxa"/>
            <w:shd w:val="clear" w:color="auto" w:fill="F5F4EF"/>
          </w:tcPr>
          <w:p w14:paraId="020BFB75" w14:textId="77777777" w:rsidR="001C7FD1" w:rsidRDefault="003F5285">
            <w:pPr>
              <w:spacing w:after="0" w:line="240" w:lineRule="auto"/>
            </w:pPr>
            <w:r>
              <w:rPr>
                <w:rFonts w:eastAsia="Arial"/>
                <w:b/>
              </w:rPr>
              <w:t>Recognising respectful, unsafe or exploitative relationships</w:t>
            </w:r>
          </w:p>
        </w:tc>
        <w:tc>
          <w:tcPr>
            <w:tcW w:w="1280" w:type="dxa"/>
            <w:shd w:val="clear" w:color="auto" w:fill="F5F4EF"/>
          </w:tcPr>
          <w:p w14:paraId="20BA57CD" w14:textId="77777777" w:rsidR="001C7FD1" w:rsidRDefault="003F5285">
            <w:pPr>
              <w:spacing w:after="0" w:line="240" w:lineRule="auto"/>
              <w:jc w:val="center"/>
            </w:pPr>
            <w:sdt>
              <w:sdtPr>
                <w:alias w:val="R431"/>
                <w:tag w:val="R431"/>
                <w:id w:val="100431"/>
                <w:text/>
              </w:sdtPr>
              <w:sdtEndPr/>
              <w:sdtContent>
                <w:r>
                  <w:rPr>
                    <w:rFonts w:eastAsia="Arial"/>
                    <w:color w:val="555555"/>
                  </w:rPr>
                  <w:t>0-4 / N/A</w:t>
                </w:r>
              </w:sdtContent>
            </w:sdt>
          </w:p>
        </w:tc>
        <w:tc>
          <w:tcPr>
            <w:tcW w:w="3600" w:type="dxa"/>
            <w:shd w:val="clear" w:color="auto" w:fill="F5F4EF"/>
          </w:tcPr>
          <w:p w14:paraId="27C711F8" w14:textId="77777777" w:rsidR="001C7FD1" w:rsidRDefault="003F5285">
            <w:pPr>
              <w:spacing w:after="0" w:line="240" w:lineRule="auto"/>
            </w:pPr>
            <w:sdt>
              <w:sdtPr>
                <w:alias w:val="T432"/>
                <w:tag w:val="T432"/>
                <w:id w:val="100432"/>
                <w:text/>
              </w:sdtPr>
              <w:sdtEndPr/>
              <w:sdtContent>
                <w:r>
                  <w:rPr>
                    <w:rFonts w:eastAsia="Arial"/>
                    <w:color w:val="555555"/>
                  </w:rPr>
                  <w:t>Click or tap to type</w:t>
                </w:r>
              </w:sdtContent>
            </w:sdt>
          </w:p>
        </w:tc>
      </w:tr>
      <w:tr w:rsidR="001C7FD1" w14:paraId="4B7C897F" w14:textId="77777777">
        <w:trPr>
          <w:cantSplit/>
        </w:trPr>
        <w:tc>
          <w:tcPr>
            <w:tcW w:w="4760" w:type="dxa"/>
          </w:tcPr>
          <w:p w14:paraId="4568AEE4" w14:textId="77777777" w:rsidR="001C7FD1" w:rsidRDefault="003F5285">
            <w:pPr>
              <w:spacing w:after="0" w:line="240" w:lineRule="auto"/>
            </w:pPr>
            <w:r>
              <w:rPr>
                <w:rFonts w:eastAsia="Arial"/>
                <w:b/>
              </w:rPr>
              <w:t>Understanding consent, privacy and age-appropriate intimate boundaries</w:t>
            </w:r>
          </w:p>
        </w:tc>
        <w:tc>
          <w:tcPr>
            <w:tcW w:w="1280" w:type="dxa"/>
          </w:tcPr>
          <w:p w14:paraId="5C0A4096" w14:textId="77777777" w:rsidR="001C7FD1" w:rsidRDefault="003F5285">
            <w:pPr>
              <w:spacing w:after="0" w:line="240" w:lineRule="auto"/>
              <w:jc w:val="center"/>
            </w:pPr>
            <w:sdt>
              <w:sdtPr>
                <w:alias w:val="R433"/>
                <w:tag w:val="R433"/>
                <w:id w:val="100433"/>
                <w:text/>
              </w:sdtPr>
              <w:sdtEndPr/>
              <w:sdtContent>
                <w:r>
                  <w:rPr>
                    <w:rFonts w:eastAsia="Arial"/>
                    <w:color w:val="555555"/>
                  </w:rPr>
                  <w:t>0-4 / N/A</w:t>
                </w:r>
              </w:sdtContent>
            </w:sdt>
          </w:p>
        </w:tc>
        <w:tc>
          <w:tcPr>
            <w:tcW w:w="3600" w:type="dxa"/>
          </w:tcPr>
          <w:p w14:paraId="105C9994" w14:textId="77777777" w:rsidR="001C7FD1" w:rsidRDefault="003F5285">
            <w:pPr>
              <w:spacing w:after="0" w:line="240" w:lineRule="auto"/>
            </w:pPr>
            <w:sdt>
              <w:sdtPr>
                <w:alias w:val="T434"/>
                <w:tag w:val="T434"/>
                <w:id w:val="100434"/>
                <w:text/>
              </w:sdtPr>
              <w:sdtEndPr/>
              <w:sdtContent>
                <w:r>
                  <w:rPr>
                    <w:rFonts w:eastAsia="Arial"/>
                    <w:color w:val="555555"/>
                  </w:rPr>
                  <w:t>Click or tap to type</w:t>
                </w:r>
              </w:sdtContent>
            </w:sdt>
          </w:p>
        </w:tc>
      </w:tr>
      <w:tr w:rsidR="001C7FD1" w14:paraId="32BBFF26" w14:textId="77777777">
        <w:trPr>
          <w:cantSplit/>
        </w:trPr>
        <w:tc>
          <w:tcPr>
            <w:tcW w:w="4760" w:type="dxa"/>
            <w:shd w:val="clear" w:color="auto" w:fill="F5F4EF"/>
          </w:tcPr>
          <w:p w14:paraId="03B3B8F6" w14:textId="77777777" w:rsidR="001C7FD1" w:rsidRDefault="003F5285">
            <w:pPr>
              <w:spacing w:after="0" w:line="240" w:lineRule="auto"/>
            </w:pPr>
            <w:r>
              <w:rPr>
                <w:rFonts w:eastAsia="Arial"/>
                <w:b/>
              </w:rPr>
              <w:t>Using social media, gaming and online communities safely</w:t>
            </w:r>
          </w:p>
        </w:tc>
        <w:tc>
          <w:tcPr>
            <w:tcW w:w="1280" w:type="dxa"/>
            <w:shd w:val="clear" w:color="auto" w:fill="F5F4EF"/>
          </w:tcPr>
          <w:p w14:paraId="20CB7775" w14:textId="77777777" w:rsidR="001C7FD1" w:rsidRDefault="003F5285">
            <w:pPr>
              <w:spacing w:after="0" w:line="240" w:lineRule="auto"/>
              <w:jc w:val="center"/>
            </w:pPr>
            <w:sdt>
              <w:sdtPr>
                <w:alias w:val="R435"/>
                <w:tag w:val="R435"/>
                <w:id w:val="100435"/>
                <w:text/>
              </w:sdtPr>
              <w:sdtEndPr/>
              <w:sdtContent>
                <w:r>
                  <w:rPr>
                    <w:rFonts w:eastAsia="Arial"/>
                    <w:color w:val="555555"/>
                  </w:rPr>
                  <w:t>0-4 / N/A</w:t>
                </w:r>
              </w:sdtContent>
            </w:sdt>
          </w:p>
        </w:tc>
        <w:tc>
          <w:tcPr>
            <w:tcW w:w="3600" w:type="dxa"/>
            <w:shd w:val="clear" w:color="auto" w:fill="F5F4EF"/>
          </w:tcPr>
          <w:p w14:paraId="38B27EEC" w14:textId="77777777" w:rsidR="001C7FD1" w:rsidRDefault="003F5285">
            <w:pPr>
              <w:spacing w:after="0" w:line="240" w:lineRule="auto"/>
            </w:pPr>
            <w:sdt>
              <w:sdtPr>
                <w:alias w:val="T436"/>
                <w:tag w:val="T436"/>
                <w:id w:val="100436"/>
                <w:text/>
              </w:sdtPr>
              <w:sdtEndPr/>
              <w:sdtContent>
                <w:r>
                  <w:rPr>
                    <w:rFonts w:eastAsia="Arial"/>
                    <w:color w:val="555555"/>
                  </w:rPr>
                  <w:t>Click or tap to type</w:t>
                </w:r>
              </w:sdtContent>
            </w:sdt>
          </w:p>
        </w:tc>
      </w:tr>
      <w:tr w:rsidR="001C7FD1" w14:paraId="7DEBE332" w14:textId="77777777">
        <w:trPr>
          <w:cantSplit/>
        </w:trPr>
        <w:tc>
          <w:tcPr>
            <w:tcW w:w="4760" w:type="dxa"/>
          </w:tcPr>
          <w:p w14:paraId="71381F5B" w14:textId="77777777" w:rsidR="001C7FD1" w:rsidRDefault="003F5285">
            <w:pPr>
              <w:spacing w:after="0" w:line="240" w:lineRule="auto"/>
            </w:pPr>
            <w:r>
              <w:rPr>
                <w:rFonts w:eastAsia="Arial"/>
                <w:b/>
              </w:rPr>
              <w:lastRenderedPageBreak/>
              <w:t>Planning and attending recreation, sport, culture or community activities</w:t>
            </w:r>
          </w:p>
        </w:tc>
        <w:tc>
          <w:tcPr>
            <w:tcW w:w="1280" w:type="dxa"/>
          </w:tcPr>
          <w:p w14:paraId="1117DC00" w14:textId="77777777" w:rsidR="001C7FD1" w:rsidRDefault="003F5285">
            <w:pPr>
              <w:spacing w:after="0" w:line="240" w:lineRule="auto"/>
              <w:jc w:val="center"/>
            </w:pPr>
            <w:sdt>
              <w:sdtPr>
                <w:alias w:val="R437"/>
                <w:tag w:val="R437"/>
                <w:id w:val="100437"/>
                <w:text/>
              </w:sdtPr>
              <w:sdtEndPr/>
              <w:sdtContent>
                <w:r>
                  <w:rPr>
                    <w:rFonts w:eastAsia="Arial"/>
                    <w:color w:val="555555"/>
                  </w:rPr>
                  <w:t>0-4 / N/A</w:t>
                </w:r>
              </w:sdtContent>
            </w:sdt>
          </w:p>
        </w:tc>
        <w:tc>
          <w:tcPr>
            <w:tcW w:w="3600" w:type="dxa"/>
          </w:tcPr>
          <w:p w14:paraId="5B5F9BE1" w14:textId="77777777" w:rsidR="001C7FD1" w:rsidRDefault="003F5285">
            <w:pPr>
              <w:spacing w:after="0" w:line="240" w:lineRule="auto"/>
            </w:pPr>
            <w:sdt>
              <w:sdtPr>
                <w:alias w:val="T438"/>
                <w:tag w:val="T438"/>
                <w:id w:val="100438"/>
                <w:text/>
              </w:sdtPr>
              <w:sdtEndPr/>
              <w:sdtContent>
                <w:r>
                  <w:rPr>
                    <w:rFonts w:eastAsia="Arial"/>
                    <w:color w:val="555555"/>
                  </w:rPr>
                  <w:t>Click or tap to type</w:t>
                </w:r>
              </w:sdtContent>
            </w:sdt>
          </w:p>
        </w:tc>
      </w:tr>
      <w:tr w:rsidR="001C7FD1" w14:paraId="68060F54" w14:textId="77777777">
        <w:trPr>
          <w:cantSplit/>
        </w:trPr>
        <w:tc>
          <w:tcPr>
            <w:tcW w:w="4760" w:type="dxa"/>
            <w:shd w:val="clear" w:color="auto" w:fill="F5F4EF"/>
          </w:tcPr>
          <w:p w14:paraId="5D77FAE9" w14:textId="77777777" w:rsidR="001C7FD1" w:rsidRDefault="003F5285">
            <w:pPr>
              <w:spacing w:after="0" w:line="240" w:lineRule="auto"/>
            </w:pPr>
            <w:r>
              <w:rPr>
                <w:rFonts w:eastAsia="Arial"/>
                <w:b/>
              </w:rPr>
              <w:t>Participating without another person organising, transporting or staying nearby</w:t>
            </w:r>
          </w:p>
        </w:tc>
        <w:tc>
          <w:tcPr>
            <w:tcW w:w="1280" w:type="dxa"/>
            <w:shd w:val="clear" w:color="auto" w:fill="F5F4EF"/>
          </w:tcPr>
          <w:p w14:paraId="5EE19F53" w14:textId="77777777" w:rsidR="001C7FD1" w:rsidRDefault="003F5285">
            <w:pPr>
              <w:spacing w:after="0" w:line="240" w:lineRule="auto"/>
              <w:jc w:val="center"/>
            </w:pPr>
            <w:sdt>
              <w:sdtPr>
                <w:alias w:val="R439"/>
                <w:tag w:val="R439"/>
                <w:id w:val="100439"/>
                <w:text/>
              </w:sdtPr>
              <w:sdtEndPr/>
              <w:sdtContent>
                <w:r>
                  <w:rPr>
                    <w:rFonts w:eastAsia="Arial"/>
                    <w:color w:val="555555"/>
                  </w:rPr>
                  <w:t>0-4 / N/A</w:t>
                </w:r>
              </w:sdtContent>
            </w:sdt>
          </w:p>
        </w:tc>
        <w:tc>
          <w:tcPr>
            <w:tcW w:w="3600" w:type="dxa"/>
            <w:shd w:val="clear" w:color="auto" w:fill="F5F4EF"/>
          </w:tcPr>
          <w:p w14:paraId="10AA1576" w14:textId="77777777" w:rsidR="001C7FD1" w:rsidRDefault="003F5285">
            <w:pPr>
              <w:spacing w:after="0" w:line="240" w:lineRule="auto"/>
            </w:pPr>
            <w:sdt>
              <w:sdtPr>
                <w:alias w:val="T440"/>
                <w:tag w:val="T440"/>
                <w:id w:val="100440"/>
                <w:text/>
              </w:sdtPr>
              <w:sdtEndPr/>
              <w:sdtContent>
                <w:r>
                  <w:rPr>
                    <w:rFonts w:eastAsia="Arial"/>
                    <w:color w:val="555555"/>
                  </w:rPr>
                  <w:t>Click or tap to type</w:t>
                </w:r>
              </w:sdtContent>
            </w:sdt>
          </w:p>
        </w:tc>
      </w:tr>
      <w:tr w:rsidR="001C7FD1" w14:paraId="741C0C94" w14:textId="77777777">
        <w:trPr>
          <w:cantSplit/>
        </w:trPr>
        <w:tc>
          <w:tcPr>
            <w:tcW w:w="4760" w:type="dxa"/>
          </w:tcPr>
          <w:p w14:paraId="4B8703F3" w14:textId="77777777" w:rsidR="001C7FD1" w:rsidRDefault="003F5285">
            <w:pPr>
              <w:spacing w:after="0" w:line="240" w:lineRule="auto"/>
            </w:pPr>
            <w:r>
              <w:rPr>
                <w:rFonts w:eastAsia="Arial"/>
                <w:b/>
              </w:rPr>
              <w:t>Accessing cultural, spiritual, language or community connection</w:t>
            </w:r>
          </w:p>
        </w:tc>
        <w:tc>
          <w:tcPr>
            <w:tcW w:w="1280" w:type="dxa"/>
          </w:tcPr>
          <w:p w14:paraId="15AF537A" w14:textId="77777777" w:rsidR="001C7FD1" w:rsidRDefault="003F5285">
            <w:pPr>
              <w:spacing w:after="0" w:line="240" w:lineRule="auto"/>
              <w:jc w:val="center"/>
            </w:pPr>
            <w:sdt>
              <w:sdtPr>
                <w:alias w:val="R441"/>
                <w:tag w:val="R441"/>
                <w:id w:val="100441"/>
                <w:text/>
              </w:sdtPr>
              <w:sdtEndPr/>
              <w:sdtContent>
                <w:r>
                  <w:rPr>
                    <w:rFonts w:eastAsia="Arial"/>
                    <w:color w:val="555555"/>
                  </w:rPr>
                  <w:t>0-4 / N/A</w:t>
                </w:r>
              </w:sdtContent>
            </w:sdt>
          </w:p>
        </w:tc>
        <w:tc>
          <w:tcPr>
            <w:tcW w:w="3600" w:type="dxa"/>
          </w:tcPr>
          <w:p w14:paraId="02222CC4" w14:textId="77777777" w:rsidR="001C7FD1" w:rsidRDefault="003F5285">
            <w:pPr>
              <w:spacing w:after="0" w:line="240" w:lineRule="auto"/>
            </w:pPr>
            <w:sdt>
              <w:sdtPr>
                <w:alias w:val="T442"/>
                <w:tag w:val="T442"/>
                <w:id w:val="100442"/>
                <w:text/>
              </w:sdtPr>
              <w:sdtEndPr/>
              <w:sdtContent>
                <w:r>
                  <w:rPr>
                    <w:rFonts w:eastAsia="Arial"/>
                    <w:color w:val="555555"/>
                  </w:rPr>
                  <w:t>Click or tap to type</w:t>
                </w:r>
              </w:sdtContent>
            </w:sdt>
          </w:p>
        </w:tc>
      </w:tr>
      <w:tr w:rsidR="001C7FD1" w14:paraId="2507049E" w14:textId="77777777">
        <w:trPr>
          <w:cantSplit/>
        </w:trPr>
        <w:tc>
          <w:tcPr>
            <w:tcW w:w="4760" w:type="dxa"/>
            <w:shd w:val="clear" w:color="auto" w:fill="F5F4EF"/>
          </w:tcPr>
          <w:p w14:paraId="731B7E81" w14:textId="77777777" w:rsidR="001C7FD1" w:rsidRDefault="003F5285">
            <w:pPr>
              <w:spacing w:after="0" w:line="240" w:lineRule="auto"/>
            </w:pPr>
            <w:r>
              <w:rPr>
                <w:rFonts w:eastAsia="Arial"/>
                <w:b/>
              </w:rPr>
              <w:t>Managing crowds, waiting, transport and unfamiliar venues</w:t>
            </w:r>
          </w:p>
        </w:tc>
        <w:tc>
          <w:tcPr>
            <w:tcW w:w="1280" w:type="dxa"/>
            <w:shd w:val="clear" w:color="auto" w:fill="F5F4EF"/>
          </w:tcPr>
          <w:p w14:paraId="00D10BA2" w14:textId="77777777" w:rsidR="001C7FD1" w:rsidRDefault="003F5285">
            <w:pPr>
              <w:spacing w:after="0" w:line="240" w:lineRule="auto"/>
              <w:jc w:val="center"/>
            </w:pPr>
            <w:sdt>
              <w:sdtPr>
                <w:alias w:val="R443"/>
                <w:tag w:val="R443"/>
                <w:id w:val="100443"/>
                <w:text/>
              </w:sdtPr>
              <w:sdtEndPr/>
              <w:sdtContent>
                <w:r>
                  <w:rPr>
                    <w:rFonts w:eastAsia="Arial"/>
                    <w:color w:val="555555"/>
                  </w:rPr>
                  <w:t>0-4 / N/A</w:t>
                </w:r>
              </w:sdtContent>
            </w:sdt>
          </w:p>
        </w:tc>
        <w:tc>
          <w:tcPr>
            <w:tcW w:w="3600" w:type="dxa"/>
            <w:shd w:val="clear" w:color="auto" w:fill="F5F4EF"/>
          </w:tcPr>
          <w:p w14:paraId="6EB80790" w14:textId="77777777" w:rsidR="001C7FD1" w:rsidRDefault="003F5285">
            <w:pPr>
              <w:spacing w:after="0" w:line="240" w:lineRule="auto"/>
            </w:pPr>
            <w:sdt>
              <w:sdtPr>
                <w:alias w:val="T444"/>
                <w:tag w:val="T444"/>
                <w:id w:val="100444"/>
                <w:text/>
              </w:sdtPr>
              <w:sdtEndPr/>
              <w:sdtContent>
                <w:r>
                  <w:rPr>
                    <w:rFonts w:eastAsia="Arial"/>
                    <w:color w:val="555555"/>
                  </w:rPr>
                  <w:t>Click or tap to type</w:t>
                </w:r>
              </w:sdtContent>
            </w:sdt>
          </w:p>
        </w:tc>
      </w:tr>
      <w:tr w:rsidR="001C7FD1" w14:paraId="7BAD5F37" w14:textId="77777777">
        <w:trPr>
          <w:cantSplit/>
        </w:trPr>
        <w:tc>
          <w:tcPr>
            <w:tcW w:w="4760" w:type="dxa"/>
          </w:tcPr>
          <w:p w14:paraId="1948F698" w14:textId="77777777" w:rsidR="001C7FD1" w:rsidRDefault="003F5285">
            <w:pPr>
              <w:spacing w:after="0" w:line="240" w:lineRule="auto"/>
            </w:pPr>
            <w:r>
              <w:rPr>
                <w:rFonts w:eastAsia="Arial"/>
                <w:b/>
              </w:rPr>
              <w:t>Seeking practical help, emotional support and trusted advice</w:t>
            </w:r>
          </w:p>
        </w:tc>
        <w:tc>
          <w:tcPr>
            <w:tcW w:w="1280" w:type="dxa"/>
          </w:tcPr>
          <w:p w14:paraId="1F28ECDA" w14:textId="77777777" w:rsidR="001C7FD1" w:rsidRDefault="003F5285">
            <w:pPr>
              <w:spacing w:after="0" w:line="240" w:lineRule="auto"/>
              <w:jc w:val="center"/>
            </w:pPr>
            <w:sdt>
              <w:sdtPr>
                <w:alias w:val="R445"/>
                <w:tag w:val="R445"/>
                <w:id w:val="100445"/>
                <w:text/>
              </w:sdtPr>
              <w:sdtEndPr/>
              <w:sdtContent>
                <w:r>
                  <w:rPr>
                    <w:rFonts w:eastAsia="Arial"/>
                    <w:color w:val="555555"/>
                  </w:rPr>
                  <w:t>0-4 / N/A</w:t>
                </w:r>
              </w:sdtContent>
            </w:sdt>
          </w:p>
        </w:tc>
        <w:tc>
          <w:tcPr>
            <w:tcW w:w="3600" w:type="dxa"/>
          </w:tcPr>
          <w:p w14:paraId="0013338D" w14:textId="77777777" w:rsidR="001C7FD1" w:rsidRDefault="003F5285">
            <w:pPr>
              <w:spacing w:after="0" w:line="240" w:lineRule="auto"/>
            </w:pPr>
            <w:sdt>
              <w:sdtPr>
                <w:alias w:val="T446"/>
                <w:tag w:val="T446"/>
                <w:id w:val="100446"/>
                <w:text/>
              </w:sdtPr>
              <w:sdtEndPr/>
              <w:sdtContent>
                <w:r>
                  <w:rPr>
                    <w:rFonts w:eastAsia="Arial"/>
                    <w:color w:val="555555"/>
                  </w:rPr>
                  <w:t>Click or tap to type</w:t>
                </w:r>
              </w:sdtContent>
            </w:sdt>
          </w:p>
        </w:tc>
      </w:tr>
      <w:tr w:rsidR="001C7FD1" w14:paraId="7C7E6D2A" w14:textId="77777777">
        <w:trPr>
          <w:cantSplit/>
        </w:trPr>
        <w:tc>
          <w:tcPr>
            <w:tcW w:w="4760" w:type="dxa"/>
            <w:shd w:val="clear" w:color="auto" w:fill="F5F4EF"/>
          </w:tcPr>
          <w:p w14:paraId="452ACD9F" w14:textId="77777777" w:rsidR="001C7FD1" w:rsidRDefault="003F5285">
            <w:pPr>
              <w:spacing w:after="0" w:line="240" w:lineRule="auto"/>
            </w:pPr>
            <w:r>
              <w:rPr>
                <w:rFonts w:eastAsia="Arial"/>
                <w:b/>
              </w:rPr>
              <w:t>Maintaining contact when health, mood or routines change</w:t>
            </w:r>
          </w:p>
        </w:tc>
        <w:tc>
          <w:tcPr>
            <w:tcW w:w="1280" w:type="dxa"/>
            <w:shd w:val="clear" w:color="auto" w:fill="F5F4EF"/>
          </w:tcPr>
          <w:p w14:paraId="161F31FE" w14:textId="77777777" w:rsidR="001C7FD1" w:rsidRDefault="003F5285">
            <w:pPr>
              <w:spacing w:after="0" w:line="240" w:lineRule="auto"/>
              <w:jc w:val="center"/>
            </w:pPr>
            <w:sdt>
              <w:sdtPr>
                <w:alias w:val="R447"/>
                <w:tag w:val="R447"/>
                <w:id w:val="100447"/>
                <w:text/>
              </w:sdtPr>
              <w:sdtEndPr/>
              <w:sdtContent>
                <w:r>
                  <w:rPr>
                    <w:rFonts w:eastAsia="Arial"/>
                    <w:color w:val="555555"/>
                  </w:rPr>
                  <w:t>0-4 / N/A</w:t>
                </w:r>
              </w:sdtContent>
            </w:sdt>
          </w:p>
        </w:tc>
        <w:tc>
          <w:tcPr>
            <w:tcW w:w="3600" w:type="dxa"/>
            <w:shd w:val="clear" w:color="auto" w:fill="F5F4EF"/>
          </w:tcPr>
          <w:p w14:paraId="45CD9FF6" w14:textId="77777777" w:rsidR="001C7FD1" w:rsidRDefault="003F5285">
            <w:pPr>
              <w:spacing w:after="0" w:line="240" w:lineRule="auto"/>
            </w:pPr>
            <w:sdt>
              <w:sdtPr>
                <w:alias w:val="T448"/>
                <w:tag w:val="T448"/>
                <w:id w:val="100448"/>
                <w:text/>
              </w:sdtPr>
              <w:sdtEndPr/>
              <w:sdtContent>
                <w:r>
                  <w:rPr>
                    <w:rFonts w:eastAsia="Arial"/>
                    <w:color w:val="555555"/>
                  </w:rPr>
                  <w:t>Click or tap to type</w:t>
                </w:r>
              </w:sdtContent>
            </w:sdt>
          </w:p>
        </w:tc>
      </w:tr>
      <w:tr w:rsidR="001C7FD1" w14:paraId="7E8F04C2" w14:textId="77777777">
        <w:trPr>
          <w:cantSplit/>
        </w:trPr>
        <w:tc>
          <w:tcPr>
            <w:tcW w:w="4760" w:type="dxa"/>
          </w:tcPr>
          <w:p w14:paraId="192EEB6E" w14:textId="77777777" w:rsidR="001C7FD1" w:rsidRDefault="003F5285">
            <w:pPr>
              <w:spacing w:after="0" w:line="240" w:lineRule="auto"/>
            </w:pPr>
            <w:r>
              <w:rPr>
                <w:rFonts w:eastAsia="Arial"/>
                <w:b/>
              </w:rPr>
              <w:t>Managing loneliness, isolation or exclusion</w:t>
            </w:r>
          </w:p>
        </w:tc>
        <w:tc>
          <w:tcPr>
            <w:tcW w:w="1280" w:type="dxa"/>
          </w:tcPr>
          <w:p w14:paraId="380AA883" w14:textId="77777777" w:rsidR="001C7FD1" w:rsidRDefault="003F5285">
            <w:pPr>
              <w:spacing w:after="0" w:line="240" w:lineRule="auto"/>
              <w:jc w:val="center"/>
            </w:pPr>
            <w:sdt>
              <w:sdtPr>
                <w:alias w:val="R449"/>
                <w:tag w:val="R449"/>
                <w:id w:val="100449"/>
                <w:text/>
              </w:sdtPr>
              <w:sdtEndPr/>
              <w:sdtContent>
                <w:r>
                  <w:rPr>
                    <w:rFonts w:eastAsia="Arial"/>
                    <w:color w:val="555555"/>
                  </w:rPr>
                  <w:t>0-4 / N/A</w:t>
                </w:r>
              </w:sdtContent>
            </w:sdt>
          </w:p>
        </w:tc>
        <w:tc>
          <w:tcPr>
            <w:tcW w:w="3600" w:type="dxa"/>
          </w:tcPr>
          <w:p w14:paraId="0BEF835C" w14:textId="77777777" w:rsidR="001C7FD1" w:rsidRDefault="003F5285">
            <w:pPr>
              <w:spacing w:after="0" w:line="240" w:lineRule="auto"/>
            </w:pPr>
            <w:sdt>
              <w:sdtPr>
                <w:alias w:val="T450"/>
                <w:tag w:val="T450"/>
                <w:id w:val="100450"/>
                <w:text/>
              </w:sdtPr>
              <w:sdtEndPr/>
              <w:sdtContent>
                <w:r>
                  <w:rPr>
                    <w:rFonts w:eastAsia="Arial"/>
                    <w:color w:val="555555"/>
                  </w:rPr>
                  <w:t>Click or tap to type</w:t>
                </w:r>
              </w:sdtContent>
            </w:sdt>
          </w:p>
        </w:tc>
      </w:tr>
      <w:tr w:rsidR="001C7FD1" w14:paraId="48FB26EF" w14:textId="77777777">
        <w:trPr>
          <w:cantSplit/>
        </w:trPr>
        <w:tc>
          <w:tcPr>
            <w:tcW w:w="4760" w:type="dxa"/>
            <w:shd w:val="clear" w:color="auto" w:fill="F5F4EF"/>
          </w:tcPr>
          <w:p w14:paraId="4FB68A5A" w14:textId="77777777" w:rsidR="001C7FD1" w:rsidRDefault="003F5285">
            <w:pPr>
              <w:spacing w:after="0" w:line="240" w:lineRule="auto"/>
            </w:pPr>
            <w:r>
              <w:rPr>
                <w:rFonts w:eastAsia="Arial"/>
                <w:b/>
              </w:rPr>
              <w:t>Contributing through helping, volunteering, mentoring or community roles</w:t>
            </w:r>
          </w:p>
        </w:tc>
        <w:tc>
          <w:tcPr>
            <w:tcW w:w="1280" w:type="dxa"/>
            <w:shd w:val="clear" w:color="auto" w:fill="F5F4EF"/>
          </w:tcPr>
          <w:p w14:paraId="28E66C8C" w14:textId="77777777" w:rsidR="001C7FD1" w:rsidRDefault="003F5285">
            <w:pPr>
              <w:spacing w:after="0" w:line="240" w:lineRule="auto"/>
              <w:jc w:val="center"/>
            </w:pPr>
            <w:sdt>
              <w:sdtPr>
                <w:alias w:val="R451"/>
                <w:tag w:val="R451"/>
                <w:id w:val="100451"/>
                <w:text/>
              </w:sdtPr>
              <w:sdtEndPr/>
              <w:sdtContent>
                <w:r>
                  <w:rPr>
                    <w:rFonts w:eastAsia="Arial"/>
                    <w:color w:val="555555"/>
                  </w:rPr>
                  <w:t>0-4 / N/A</w:t>
                </w:r>
              </w:sdtContent>
            </w:sdt>
          </w:p>
        </w:tc>
        <w:tc>
          <w:tcPr>
            <w:tcW w:w="3600" w:type="dxa"/>
            <w:shd w:val="clear" w:color="auto" w:fill="F5F4EF"/>
          </w:tcPr>
          <w:p w14:paraId="2ADF0623" w14:textId="77777777" w:rsidR="001C7FD1" w:rsidRDefault="003F5285">
            <w:pPr>
              <w:spacing w:after="0" w:line="240" w:lineRule="auto"/>
            </w:pPr>
            <w:sdt>
              <w:sdtPr>
                <w:alias w:val="T452"/>
                <w:tag w:val="T452"/>
                <w:id w:val="100452"/>
                <w:text/>
              </w:sdtPr>
              <w:sdtEndPr/>
              <w:sdtContent>
                <w:r>
                  <w:rPr>
                    <w:rFonts w:eastAsia="Arial"/>
                    <w:color w:val="555555"/>
                  </w:rPr>
                  <w:t>Click or tap to type</w:t>
                </w:r>
              </w:sdtContent>
            </w:sdt>
          </w:p>
        </w:tc>
      </w:tr>
    </w:tbl>
    <w:p w14:paraId="66117DD5" w14:textId="77777777" w:rsidR="001C7FD1" w:rsidRDefault="003F5285">
      <w:pPr>
        <w:pStyle w:val="Heading2"/>
      </w:pPr>
      <w:r>
        <w:t>13.1 Support network</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2300"/>
        <w:gridCol w:w="1900"/>
        <w:gridCol w:w="2300"/>
        <w:gridCol w:w="3140"/>
      </w:tblGrid>
      <w:tr w:rsidR="001C7FD1" w14:paraId="61446ACD" w14:textId="77777777">
        <w:trPr>
          <w:tblHeader/>
        </w:trPr>
        <w:tc>
          <w:tcPr>
            <w:tcW w:w="2300" w:type="dxa"/>
            <w:shd w:val="clear" w:color="auto" w:fill="4B1F26"/>
            <w:tcMar>
              <w:top w:w="90" w:type="dxa"/>
              <w:left w:w="120" w:type="dxa"/>
              <w:bottom w:w="90" w:type="dxa"/>
              <w:right w:w="120" w:type="dxa"/>
            </w:tcMar>
            <w:vAlign w:val="center"/>
          </w:tcPr>
          <w:p w14:paraId="48153A82" w14:textId="77777777" w:rsidR="001C7FD1" w:rsidRDefault="003F5285">
            <w:pPr>
              <w:spacing w:after="0" w:line="240" w:lineRule="auto"/>
            </w:pPr>
            <w:r>
              <w:rPr>
                <w:rFonts w:eastAsia="Arial"/>
                <w:b/>
                <w:color w:val="FFFFFF"/>
              </w:rPr>
              <w:t>Person / service</w:t>
            </w:r>
          </w:p>
        </w:tc>
        <w:tc>
          <w:tcPr>
            <w:tcW w:w="1900" w:type="dxa"/>
            <w:shd w:val="clear" w:color="auto" w:fill="4B1F26"/>
            <w:tcMar>
              <w:top w:w="90" w:type="dxa"/>
              <w:left w:w="120" w:type="dxa"/>
              <w:bottom w:w="90" w:type="dxa"/>
              <w:right w:w="120" w:type="dxa"/>
            </w:tcMar>
            <w:vAlign w:val="center"/>
          </w:tcPr>
          <w:p w14:paraId="717256CE" w14:textId="77777777" w:rsidR="001C7FD1" w:rsidRDefault="003F5285">
            <w:pPr>
              <w:spacing w:after="0" w:line="240" w:lineRule="auto"/>
            </w:pPr>
            <w:r>
              <w:rPr>
                <w:rFonts w:eastAsia="Arial"/>
                <w:b/>
                <w:color w:val="FFFFFF"/>
              </w:rPr>
              <w:t>Relationship</w:t>
            </w:r>
          </w:p>
        </w:tc>
        <w:tc>
          <w:tcPr>
            <w:tcW w:w="2300" w:type="dxa"/>
            <w:shd w:val="clear" w:color="auto" w:fill="4B1F26"/>
            <w:tcMar>
              <w:top w:w="90" w:type="dxa"/>
              <w:left w:w="120" w:type="dxa"/>
              <w:bottom w:w="90" w:type="dxa"/>
              <w:right w:w="120" w:type="dxa"/>
            </w:tcMar>
            <w:vAlign w:val="center"/>
          </w:tcPr>
          <w:p w14:paraId="4A7904E9" w14:textId="77777777" w:rsidR="001C7FD1" w:rsidRDefault="003F5285">
            <w:pPr>
              <w:spacing w:after="0" w:line="240" w:lineRule="auto"/>
            </w:pPr>
            <w:r>
              <w:rPr>
                <w:rFonts w:eastAsia="Arial"/>
                <w:b/>
                <w:color w:val="FFFFFF"/>
              </w:rPr>
              <w:t>Support provided and frequency</w:t>
            </w:r>
          </w:p>
        </w:tc>
        <w:tc>
          <w:tcPr>
            <w:tcW w:w="3140" w:type="dxa"/>
            <w:shd w:val="clear" w:color="auto" w:fill="4B1F26"/>
            <w:tcMar>
              <w:top w:w="90" w:type="dxa"/>
              <w:left w:w="120" w:type="dxa"/>
              <w:bottom w:w="90" w:type="dxa"/>
              <w:right w:w="120" w:type="dxa"/>
            </w:tcMar>
            <w:vAlign w:val="center"/>
          </w:tcPr>
          <w:p w14:paraId="1FBE4406" w14:textId="77777777" w:rsidR="001C7FD1" w:rsidRDefault="003F5285">
            <w:pPr>
              <w:spacing w:after="0" w:line="240" w:lineRule="auto"/>
            </w:pPr>
            <w:r>
              <w:rPr>
                <w:rFonts w:eastAsia="Arial"/>
                <w:b/>
                <w:color w:val="FFFFFF"/>
              </w:rPr>
              <w:t>Reliability, limits and gaps</w:t>
            </w:r>
          </w:p>
        </w:tc>
      </w:tr>
      <w:tr w:rsidR="001C7FD1" w14:paraId="0635C417" w14:textId="77777777">
        <w:trPr>
          <w:cantSplit/>
        </w:trPr>
        <w:tc>
          <w:tcPr>
            <w:tcW w:w="2300" w:type="dxa"/>
          </w:tcPr>
          <w:p w14:paraId="18C22566" w14:textId="77777777" w:rsidR="001C7FD1" w:rsidRDefault="003F5285">
            <w:pPr>
              <w:spacing w:after="0" w:line="240" w:lineRule="auto"/>
            </w:pPr>
            <w:sdt>
              <w:sdtPr>
                <w:alias w:val="T453"/>
                <w:tag w:val="T453"/>
                <w:id w:val="100453"/>
                <w:text/>
              </w:sdtPr>
              <w:sdtEndPr/>
              <w:sdtContent>
                <w:r>
                  <w:rPr>
                    <w:rFonts w:eastAsia="Arial"/>
                    <w:color w:val="555555"/>
                  </w:rPr>
                  <w:t>Click or tap to type</w:t>
                </w:r>
              </w:sdtContent>
            </w:sdt>
          </w:p>
        </w:tc>
        <w:tc>
          <w:tcPr>
            <w:tcW w:w="1900" w:type="dxa"/>
          </w:tcPr>
          <w:p w14:paraId="6B21753F" w14:textId="77777777" w:rsidR="001C7FD1" w:rsidRDefault="003F5285">
            <w:pPr>
              <w:spacing w:after="0" w:line="240" w:lineRule="auto"/>
            </w:pPr>
            <w:sdt>
              <w:sdtPr>
                <w:alias w:val="T454"/>
                <w:tag w:val="T454"/>
                <w:id w:val="100454"/>
                <w:text/>
              </w:sdtPr>
              <w:sdtEndPr/>
              <w:sdtContent>
                <w:r>
                  <w:rPr>
                    <w:rFonts w:eastAsia="Arial"/>
                    <w:color w:val="555555"/>
                  </w:rPr>
                  <w:t>Click or tap to type</w:t>
                </w:r>
              </w:sdtContent>
            </w:sdt>
          </w:p>
        </w:tc>
        <w:tc>
          <w:tcPr>
            <w:tcW w:w="2300" w:type="dxa"/>
          </w:tcPr>
          <w:p w14:paraId="7D9BDEC1" w14:textId="77777777" w:rsidR="001C7FD1" w:rsidRDefault="003F5285">
            <w:pPr>
              <w:spacing w:after="0" w:line="240" w:lineRule="auto"/>
            </w:pPr>
            <w:sdt>
              <w:sdtPr>
                <w:alias w:val="T455"/>
                <w:tag w:val="T455"/>
                <w:id w:val="100455"/>
                <w:text/>
              </w:sdtPr>
              <w:sdtEndPr/>
              <w:sdtContent>
                <w:r>
                  <w:rPr>
                    <w:rFonts w:eastAsia="Arial"/>
                    <w:color w:val="555555"/>
                  </w:rPr>
                  <w:t>Click or tap to type</w:t>
                </w:r>
              </w:sdtContent>
            </w:sdt>
          </w:p>
        </w:tc>
        <w:tc>
          <w:tcPr>
            <w:tcW w:w="3140" w:type="dxa"/>
          </w:tcPr>
          <w:p w14:paraId="5FBD8F77" w14:textId="77777777" w:rsidR="001C7FD1" w:rsidRDefault="003F5285">
            <w:pPr>
              <w:spacing w:after="0" w:line="240" w:lineRule="auto"/>
            </w:pPr>
            <w:sdt>
              <w:sdtPr>
                <w:alias w:val="T456"/>
                <w:tag w:val="T456"/>
                <w:id w:val="100456"/>
                <w:text/>
              </w:sdtPr>
              <w:sdtEndPr/>
              <w:sdtContent>
                <w:r>
                  <w:rPr>
                    <w:rFonts w:eastAsia="Arial"/>
                    <w:color w:val="555555"/>
                  </w:rPr>
                  <w:t>Click or tap to type</w:t>
                </w:r>
              </w:sdtContent>
            </w:sdt>
          </w:p>
        </w:tc>
      </w:tr>
      <w:tr w:rsidR="001C7FD1" w14:paraId="1F9EDF32" w14:textId="77777777">
        <w:trPr>
          <w:cantSplit/>
        </w:trPr>
        <w:tc>
          <w:tcPr>
            <w:tcW w:w="2300" w:type="dxa"/>
          </w:tcPr>
          <w:p w14:paraId="57B0637F" w14:textId="77777777" w:rsidR="001C7FD1" w:rsidRDefault="003F5285">
            <w:pPr>
              <w:spacing w:after="0" w:line="240" w:lineRule="auto"/>
            </w:pPr>
            <w:sdt>
              <w:sdtPr>
                <w:alias w:val="T457"/>
                <w:tag w:val="T457"/>
                <w:id w:val="100457"/>
                <w:text/>
              </w:sdtPr>
              <w:sdtEndPr/>
              <w:sdtContent>
                <w:r>
                  <w:rPr>
                    <w:rFonts w:eastAsia="Arial"/>
                    <w:color w:val="555555"/>
                  </w:rPr>
                  <w:t>Click or tap to type</w:t>
                </w:r>
              </w:sdtContent>
            </w:sdt>
          </w:p>
        </w:tc>
        <w:tc>
          <w:tcPr>
            <w:tcW w:w="1900" w:type="dxa"/>
          </w:tcPr>
          <w:p w14:paraId="24E5E15F" w14:textId="77777777" w:rsidR="001C7FD1" w:rsidRDefault="003F5285">
            <w:pPr>
              <w:spacing w:after="0" w:line="240" w:lineRule="auto"/>
            </w:pPr>
            <w:sdt>
              <w:sdtPr>
                <w:alias w:val="T458"/>
                <w:tag w:val="T458"/>
                <w:id w:val="100458"/>
                <w:text/>
              </w:sdtPr>
              <w:sdtEndPr/>
              <w:sdtContent>
                <w:r>
                  <w:rPr>
                    <w:rFonts w:eastAsia="Arial"/>
                    <w:color w:val="555555"/>
                  </w:rPr>
                  <w:t>Click or tap to type</w:t>
                </w:r>
              </w:sdtContent>
            </w:sdt>
          </w:p>
        </w:tc>
        <w:tc>
          <w:tcPr>
            <w:tcW w:w="2300" w:type="dxa"/>
          </w:tcPr>
          <w:p w14:paraId="2203B203" w14:textId="77777777" w:rsidR="001C7FD1" w:rsidRDefault="003F5285">
            <w:pPr>
              <w:spacing w:after="0" w:line="240" w:lineRule="auto"/>
            </w:pPr>
            <w:sdt>
              <w:sdtPr>
                <w:alias w:val="T459"/>
                <w:tag w:val="T459"/>
                <w:id w:val="100459"/>
                <w:text/>
              </w:sdtPr>
              <w:sdtEndPr/>
              <w:sdtContent>
                <w:r>
                  <w:rPr>
                    <w:rFonts w:eastAsia="Arial"/>
                    <w:color w:val="555555"/>
                  </w:rPr>
                  <w:t>Click or tap to type</w:t>
                </w:r>
              </w:sdtContent>
            </w:sdt>
          </w:p>
        </w:tc>
        <w:tc>
          <w:tcPr>
            <w:tcW w:w="3140" w:type="dxa"/>
          </w:tcPr>
          <w:p w14:paraId="02D0CEEC" w14:textId="77777777" w:rsidR="001C7FD1" w:rsidRDefault="003F5285">
            <w:pPr>
              <w:spacing w:after="0" w:line="240" w:lineRule="auto"/>
            </w:pPr>
            <w:sdt>
              <w:sdtPr>
                <w:alias w:val="T460"/>
                <w:tag w:val="T460"/>
                <w:id w:val="100460"/>
                <w:text/>
              </w:sdtPr>
              <w:sdtEndPr/>
              <w:sdtContent>
                <w:r>
                  <w:rPr>
                    <w:rFonts w:eastAsia="Arial"/>
                    <w:color w:val="555555"/>
                  </w:rPr>
                  <w:t>Click or tap to type</w:t>
                </w:r>
              </w:sdtContent>
            </w:sdt>
          </w:p>
        </w:tc>
      </w:tr>
      <w:tr w:rsidR="001C7FD1" w14:paraId="63BDE141" w14:textId="77777777">
        <w:trPr>
          <w:cantSplit/>
        </w:trPr>
        <w:tc>
          <w:tcPr>
            <w:tcW w:w="2300" w:type="dxa"/>
          </w:tcPr>
          <w:p w14:paraId="2CE54221" w14:textId="77777777" w:rsidR="001C7FD1" w:rsidRDefault="003F5285">
            <w:pPr>
              <w:spacing w:after="0" w:line="240" w:lineRule="auto"/>
            </w:pPr>
            <w:sdt>
              <w:sdtPr>
                <w:alias w:val="T461"/>
                <w:tag w:val="T461"/>
                <w:id w:val="100461"/>
                <w:text/>
              </w:sdtPr>
              <w:sdtEndPr/>
              <w:sdtContent>
                <w:r>
                  <w:rPr>
                    <w:rFonts w:eastAsia="Arial"/>
                    <w:color w:val="555555"/>
                  </w:rPr>
                  <w:t>Click or tap to type</w:t>
                </w:r>
              </w:sdtContent>
            </w:sdt>
          </w:p>
        </w:tc>
        <w:tc>
          <w:tcPr>
            <w:tcW w:w="1900" w:type="dxa"/>
          </w:tcPr>
          <w:p w14:paraId="7226C8F9" w14:textId="77777777" w:rsidR="001C7FD1" w:rsidRDefault="003F5285">
            <w:pPr>
              <w:spacing w:after="0" w:line="240" w:lineRule="auto"/>
            </w:pPr>
            <w:sdt>
              <w:sdtPr>
                <w:alias w:val="T462"/>
                <w:tag w:val="T462"/>
                <w:id w:val="100462"/>
                <w:text/>
              </w:sdtPr>
              <w:sdtEndPr/>
              <w:sdtContent>
                <w:r>
                  <w:rPr>
                    <w:rFonts w:eastAsia="Arial"/>
                    <w:color w:val="555555"/>
                  </w:rPr>
                  <w:t>Click or tap to type</w:t>
                </w:r>
              </w:sdtContent>
            </w:sdt>
          </w:p>
        </w:tc>
        <w:tc>
          <w:tcPr>
            <w:tcW w:w="2300" w:type="dxa"/>
          </w:tcPr>
          <w:p w14:paraId="54F8E241" w14:textId="77777777" w:rsidR="001C7FD1" w:rsidRDefault="003F5285">
            <w:pPr>
              <w:spacing w:after="0" w:line="240" w:lineRule="auto"/>
            </w:pPr>
            <w:sdt>
              <w:sdtPr>
                <w:alias w:val="T463"/>
                <w:tag w:val="T463"/>
                <w:id w:val="100463"/>
                <w:text/>
              </w:sdtPr>
              <w:sdtEndPr/>
              <w:sdtContent>
                <w:r>
                  <w:rPr>
                    <w:rFonts w:eastAsia="Arial"/>
                    <w:color w:val="555555"/>
                  </w:rPr>
                  <w:t>Click or tap to type</w:t>
                </w:r>
              </w:sdtContent>
            </w:sdt>
          </w:p>
        </w:tc>
        <w:tc>
          <w:tcPr>
            <w:tcW w:w="3140" w:type="dxa"/>
          </w:tcPr>
          <w:p w14:paraId="6B0CC3BC" w14:textId="77777777" w:rsidR="001C7FD1" w:rsidRDefault="003F5285">
            <w:pPr>
              <w:spacing w:after="0" w:line="240" w:lineRule="auto"/>
            </w:pPr>
            <w:sdt>
              <w:sdtPr>
                <w:alias w:val="T464"/>
                <w:tag w:val="T464"/>
                <w:id w:val="100464"/>
                <w:text/>
              </w:sdtPr>
              <w:sdtEndPr/>
              <w:sdtContent>
                <w:r>
                  <w:rPr>
                    <w:rFonts w:eastAsia="Arial"/>
                    <w:color w:val="555555"/>
                  </w:rPr>
                  <w:t>Click or tap to type</w:t>
                </w:r>
              </w:sdtContent>
            </w:sdt>
          </w:p>
        </w:tc>
      </w:tr>
      <w:tr w:rsidR="001C7FD1" w14:paraId="6E8B70FF" w14:textId="77777777">
        <w:trPr>
          <w:cantSplit/>
        </w:trPr>
        <w:tc>
          <w:tcPr>
            <w:tcW w:w="2300" w:type="dxa"/>
          </w:tcPr>
          <w:p w14:paraId="0677726D" w14:textId="77777777" w:rsidR="001C7FD1" w:rsidRDefault="003F5285">
            <w:pPr>
              <w:spacing w:after="0" w:line="240" w:lineRule="auto"/>
            </w:pPr>
            <w:sdt>
              <w:sdtPr>
                <w:alias w:val="T465"/>
                <w:tag w:val="T465"/>
                <w:id w:val="100465"/>
                <w:text/>
              </w:sdtPr>
              <w:sdtEndPr/>
              <w:sdtContent>
                <w:r>
                  <w:rPr>
                    <w:rFonts w:eastAsia="Arial"/>
                    <w:color w:val="555555"/>
                  </w:rPr>
                  <w:t>Click or tap to type</w:t>
                </w:r>
              </w:sdtContent>
            </w:sdt>
          </w:p>
        </w:tc>
        <w:tc>
          <w:tcPr>
            <w:tcW w:w="1900" w:type="dxa"/>
          </w:tcPr>
          <w:p w14:paraId="2F6D8415" w14:textId="77777777" w:rsidR="001C7FD1" w:rsidRDefault="003F5285">
            <w:pPr>
              <w:spacing w:after="0" w:line="240" w:lineRule="auto"/>
            </w:pPr>
            <w:sdt>
              <w:sdtPr>
                <w:alias w:val="T466"/>
                <w:tag w:val="T466"/>
                <w:id w:val="100466"/>
                <w:text/>
              </w:sdtPr>
              <w:sdtEndPr/>
              <w:sdtContent>
                <w:r>
                  <w:rPr>
                    <w:rFonts w:eastAsia="Arial"/>
                    <w:color w:val="555555"/>
                  </w:rPr>
                  <w:t>Click or tap to type</w:t>
                </w:r>
              </w:sdtContent>
            </w:sdt>
          </w:p>
        </w:tc>
        <w:tc>
          <w:tcPr>
            <w:tcW w:w="2300" w:type="dxa"/>
          </w:tcPr>
          <w:p w14:paraId="1770F438" w14:textId="77777777" w:rsidR="001C7FD1" w:rsidRDefault="003F5285">
            <w:pPr>
              <w:spacing w:after="0" w:line="240" w:lineRule="auto"/>
            </w:pPr>
            <w:sdt>
              <w:sdtPr>
                <w:alias w:val="T467"/>
                <w:tag w:val="T467"/>
                <w:id w:val="100467"/>
                <w:text/>
              </w:sdtPr>
              <w:sdtEndPr/>
              <w:sdtContent>
                <w:r>
                  <w:rPr>
                    <w:rFonts w:eastAsia="Arial"/>
                    <w:color w:val="555555"/>
                  </w:rPr>
                  <w:t>Click or tap to type</w:t>
                </w:r>
              </w:sdtContent>
            </w:sdt>
          </w:p>
        </w:tc>
        <w:tc>
          <w:tcPr>
            <w:tcW w:w="3140" w:type="dxa"/>
          </w:tcPr>
          <w:p w14:paraId="6355D2F8" w14:textId="77777777" w:rsidR="001C7FD1" w:rsidRDefault="003F5285">
            <w:pPr>
              <w:spacing w:after="0" w:line="240" w:lineRule="auto"/>
            </w:pPr>
            <w:sdt>
              <w:sdtPr>
                <w:alias w:val="T468"/>
                <w:tag w:val="T468"/>
                <w:id w:val="100468"/>
                <w:text/>
              </w:sdtPr>
              <w:sdtEndPr/>
              <w:sdtContent>
                <w:r>
                  <w:rPr>
                    <w:rFonts w:eastAsia="Arial"/>
                    <w:color w:val="555555"/>
                  </w:rPr>
                  <w:t>Click or tap to type</w:t>
                </w:r>
              </w:sdtContent>
            </w:sdt>
          </w:p>
        </w:tc>
      </w:tr>
      <w:tr w:rsidR="001C7FD1" w14:paraId="78D1F9C6" w14:textId="77777777">
        <w:trPr>
          <w:cantSplit/>
        </w:trPr>
        <w:tc>
          <w:tcPr>
            <w:tcW w:w="2300" w:type="dxa"/>
          </w:tcPr>
          <w:p w14:paraId="767ADEF8" w14:textId="77777777" w:rsidR="001C7FD1" w:rsidRDefault="003F5285">
            <w:pPr>
              <w:spacing w:after="0" w:line="240" w:lineRule="auto"/>
            </w:pPr>
            <w:sdt>
              <w:sdtPr>
                <w:alias w:val="T469"/>
                <w:tag w:val="T469"/>
                <w:id w:val="100469"/>
                <w:text/>
              </w:sdtPr>
              <w:sdtEndPr/>
              <w:sdtContent>
                <w:r>
                  <w:rPr>
                    <w:rFonts w:eastAsia="Arial"/>
                    <w:color w:val="555555"/>
                  </w:rPr>
                  <w:t>Click or tap to type</w:t>
                </w:r>
              </w:sdtContent>
            </w:sdt>
          </w:p>
        </w:tc>
        <w:tc>
          <w:tcPr>
            <w:tcW w:w="1900" w:type="dxa"/>
          </w:tcPr>
          <w:p w14:paraId="62C8C581" w14:textId="77777777" w:rsidR="001C7FD1" w:rsidRDefault="003F5285">
            <w:pPr>
              <w:spacing w:after="0" w:line="240" w:lineRule="auto"/>
            </w:pPr>
            <w:sdt>
              <w:sdtPr>
                <w:alias w:val="T470"/>
                <w:tag w:val="T470"/>
                <w:id w:val="100470"/>
                <w:text/>
              </w:sdtPr>
              <w:sdtEndPr/>
              <w:sdtContent>
                <w:r>
                  <w:rPr>
                    <w:rFonts w:eastAsia="Arial"/>
                    <w:color w:val="555555"/>
                  </w:rPr>
                  <w:t>Click or tap to type</w:t>
                </w:r>
              </w:sdtContent>
            </w:sdt>
          </w:p>
        </w:tc>
        <w:tc>
          <w:tcPr>
            <w:tcW w:w="2300" w:type="dxa"/>
          </w:tcPr>
          <w:p w14:paraId="4B4DD7FB" w14:textId="77777777" w:rsidR="001C7FD1" w:rsidRDefault="003F5285">
            <w:pPr>
              <w:spacing w:after="0" w:line="240" w:lineRule="auto"/>
            </w:pPr>
            <w:sdt>
              <w:sdtPr>
                <w:alias w:val="T471"/>
                <w:tag w:val="T471"/>
                <w:id w:val="100471"/>
                <w:text/>
              </w:sdtPr>
              <w:sdtEndPr/>
              <w:sdtContent>
                <w:r>
                  <w:rPr>
                    <w:rFonts w:eastAsia="Arial"/>
                    <w:color w:val="555555"/>
                  </w:rPr>
                  <w:t>Click or tap to type</w:t>
                </w:r>
              </w:sdtContent>
            </w:sdt>
          </w:p>
        </w:tc>
        <w:tc>
          <w:tcPr>
            <w:tcW w:w="3140" w:type="dxa"/>
          </w:tcPr>
          <w:p w14:paraId="0463842A" w14:textId="77777777" w:rsidR="001C7FD1" w:rsidRDefault="003F5285">
            <w:pPr>
              <w:spacing w:after="0" w:line="240" w:lineRule="auto"/>
            </w:pPr>
            <w:sdt>
              <w:sdtPr>
                <w:alias w:val="T472"/>
                <w:tag w:val="T472"/>
                <w:id w:val="100472"/>
                <w:text/>
              </w:sdtPr>
              <w:sdtEndPr/>
              <w:sdtContent>
                <w:r>
                  <w:rPr>
                    <w:rFonts w:eastAsia="Arial"/>
                    <w:color w:val="555555"/>
                  </w:rPr>
                  <w:t>Click or tap to type</w:t>
                </w:r>
              </w:sdtContent>
            </w:sdt>
          </w:p>
        </w:tc>
      </w:tr>
      <w:tr w:rsidR="001C7FD1" w14:paraId="33560E00" w14:textId="77777777">
        <w:trPr>
          <w:cantSplit/>
        </w:trPr>
        <w:tc>
          <w:tcPr>
            <w:tcW w:w="2300" w:type="dxa"/>
          </w:tcPr>
          <w:p w14:paraId="2A681BD0" w14:textId="77777777" w:rsidR="001C7FD1" w:rsidRDefault="003F5285">
            <w:pPr>
              <w:spacing w:after="0" w:line="240" w:lineRule="auto"/>
            </w:pPr>
            <w:sdt>
              <w:sdtPr>
                <w:alias w:val="T473"/>
                <w:tag w:val="T473"/>
                <w:id w:val="100473"/>
                <w:text/>
              </w:sdtPr>
              <w:sdtEndPr/>
              <w:sdtContent>
                <w:r>
                  <w:rPr>
                    <w:rFonts w:eastAsia="Arial"/>
                    <w:color w:val="555555"/>
                  </w:rPr>
                  <w:t>Click or tap to type</w:t>
                </w:r>
              </w:sdtContent>
            </w:sdt>
          </w:p>
        </w:tc>
        <w:tc>
          <w:tcPr>
            <w:tcW w:w="1900" w:type="dxa"/>
          </w:tcPr>
          <w:p w14:paraId="76FFD034" w14:textId="77777777" w:rsidR="001C7FD1" w:rsidRDefault="003F5285">
            <w:pPr>
              <w:spacing w:after="0" w:line="240" w:lineRule="auto"/>
            </w:pPr>
            <w:sdt>
              <w:sdtPr>
                <w:alias w:val="T474"/>
                <w:tag w:val="T474"/>
                <w:id w:val="100474"/>
                <w:text/>
              </w:sdtPr>
              <w:sdtEndPr/>
              <w:sdtContent>
                <w:r>
                  <w:rPr>
                    <w:rFonts w:eastAsia="Arial"/>
                    <w:color w:val="555555"/>
                  </w:rPr>
                  <w:t>Click or tap to type</w:t>
                </w:r>
              </w:sdtContent>
            </w:sdt>
          </w:p>
        </w:tc>
        <w:tc>
          <w:tcPr>
            <w:tcW w:w="2300" w:type="dxa"/>
          </w:tcPr>
          <w:p w14:paraId="4EE34C55" w14:textId="77777777" w:rsidR="001C7FD1" w:rsidRDefault="003F5285">
            <w:pPr>
              <w:spacing w:after="0" w:line="240" w:lineRule="auto"/>
            </w:pPr>
            <w:sdt>
              <w:sdtPr>
                <w:alias w:val="T475"/>
                <w:tag w:val="T475"/>
                <w:id w:val="100475"/>
                <w:text/>
              </w:sdtPr>
              <w:sdtEndPr/>
              <w:sdtContent>
                <w:r>
                  <w:rPr>
                    <w:rFonts w:eastAsia="Arial"/>
                    <w:color w:val="555555"/>
                  </w:rPr>
                  <w:t>Click or tap to type</w:t>
                </w:r>
              </w:sdtContent>
            </w:sdt>
          </w:p>
        </w:tc>
        <w:tc>
          <w:tcPr>
            <w:tcW w:w="3140" w:type="dxa"/>
          </w:tcPr>
          <w:p w14:paraId="00F43306" w14:textId="77777777" w:rsidR="001C7FD1" w:rsidRDefault="003F5285">
            <w:pPr>
              <w:spacing w:after="0" w:line="240" w:lineRule="auto"/>
            </w:pPr>
            <w:sdt>
              <w:sdtPr>
                <w:alias w:val="T476"/>
                <w:tag w:val="T476"/>
                <w:id w:val="100476"/>
                <w:text/>
              </w:sdtPr>
              <w:sdtEndPr/>
              <w:sdtContent>
                <w:r>
                  <w:rPr>
                    <w:rFonts w:eastAsia="Arial"/>
                    <w:color w:val="555555"/>
                  </w:rPr>
                  <w:t>Click or tap to type</w:t>
                </w:r>
              </w:sdtContent>
            </w:sdt>
          </w:p>
        </w:tc>
      </w:tr>
      <w:tr w:rsidR="001C7FD1" w14:paraId="4D0E93EB" w14:textId="77777777">
        <w:trPr>
          <w:cantSplit/>
        </w:trPr>
        <w:tc>
          <w:tcPr>
            <w:tcW w:w="2300" w:type="dxa"/>
          </w:tcPr>
          <w:p w14:paraId="0763DEE9" w14:textId="77777777" w:rsidR="001C7FD1" w:rsidRDefault="003F5285">
            <w:pPr>
              <w:spacing w:after="0" w:line="240" w:lineRule="auto"/>
            </w:pPr>
            <w:sdt>
              <w:sdtPr>
                <w:alias w:val="T477"/>
                <w:tag w:val="T477"/>
                <w:id w:val="100477"/>
                <w:text/>
              </w:sdtPr>
              <w:sdtEndPr/>
              <w:sdtContent>
                <w:r>
                  <w:rPr>
                    <w:rFonts w:eastAsia="Arial"/>
                    <w:color w:val="555555"/>
                  </w:rPr>
                  <w:t>Click or tap to type</w:t>
                </w:r>
              </w:sdtContent>
            </w:sdt>
          </w:p>
        </w:tc>
        <w:tc>
          <w:tcPr>
            <w:tcW w:w="1900" w:type="dxa"/>
          </w:tcPr>
          <w:p w14:paraId="1D6B4582" w14:textId="77777777" w:rsidR="001C7FD1" w:rsidRDefault="003F5285">
            <w:pPr>
              <w:spacing w:after="0" w:line="240" w:lineRule="auto"/>
            </w:pPr>
            <w:sdt>
              <w:sdtPr>
                <w:alias w:val="T478"/>
                <w:tag w:val="T478"/>
                <w:id w:val="100478"/>
                <w:text/>
              </w:sdtPr>
              <w:sdtEndPr/>
              <w:sdtContent>
                <w:r>
                  <w:rPr>
                    <w:rFonts w:eastAsia="Arial"/>
                    <w:color w:val="555555"/>
                  </w:rPr>
                  <w:t>Click or tap to type</w:t>
                </w:r>
              </w:sdtContent>
            </w:sdt>
          </w:p>
        </w:tc>
        <w:tc>
          <w:tcPr>
            <w:tcW w:w="2300" w:type="dxa"/>
          </w:tcPr>
          <w:p w14:paraId="3756588B" w14:textId="77777777" w:rsidR="001C7FD1" w:rsidRDefault="003F5285">
            <w:pPr>
              <w:spacing w:after="0" w:line="240" w:lineRule="auto"/>
            </w:pPr>
            <w:sdt>
              <w:sdtPr>
                <w:alias w:val="T479"/>
                <w:tag w:val="T479"/>
                <w:id w:val="100479"/>
                <w:text/>
              </w:sdtPr>
              <w:sdtEndPr/>
              <w:sdtContent>
                <w:r>
                  <w:rPr>
                    <w:rFonts w:eastAsia="Arial"/>
                    <w:color w:val="555555"/>
                  </w:rPr>
                  <w:t>Click or tap to type</w:t>
                </w:r>
              </w:sdtContent>
            </w:sdt>
          </w:p>
        </w:tc>
        <w:tc>
          <w:tcPr>
            <w:tcW w:w="3140" w:type="dxa"/>
          </w:tcPr>
          <w:p w14:paraId="068F9332" w14:textId="77777777" w:rsidR="001C7FD1" w:rsidRDefault="003F5285">
            <w:pPr>
              <w:spacing w:after="0" w:line="240" w:lineRule="auto"/>
            </w:pPr>
            <w:sdt>
              <w:sdtPr>
                <w:alias w:val="T480"/>
                <w:tag w:val="T480"/>
                <w:id w:val="100480"/>
                <w:text/>
              </w:sdtPr>
              <w:sdtEndPr/>
              <w:sdtContent>
                <w:r>
                  <w:rPr>
                    <w:rFonts w:eastAsia="Arial"/>
                    <w:color w:val="555555"/>
                  </w:rPr>
                  <w:t>Click or tap to type</w:t>
                </w:r>
              </w:sdtContent>
            </w:sdt>
          </w:p>
        </w:tc>
      </w:tr>
      <w:tr w:rsidR="001C7FD1" w14:paraId="7E453DB9" w14:textId="77777777">
        <w:trPr>
          <w:cantSplit/>
        </w:trPr>
        <w:tc>
          <w:tcPr>
            <w:tcW w:w="2300" w:type="dxa"/>
          </w:tcPr>
          <w:p w14:paraId="434D8566" w14:textId="77777777" w:rsidR="001C7FD1" w:rsidRDefault="003F5285">
            <w:pPr>
              <w:spacing w:after="0" w:line="240" w:lineRule="auto"/>
            </w:pPr>
            <w:sdt>
              <w:sdtPr>
                <w:alias w:val="T481"/>
                <w:tag w:val="T481"/>
                <w:id w:val="100481"/>
                <w:text/>
              </w:sdtPr>
              <w:sdtEndPr/>
              <w:sdtContent>
                <w:r>
                  <w:rPr>
                    <w:rFonts w:eastAsia="Arial"/>
                    <w:color w:val="555555"/>
                  </w:rPr>
                  <w:t>Click or tap to type</w:t>
                </w:r>
              </w:sdtContent>
            </w:sdt>
          </w:p>
        </w:tc>
        <w:tc>
          <w:tcPr>
            <w:tcW w:w="1900" w:type="dxa"/>
          </w:tcPr>
          <w:p w14:paraId="10036A88" w14:textId="77777777" w:rsidR="001C7FD1" w:rsidRDefault="003F5285">
            <w:pPr>
              <w:spacing w:after="0" w:line="240" w:lineRule="auto"/>
            </w:pPr>
            <w:sdt>
              <w:sdtPr>
                <w:alias w:val="T482"/>
                <w:tag w:val="T482"/>
                <w:id w:val="100482"/>
                <w:text/>
              </w:sdtPr>
              <w:sdtEndPr/>
              <w:sdtContent>
                <w:r>
                  <w:rPr>
                    <w:rFonts w:eastAsia="Arial"/>
                    <w:color w:val="555555"/>
                  </w:rPr>
                  <w:t>Click or tap to type</w:t>
                </w:r>
              </w:sdtContent>
            </w:sdt>
          </w:p>
        </w:tc>
        <w:tc>
          <w:tcPr>
            <w:tcW w:w="2300" w:type="dxa"/>
          </w:tcPr>
          <w:p w14:paraId="6E1A9A07" w14:textId="77777777" w:rsidR="001C7FD1" w:rsidRDefault="003F5285">
            <w:pPr>
              <w:spacing w:after="0" w:line="240" w:lineRule="auto"/>
            </w:pPr>
            <w:sdt>
              <w:sdtPr>
                <w:alias w:val="T483"/>
                <w:tag w:val="T483"/>
                <w:id w:val="100483"/>
                <w:text/>
              </w:sdtPr>
              <w:sdtEndPr/>
              <w:sdtContent>
                <w:r>
                  <w:rPr>
                    <w:rFonts w:eastAsia="Arial"/>
                    <w:color w:val="555555"/>
                  </w:rPr>
                  <w:t>Click or tap to type</w:t>
                </w:r>
              </w:sdtContent>
            </w:sdt>
          </w:p>
        </w:tc>
        <w:tc>
          <w:tcPr>
            <w:tcW w:w="3140" w:type="dxa"/>
          </w:tcPr>
          <w:p w14:paraId="0D93E858" w14:textId="77777777" w:rsidR="001C7FD1" w:rsidRDefault="003F5285">
            <w:pPr>
              <w:spacing w:after="0" w:line="240" w:lineRule="auto"/>
            </w:pPr>
            <w:sdt>
              <w:sdtPr>
                <w:alias w:val="T484"/>
                <w:tag w:val="T484"/>
                <w:id w:val="100484"/>
                <w:text/>
              </w:sdtPr>
              <w:sdtEndPr/>
              <w:sdtContent>
                <w:r>
                  <w:rPr>
                    <w:rFonts w:eastAsia="Arial"/>
                    <w:color w:val="555555"/>
                  </w:rPr>
                  <w:t>Click or tap to type</w:t>
                </w:r>
              </w:sdtContent>
            </w:sdt>
          </w:p>
        </w:tc>
      </w:tr>
    </w:tbl>
    <w:p w14:paraId="415DE688" w14:textId="77777777" w:rsidR="001C7FD1" w:rsidRDefault="003F5285">
      <w:pPr>
        <w:pStyle w:val="Heading2"/>
      </w:pPr>
      <w:r>
        <w:t>13.2 Participation priorities</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300"/>
        <w:gridCol w:w="6340"/>
      </w:tblGrid>
      <w:tr w:rsidR="001C7FD1" w14:paraId="1061BE96" w14:textId="77777777">
        <w:trPr>
          <w:tblHeader/>
        </w:trPr>
        <w:tc>
          <w:tcPr>
            <w:tcW w:w="3300" w:type="dxa"/>
            <w:shd w:val="clear" w:color="auto" w:fill="4B1F26"/>
            <w:tcMar>
              <w:top w:w="90" w:type="dxa"/>
              <w:left w:w="120" w:type="dxa"/>
              <w:bottom w:w="90" w:type="dxa"/>
              <w:right w:w="120" w:type="dxa"/>
            </w:tcMar>
            <w:vAlign w:val="center"/>
          </w:tcPr>
          <w:p w14:paraId="4A61C0DA" w14:textId="77777777" w:rsidR="001C7FD1" w:rsidRDefault="003F5285">
            <w:pPr>
              <w:spacing w:after="0" w:line="240" w:lineRule="auto"/>
            </w:pPr>
            <w:r>
              <w:rPr>
                <w:rFonts w:eastAsia="Arial"/>
                <w:b/>
                <w:color w:val="FFFFFF"/>
              </w:rPr>
              <w:t>Question</w:t>
            </w:r>
          </w:p>
        </w:tc>
        <w:tc>
          <w:tcPr>
            <w:tcW w:w="6340" w:type="dxa"/>
            <w:shd w:val="clear" w:color="auto" w:fill="4B1F26"/>
            <w:tcMar>
              <w:top w:w="90" w:type="dxa"/>
              <w:left w:w="120" w:type="dxa"/>
              <w:bottom w:w="90" w:type="dxa"/>
              <w:right w:w="120" w:type="dxa"/>
            </w:tcMar>
            <w:vAlign w:val="center"/>
          </w:tcPr>
          <w:p w14:paraId="2330560C" w14:textId="77777777" w:rsidR="001C7FD1" w:rsidRDefault="003F5285">
            <w:pPr>
              <w:spacing w:after="0" w:line="240" w:lineRule="auto"/>
            </w:pPr>
            <w:r>
              <w:rPr>
                <w:rFonts w:eastAsia="Arial"/>
                <w:b/>
                <w:color w:val="FFFFFF"/>
              </w:rPr>
              <w:t>Your response</w:t>
            </w:r>
          </w:p>
        </w:tc>
      </w:tr>
      <w:tr w:rsidR="001C7FD1" w14:paraId="24C242CF" w14:textId="77777777">
        <w:trPr>
          <w:cantSplit/>
        </w:trPr>
        <w:tc>
          <w:tcPr>
            <w:tcW w:w="3300" w:type="dxa"/>
            <w:shd w:val="clear" w:color="auto" w:fill="EEECE1"/>
          </w:tcPr>
          <w:p w14:paraId="10D94B20" w14:textId="77777777" w:rsidR="001C7FD1" w:rsidRDefault="003F5285">
            <w:pPr>
              <w:spacing w:after="0" w:line="240" w:lineRule="auto"/>
            </w:pPr>
            <w:r>
              <w:rPr>
                <w:rFonts w:eastAsia="Arial"/>
                <w:b/>
                <w:color w:val="4B1F26"/>
              </w:rPr>
              <w:t>What relationships and community connections are strongest?</w:t>
            </w:r>
          </w:p>
        </w:tc>
        <w:tc>
          <w:tcPr>
            <w:tcW w:w="6340" w:type="dxa"/>
          </w:tcPr>
          <w:p w14:paraId="7B23BACD" w14:textId="77777777" w:rsidR="001C7FD1" w:rsidRDefault="003F5285">
            <w:pPr>
              <w:spacing w:after="0" w:line="240" w:lineRule="auto"/>
            </w:pPr>
            <w:sdt>
              <w:sdtPr>
                <w:alias w:val="T485"/>
                <w:tag w:val="T485"/>
                <w:id w:val="100485"/>
                <w:text/>
              </w:sdtPr>
              <w:sdtEndPr/>
              <w:sdtContent>
                <w:r>
                  <w:rPr>
                    <w:rFonts w:eastAsia="Arial"/>
                    <w:color w:val="555555"/>
                  </w:rPr>
                  <w:t>Click or tap to type</w:t>
                </w:r>
              </w:sdtContent>
            </w:sdt>
          </w:p>
        </w:tc>
      </w:tr>
      <w:tr w:rsidR="001C7FD1" w14:paraId="0326C779" w14:textId="77777777">
        <w:trPr>
          <w:cantSplit/>
        </w:trPr>
        <w:tc>
          <w:tcPr>
            <w:tcW w:w="3300" w:type="dxa"/>
            <w:shd w:val="clear" w:color="auto" w:fill="EEECE1"/>
          </w:tcPr>
          <w:p w14:paraId="4B89CE40" w14:textId="77777777" w:rsidR="001C7FD1" w:rsidRDefault="003F5285">
            <w:pPr>
              <w:spacing w:after="0" w:line="240" w:lineRule="auto"/>
            </w:pPr>
            <w:r>
              <w:rPr>
                <w:rFonts w:eastAsia="Arial"/>
                <w:b/>
                <w:color w:val="4B1F26"/>
              </w:rPr>
              <w:lastRenderedPageBreak/>
              <w:t>Where does the person feel they belong and can be themselves?</w:t>
            </w:r>
          </w:p>
        </w:tc>
        <w:tc>
          <w:tcPr>
            <w:tcW w:w="6340" w:type="dxa"/>
            <w:shd w:val="clear" w:color="auto" w:fill="F5F4EF"/>
          </w:tcPr>
          <w:p w14:paraId="00BA38EF" w14:textId="77777777" w:rsidR="001C7FD1" w:rsidRDefault="003F5285">
            <w:pPr>
              <w:spacing w:after="0" w:line="240" w:lineRule="auto"/>
            </w:pPr>
            <w:sdt>
              <w:sdtPr>
                <w:alias w:val="T486"/>
                <w:tag w:val="T486"/>
                <w:id w:val="100486"/>
                <w:text/>
              </w:sdtPr>
              <w:sdtEndPr/>
              <w:sdtContent>
                <w:r>
                  <w:rPr>
                    <w:rFonts w:eastAsia="Arial"/>
                    <w:color w:val="555555"/>
                  </w:rPr>
                  <w:t>Click or tap to type</w:t>
                </w:r>
              </w:sdtContent>
            </w:sdt>
          </w:p>
        </w:tc>
      </w:tr>
      <w:tr w:rsidR="001C7FD1" w14:paraId="5E5CBDE3" w14:textId="77777777">
        <w:trPr>
          <w:cantSplit/>
        </w:trPr>
        <w:tc>
          <w:tcPr>
            <w:tcW w:w="3300" w:type="dxa"/>
            <w:shd w:val="clear" w:color="auto" w:fill="EEECE1"/>
          </w:tcPr>
          <w:p w14:paraId="01BF2B9A" w14:textId="77777777" w:rsidR="001C7FD1" w:rsidRDefault="003F5285">
            <w:pPr>
              <w:spacing w:after="0" w:line="240" w:lineRule="auto"/>
            </w:pPr>
            <w:r>
              <w:rPr>
                <w:rFonts w:eastAsia="Arial"/>
                <w:b/>
                <w:color w:val="4B1F26"/>
              </w:rPr>
              <w:t>What activities would they like to start, return to or do more often?</w:t>
            </w:r>
          </w:p>
        </w:tc>
        <w:tc>
          <w:tcPr>
            <w:tcW w:w="6340" w:type="dxa"/>
          </w:tcPr>
          <w:p w14:paraId="1DF86C3A" w14:textId="77777777" w:rsidR="001C7FD1" w:rsidRDefault="003F5285">
            <w:pPr>
              <w:spacing w:after="0" w:line="240" w:lineRule="auto"/>
            </w:pPr>
            <w:sdt>
              <w:sdtPr>
                <w:alias w:val="T487"/>
                <w:tag w:val="T487"/>
                <w:id w:val="100487"/>
                <w:text/>
              </w:sdtPr>
              <w:sdtEndPr/>
              <w:sdtContent>
                <w:r>
                  <w:rPr>
                    <w:rFonts w:eastAsia="Arial"/>
                    <w:color w:val="555555"/>
                  </w:rPr>
                  <w:t>Click or tap to type</w:t>
                </w:r>
              </w:sdtContent>
            </w:sdt>
          </w:p>
        </w:tc>
      </w:tr>
      <w:tr w:rsidR="001C7FD1" w14:paraId="7CA32281" w14:textId="77777777">
        <w:trPr>
          <w:cantSplit/>
        </w:trPr>
        <w:tc>
          <w:tcPr>
            <w:tcW w:w="3300" w:type="dxa"/>
            <w:shd w:val="clear" w:color="auto" w:fill="EEECE1"/>
          </w:tcPr>
          <w:p w14:paraId="26EDA5E0" w14:textId="77777777" w:rsidR="001C7FD1" w:rsidRDefault="003F5285">
            <w:pPr>
              <w:spacing w:after="0" w:line="240" w:lineRule="auto"/>
            </w:pPr>
            <w:r>
              <w:rPr>
                <w:rFonts w:eastAsia="Arial"/>
                <w:b/>
                <w:color w:val="4B1F26"/>
              </w:rPr>
              <w:t>What barriers stop participation - cost, transport, access, confidence, discrimination, fatigue, support availability or something else?</w:t>
            </w:r>
          </w:p>
        </w:tc>
        <w:tc>
          <w:tcPr>
            <w:tcW w:w="6340" w:type="dxa"/>
            <w:shd w:val="clear" w:color="auto" w:fill="F5F4EF"/>
          </w:tcPr>
          <w:p w14:paraId="0601583F" w14:textId="77777777" w:rsidR="001C7FD1" w:rsidRDefault="003F5285">
            <w:pPr>
              <w:spacing w:after="0" w:line="240" w:lineRule="auto"/>
            </w:pPr>
            <w:sdt>
              <w:sdtPr>
                <w:alias w:val="T488"/>
                <w:tag w:val="T488"/>
                <w:id w:val="100488"/>
                <w:text/>
              </w:sdtPr>
              <w:sdtEndPr/>
              <w:sdtContent>
                <w:r>
                  <w:rPr>
                    <w:rFonts w:eastAsia="Arial"/>
                    <w:color w:val="555555"/>
                  </w:rPr>
                  <w:t>Click or tap to type</w:t>
                </w:r>
              </w:sdtContent>
            </w:sdt>
          </w:p>
        </w:tc>
      </w:tr>
      <w:tr w:rsidR="001C7FD1" w14:paraId="7E9E220A" w14:textId="77777777">
        <w:trPr>
          <w:cantSplit/>
        </w:trPr>
        <w:tc>
          <w:tcPr>
            <w:tcW w:w="3300" w:type="dxa"/>
            <w:shd w:val="clear" w:color="auto" w:fill="EEECE1"/>
          </w:tcPr>
          <w:p w14:paraId="196FA2DB" w14:textId="77777777" w:rsidR="001C7FD1" w:rsidRDefault="003F5285">
            <w:pPr>
              <w:spacing w:after="0" w:line="240" w:lineRule="auto"/>
            </w:pPr>
            <w:r>
              <w:rPr>
                <w:rFonts w:eastAsia="Arial"/>
                <w:b/>
                <w:color w:val="4B1F26"/>
              </w:rPr>
              <w:t>What would safe and sustainable community participation require?</w:t>
            </w:r>
          </w:p>
        </w:tc>
        <w:tc>
          <w:tcPr>
            <w:tcW w:w="6340" w:type="dxa"/>
          </w:tcPr>
          <w:p w14:paraId="6AC765ED" w14:textId="77777777" w:rsidR="001C7FD1" w:rsidRDefault="003F5285">
            <w:pPr>
              <w:spacing w:after="0" w:line="240" w:lineRule="auto"/>
            </w:pPr>
            <w:sdt>
              <w:sdtPr>
                <w:alias w:val="T489"/>
                <w:tag w:val="T489"/>
                <w:id w:val="100489"/>
                <w:text/>
              </w:sdtPr>
              <w:sdtEndPr/>
              <w:sdtContent>
                <w:r>
                  <w:rPr>
                    <w:rFonts w:eastAsia="Arial"/>
                    <w:color w:val="555555"/>
                  </w:rPr>
                  <w:t>Click or tap to type</w:t>
                </w:r>
              </w:sdtContent>
            </w:sdt>
          </w:p>
        </w:tc>
      </w:tr>
    </w:tbl>
    <w:p w14:paraId="138CDE09" w14:textId="77777777" w:rsidR="001C7FD1" w:rsidRDefault="003F5285">
      <w:pPr>
        <w:pStyle w:val="Heading1"/>
      </w:pPr>
      <w:r>
        <w:t>14. Wara Yindi Safety, Supervision and Safeguarding Profile</w:t>
      </w:r>
    </w:p>
    <w:p w14:paraId="1E2EB140" w14:textId="77777777" w:rsidR="001C7FD1" w:rsidRDefault="003F5285">
      <w:pPr>
        <w:spacing w:after="160" w:line="269" w:lineRule="auto"/>
      </w:pPr>
      <w:r>
        <w:rPr>
          <w:rFonts w:eastAsia="Arial"/>
        </w:rPr>
        <w:t>This section supports safe planning and does not replace a formal risk assessment or emergency plan. Record both risk and protective factors. Use respectful, factual language and do not investigate disclosures beyond your role.</w:t>
      </w:r>
    </w:p>
    <w:tbl>
      <w:tblPr>
        <w:tblW w:w="9640" w:type="dxa"/>
        <w:tblInd w:w="120" w:type="dxa"/>
        <w:tblBorders>
          <w:top w:val="single" w:sz="6" w:space="0" w:color="DDD9C3"/>
          <w:left w:val="single" w:sz="6" w:space="0" w:color="DDD9C3"/>
          <w:bottom w:val="single" w:sz="6" w:space="0" w:color="DDD9C3"/>
          <w:right w:val="single" w:sz="6" w:space="0" w:color="DDD9C3"/>
          <w:insideH w:val="single" w:sz="6" w:space="0" w:color="DDD9C3"/>
          <w:insideV w:val="single" w:sz="6" w:space="0" w:color="DDD9C3"/>
        </w:tblBorders>
        <w:tblLayout w:type="fixed"/>
        <w:tblLook w:val="04A0" w:firstRow="1" w:lastRow="0" w:firstColumn="1" w:lastColumn="0" w:noHBand="0" w:noVBand="1"/>
      </w:tblPr>
      <w:tblGrid>
        <w:gridCol w:w="9640"/>
      </w:tblGrid>
      <w:tr w:rsidR="001C7FD1" w14:paraId="7C76A206" w14:textId="77777777">
        <w:trPr>
          <w:cantSplit/>
        </w:trPr>
        <w:tc>
          <w:tcPr>
            <w:tcW w:w="9640" w:type="dxa"/>
            <w:shd w:val="clear" w:color="auto" w:fill="F7E8E8"/>
            <w:tcMar>
              <w:top w:w="90" w:type="dxa"/>
              <w:left w:w="120" w:type="dxa"/>
              <w:bottom w:w="90" w:type="dxa"/>
              <w:right w:w="120" w:type="dxa"/>
            </w:tcMar>
            <w:vAlign w:val="center"/>
          </w:tcPr>
          <w:p w14:paraId="00529DA6" w14:textId="77777777" w:rsidR="001C7FD1" w:rsidRDefault="003F5285">
            <w:pPr>
              <w:spacing w:after="0" w:line="240" w:lineRule="auto"/>
            </w:pPr>
            <w:r>
              <w:rPr>
                <w:rFonts w:eastAsia="Arial"/>
                <w:b/>
                <w:color w:val="4B1F26"/>
              </w:rPr>
              <w:t xml:space="preserve">Action required: </w:t>
            </w:r>
            <w:r>
              <w:rPr>
                <w:rFonts w:eastAsia="Arial"/>
              </w:rPr>
              <w:t>Any current concern about abuse, neglect, exploitation, violence, self-harm, suicide, medical emergency or unauthorised restrictive practice must be escalated immediately under applicable safeguarding, incident, mandatory reporting and emergency procedures.</w:t>
            </w:r>
          </w:p>
        </w:tc>
      </w:tr>
    </w:tbl>
    <w:p w14:paraId="6E32AD46" w14:textId="77777777" w:rsidR="001C7FD1" w:rsidRDefault="003F5285">
      <w:pPr>
        <w:spacing w:before="100" w:after="0" w:line="72" w:lineRule="auto"/>
      </w:pPr>
      <w:r>
        <w:rPr>
          <w:rFonts w:eastAsia="Arial"/>
          <w:color w:val="FFFFFF"/>
          <w:sz w:val="8"/>
        </w:rPr>
        <w:t xml:space="preserve"> </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700"/>
        <w:gridCol w:w="1350"/>
        <w:gridCol w:w="1350"/>
        <w:gridCol w:w="3240"/>
      </w:tblGrid>
      <w:tr w:rsidR="001C7FD1" w14:paraId="2A52F962" w14:textId="77777777">
        <w:trPr>
          <w:tblHeader/>
        </w:trPr>
        <w:tc>
          <w:tcPr>
            <w:tcW w:w="3700" w:type="dxa"/>
            <w:shd w:val="clear" w:color="auto" w:fill="4B1F26"/>
            <w:tcMar>
              <w:top w:w="90" w:type="dxa"/>
              <w:left w:w="120" w:type="dxa"/>
              <w:bottom w:w="90" w:type="dxa"/>
              <w:right w:w="120" w:type="dxa"/>
            </w:tcMar>
            <w:vAlign w:val="center"/>
          </w:tcPr>
          <w:p w14:paraId="292E50A4" w14:textId="77777777" w:rsidR="001C7FD1" w:rsidRDefault="003F5285">
            <w:pPr>
              <w:spacing w:after="0" w:line="240" w:lineRule="auto"/>
              <w:jc w:val="center"/>
            </w:pPr>
            <w:r>
              <w:rPr>
                <w:rFonts w:eastAsia="Arial"/>
                <w:b/>
                <w:color w:val="FFFFFF"/>
              </w:rPr>
              <w:t>Safety area</w:t>
            </w:r>
          </w:p>
        </w:tc>
        <w:tc>
          <w:tcPr>
            <w:tcW w:w="1350" w:type="dxa"/>
            <w:shd w:val="clear" w:color="auto" w:fill="4B1F26"/>
            <w:tcMar>
              <w:top w:w="90" w:type="dxa"/>
              <w:left w:w="120" w:type="dxa"/>
              <w:bottom w:w="90" w:type="dxa"/>
              <w:right w:w="120" w:type="dxa"/>
            </w:tcMar>
            <w:vAlign w:val="center"/>
          </w:tcPr>
          <w:p w14:paraId="70D860F1" w14:textId="77777777" w:rsidR="001C7FD1" w:rsidRDefault="003F5285">
            <w:pPr>
              <w:spacing w:after="0" w:line="240" w:lineRule="auto"/>
              <w:jc w:val="center"/>
            </w:pPr>
            <w:r>
              <w:rPr>
                <w:rFonts w:eastAsia="Arial"/>
                <w:b/>
                <w:color w:val="FFFFFF"/>
              </w:rPr>
              <w:t>Current?</w:t>
            </w:r>
          </w:p>
        </w:tc>
        <w:tc>
          <w:tcPr>
            <w:tcW w:w="1350" w:type="dxa"/>
            <w:shd w:val="clear" w:color="auto" w:fill="4B1F26"/>
            <w:tcMar>
              <w:top w:w="90" w:type="dxa"/>
              <w:left w:w="120" w:type="dxa"/>
              <w:bottom w:w="90" w:type="dxa"/>
              <w:right w:w="120" w:type="dxa"/>
            </w:tcMar>
            <w:vAlign w:val="center"/>
          </w:tcPr>
          <w:p w14:paraId="380BF4B0" w14:textId="77777777" w:rsidR="001C7FD1" w:rsidRDefault="003F5285">
            <w:pPr>
              <w:spacing w:after="0" w:line="240" w:lineRule="auto"/>
              <w:jc w:val="center"/>
            </w:pPr>
            <w:r>
              <w:rPr>
                <w:rFonts w:eastAsia="Arial"/>
                <w:b/>
                <w:color w:val="FFFFFF"/>
              </w:rPr>
              <w:t>History?</w:t>
            </w:r>
          </w:p>
        </w:tc>
        <w:tc>
          <w:tcPr>
            <w:tcW w:w="3240" w:type="dxa"/>
            <w:shd w:val="clear" w:color="auto" w:fill="4B1F26"/>
            <w:tcMar>
              <w:top w:w="90" w:type="dxa"/>
              <w:left w:w="120" w:type="dxa"/>
              <w:bottom w:w="90" w:type="dxa"/>
              <w:right w:w="120" w:type="dxa"/>
            </w:tcMar>
            <w:vAlign w:val="center"/>
          </w:tcPr>
          <w:p w14:paraId="3DB6D695" w14:textId="77777777" w:rsidR="001C7FD1" w:rsidRDefault="003F5285">
            <w:pPr>
              <w:spacing w:after="0" w:line="240" w:lineRule="auto"/>
              <w:jc w:val="center"/>
            </w:pPr>
            <w:r>
              <w:rPr>
                <w:rFonts w:eastAsia="Arial"/>
                <w:b/>
                <w:color w:val="FFFFFF"/>
              </w:rPr>
              <w:t>Details, protective factors and action required</w:t>
            </w:r>
          </w:p>
        </w:tc>
      </w:tr>
      <w:tr w:rsidR="001C7FD1" w14:paraId="6B7B51D9" w14:textId="77777777">
        <w:trPr>
          <w:cantSplit/>
        </w:trPr>
        <w:tc>
          <w:tcPr>
            <w:tcW w:w="3700" w:type="dxa"/>
          </w:tcPr>
          <w:p w14:paraId="4C35E39E" w14:textId="77777777" w:rsidR="001C7FD1" w:rsidRDefault="003F5285">
            <w:pPr>
              <w:spacing w:after="0" w:line="240" w:lineRule="auto"/>
            </w:pPr>
            <w:r>
              <w:rPr>
                <w:rFonts w:eastAsia="Arial"/>
                <w:b/>
              </w:rPr>
              <w:t>Suicidal thoughts, plans, attempts or statements about not wanting to live</w:t>
            </w:r>
          </w:p>
        </w:tc>
        <w:tc>
          <w:tcPr>
            <w:tcW w:w="1350" w:type="dxa"/>
          </w:tcPr>
          <w:p w14:paraId="4A69F505" w14:textId="77777777" w:rsidR="001C7FD1" w:rsidRDefault="003F5285">
            <w:pPr>
              <w:spacing w:after="0" w:line="240" w:lineRule="auto"/>
            </w:pPr>
            <w:sdt>
              <w:sdtPr>
                <w:alias w:val="Y490"/>
                <w:tag w:val="Y490"/>
                <w:id w:val="100490"/>
                <w:text/>
              </w:sdtPr>
              <w:sdtEndPr/>
              <w:sdtContent>
                <w:r>
                  <w:rPr>
                    <w:rFonts w:eastAsia="Arial"/>
                    <w:color w:val="555555"/>
                  </w:rPr>
                  <w:t>Yes / No / Not sure</w:t>
                </w:r>
              </w:sdtContent>
            </w:sdt>
          </w:p>
        </w:tc>
        <w:tc>
          <w:tcPr>
            <w:tcW w:w="1350" w:type="dxa"/>
          </w:tcPr>
          <w:p w14:paraId="5DE9ABBD" w14:textId="77777777" w:rsidR="001C7FD1" w:rsidRDefault="003F5285">
            <w:pPr>
              <w:spacing w:after="0" w:line="240" w:lineRule="auto"/>
            </w:pPr>
            <w:sdt>
              <w:sdtPr>
                <w:alias w:val="Y491"/>
                <w:tag w:val="Y491"/>
                <w:id w:val="100491"/>
                <w:text/>
              </w:sdtPr>
              <w:sdtEndPr/>
              <w:sdtContent>
                <w:r>
                  <w:rPr>
                    <w:rFonts w:eastAsia="Arial"/>
                    <w:color w:val="555555"/>
                  </w:rPr>
                  <w:t>Yes / No / Not sure</w:t>
                </w:r>
              </w:sdtContent>
            </w:sdt>
          </w:p>
        </w:tc>
        <w:tc>
          <w:tcPr>
            <w:tcW w:w="3240" w:type="dxa"/>
          </w:tcPr>
          <w:p w14:paraId="686E5337" w14:textId="77777777" w:rsidR="001C7FD1" w:rsidRDefault="003F5285">
            <w:pPr>
              <w:spacing w:after="0" w:line="240" w:lineRule="auto"/>
            </w:pPr>
            <w:sdt>
              <w:sdtPr>
                <w:alias w:val="T492"/>
                <w:tag w:val="T492"/>
                <w:id w:val="100492"/>
                <w:text/>
              </w:sdtPr>
              <w:sdtEndPr/>
              <w:sdtContent>
                <w:r>
                  <w:rPr>
                    <w:rFonts w:eastAsia="Arial"/>
                    <w:color w:val="555555"/>
                  </w:rPr>
                  <w:t>Click or tap to type</w:t>
                </w:r>
              </w:sdtContent>
            </w:sdt>
          </w:p>
        </w:tc>
      </w:tr>
      <w:tr w:rsidR="001C7FD1" w14:paraId="2910218C" w14:textId="77777777">
        <w:trPr>
          <w:cantSplit/>
        </w:trPr>
        <w:tc>
          <w:tcPr>
            <w:tcW w:w="3700" w:type="dxa"/>
            <w:shd w:val="clear" w:color="auto" w:fill="F5F4EF"/>
          </w:tcPr>
          <w:p w14:paraId="74FFEF1C" w14:textId="77777777" w:rsidR="001C7FD1" w:rsidRDefault="003F5285">
            <w:pPr>
              <w:spacing w:after="0" w:line="240" w:lineRule="auto"/>
            </w:pPr>
            <w:r>
              <w:rPr>
                <w:rFonts w:eastAsia="Arial"/>
                <w:b/>
              </w:rPr>
              <w:t>Self-injury or other actions that may cause harm to self</w:t>
            </w:r>
          </w:p>
        </w:tc>
        <w:tc>
          <w:tcPr>
            <w:tcW w:w="1350" w:type="dxa"/>
            <w:shd w:val="clear" w:color="auto" w:fill="F5F4EF"/>
          </w:tcPr>
          <w:p w14:paraId="1984F9FD" w14:textId="77777777" w:rsidR="001C7FD1" w:rsidRDefault="003F5285">
            <w:pPr>
              <w:spacing w:after="0" w:line="240" w:lineRule="auto"/>
            </w:pPr>
            <w:sdt>
              <w:sdtPr>
                <w:alias w:val="Y493"/>
                <w:tag w:val="Y493"/>
                <w:id w:val="100493"/>
                <w:text/>
              </w:sdtPr>
              <w:sdtEndPr/>
              <w:sdtContent>
                <w:r>
                  <w:rPr>
                    <w:rFonts w:eastAsia="Arial"/>
                    <w:color w:val="555555"/>
                  </w:rPr>
                  <w:t>Yes / No / Not sure</w:t>
                </w:r>
              </w:sdtContent>
            </w:sdt>
          </w:p>
        </w:tc>
        <w:tc>
          <w:tcPr>
            <w:tcW w:w="1350" w:type="dxa"/>
            <w:shd w:val="clear" w:color="auto" w:fill="F5F4EF"/>
          </w:tcPr>
          <w:p w14:paraId="1D771948" w14:textId="77777777" w:rsidR="001C7FD1" w:rsidRDefault="003F5285">
            <w:pPr>
              <w:spacing w:after="0" w:line="240" w:lineRule="auto"/>
            </w:pPr>
            <w:sdt>
              <w:sdtPr>
                <w:alias w:val="Y494"/>
                <w:tag w:val="Y494"/>
                <w:id w:val="100494"/>
                <w:text/>
              </w:sdtPr>
              <w:sdtEndPr/>
              <w:sdtContent>
                <w:r>
                  <w:rPr>
                    <w:rFonts w:eastAsia="Arial"/>
                    <w:color w:val="555555"/>
                  </w:rPr>
                  <w:t>Yes / No / Not sure</w:t>
                </w:r>
              </w:sdtContent>
            </w:sdt>
          </w:p>
        </w:tc>
        <w:tc>
          <w:tcPr>
            <w:tcW w:w="3240" w:type="dxa"/>
            <w:shd w:val="clear" w:color="auto" w:fill="F5F4EF"/>
          </w:tcPr>
          <w:p w14:paraId="7D11A5BC" w14:textId="77777777" w:rsidR="001C7FD1" w:rsidRDefault="003F5285">
            <w:pPr>
              <w:spacing w:after="0" w:line="240" w:lineRule="auto"/>
            </w:pPr>
            <w:sdt>
              <w:sdtPr>
                <w:alias w:val="T495"/>
                <w:tag w:val="T495"/>
                <w:id w:val="100495"/>
                <w:text/>
              </w:sdtPr>
              <w:sdtEndPr/>
              <w:sdtContent>
                <w:r>
                  <w:rPr>
                    <w:rFonts w:eastAsia="Arial"/>
                    <w:color w:val="555555"/>
                  </w:rPr>
                  <w:t>Click or tap to type</w:t>
                </w:r>
              </w:sdtContent>
            </w:sdt>
          </w:p>
        </w:tc>
      </w:tr>
      <w:tr w:rsidR="001C7FD1" w14:paraId="102438D3" w14:textId="77777777">
        <w:trPr>
          <w:cantSplit/>
        </w:trPr>
        <w:tc>
          <w:tcPr>
            <w:tcW w:w="3700" w:type="dxa"/>
          </w:tcPr>
          <w:p w14:paraId="6AE3C243" w14:textId="77777777" w:rsidR="001C7FD1" w:rsidRDefault="003F5285">
            <w:pPr>
              <w:spacing w:after="0" w:line="240" w:lineRule="auto"/>
            </w:pPr>
            <w:r>
              <w:rPr>
                <w:rFonts w:eastAsia="Arial"/>
                <w:b/>
              </w:rPr>
              <w:t>Aggression, threats, intimidation, weapons or harm to others/animals</w:t>
            </w:r>
          </w:p>
        </w:tc>
        <w:tc>
          <w:tcPr>
            <w:tcW w:w="1350" w:type="dxa"/>
          </w:tcPr>
          <w:p w14:paraId="3EA06C57" w14:textId="77777777" w:rsidR="001C7FD1" w:rsidRDefault="003F5285">
            <w:pPr>
              <w:spacing w:after="0" w:line="240" w:lineRule="auto"/>
            </w:pPr>
            <w:sdt>
              <w:sdtPr>
                <w:alias w:val="Y496"/>
                <w:tag w:val="Y496"/>
                <w:id w:val="100496"/>
                <w:text/>
              </w:sdtPr>
              <w:sdtEndPr/>
              <w:sdtContent>
                <w:r>
                  <w:rPr>
                    <w:rFonts w:eastAsia="Arial"/>
                    <w:color w:val="555555"/>
                  </w:rPr>
                  <w:t>Yes / No / Not sure</w:t>
                </w:r>
              </w:sdtContent>
            </w:sdt>
          </w:p>
        </w:tc>
        <w:tc>
          <w:tcPr>
            <w:tcW w:w="1350" w:type="dxa"/>
          </w:tcPr>
          <w:p w14:paraId="2B6923F1" w14:textId="77777777" w:rsidR="001C7FD1" w:rsidRDefault="003F5285">
            <w:pPr>
              <w:spacing w:after="0" w:line="240" w:lineRule="auto"/>
            </w:pPr>
            <w:sdt>
              <w:sdtPr>
                <w:alias w:val="Y497"/>
                <w:tag w:val="Y497"/>
                <w:id w:val="100497"/>
                <w:text/>
              </w:sdtPr>
              <w:sdtEndPr/>
              <w:sdtContent>
                <w:r>
                  <w:rPr>
                    <w:rFonts w:eastAsia="Arial"/>
                    <w:color w:val="555555"/>
                  </w:rPr>
                  <w:t>Yes / No / Not sure</w:t>
                </w:r>
              </w:sdtContent>
            </w:sdt>
          </w:p>
        </w:tc>
        <w:tc>
          <w:tcPr>
            <w:tcW w:w="3240" w:type="dxa"/>
          </w:tcPr>
          <w:p w14:paraId="7B94A253" w14:textId="77777777" w:rsidR="001C7FD1" w:rsidRDefault="003F5285">
            <w:pPr>
              <w:spacing w:after="0" w:line="240" w:lineRule="auto"/>
            </w:pPr>
            <w:sdt>
              <w:sdtPr>
                <w:alias w:val="T498"/>
                <w:tag w:val="T498"/>
                <w:id w:val="100498"/>
                <w:text/>
              </w:sdtPr>
              <w:sdtEndPr/>
              <w:sdtContent>
                <w:r>
                  <w:rPr>
                    <w:rFonts w:eastAsia="Arial"/>
                    <w:color w:val="555555"/>
                  </w:rPr>
                  <w:t>Click or tap to type</w:t>
                </w:r>
              </w:sdtContent>
            </w:sdt>
          </w:p>
        </w:tc>
      </w:tr>
      <w:tr w:rsidR="001C7FD1" w14:paraId="73914EA9" w14:textId="77777777">
        <w:trPr>
          <w:cantSplit/>
        </w:trPr>
        <w:tc>
          <w:tcPr>
            <w:tcW w:w="3700" w:type="dxa"/>
            <w:shd w:val="clear" w:color="auto" w:fill="F5F4EF"/>
          </w:tcPr>
          <w:p w14:paraId="58A4B511" w14:textId="77777777" w:rsidR="001C7FD1" w:rsidRDefault="003F5285">
            <w:pPr>
              <w:spacing w:after="0" w:line="240" w:lineRule="auto"/>
            </w:pPr>
            <w:r>
              <w:rPr>
                <w:rFonts w:eastAsia="Arial"/>
                <w:b/>
              </w:rPr>
              <w:t>Property damage, fire-setting or unsafe use of household equipment</w:t>
            </w:r>
          </w:p>
        </w:tc>
        <w:tc>
          <w:tcPr>
            <w:tcW w:w="1350" w:type="dxa"/>
            <w:shd w:val="clear" w:color="auto" w:fill="F5F4EF"/>
          </w:tcPr>
          <w:p w14:paraId="41C332C7" w14:textId="77777777" w:rsidR="001C7FD1" w:rsidRDefault="003F5285">
            <w:pPr>
              <w:spacing w:after="0" w:line="240" w:lineRule="auto"/>
            </w:pPr>
            <w:sdt>
              <w:sdtPr>
                <w:alias w:val="Y499"/>
                <w:tag w:val="Y499"/>
                <w:id w:val="100499"/>
                <w:text/>
              </w:sdtPr>
              <w:sdtEndPr/>
              <w:sdtContent>
                <w:r>
                  <w:rPr>
                    <w:rFonts w:eastAsia="Arial"/>
                    <w:color w:val="555555"/>
                  </w:rPr>
                  <w:t>Yes / No / Not sure</w:t>
                </w:r>
              </w:sdtContent>
            </w:sdt>
          </w:p>
        </w:tc>
        <w:tc>
          <w:tcPr>
            <w:tcW w:w="1350" w:type="dxa"/>
            <w:shd w:val="clear" w:color="auto" w:fill="F5F4EF"/>
          </w:tcPr>
          <w:p w14:paraId="787FE1D1" w14:textId="77777777" w:rsidR="001C7FD1" w:rsidRDefault="003F5285">
            <w:pPr>
              <w:spacing w:after="0" w:line="240" w:lineRule="auto"/>
            </w:pPr>
            <w:sdt>
              <w:sdtPr>
                <w:alias w:val="Y500"/>
                <w:tag w:val="Y500"/>
                <w:id w:val="100500"/>
                <w:text/>
              </w:sdtPr>
              <w:sdtEndPr/>
              <w:sdtContent>
                <w:r>
                  <w:rPr>
                    <w:rFonts w:eastAsia="Arial"/>
                    <w:color w:val="555555"/>
                  </w:rPr>
                  <w:t>Yes / No / Not sure</w:t>
                </w:r>
              </w:sdtContent>
            </w:sdt>
          </w:p>
        </w:tc>
        <w:tc>
          <w:tcPr>
            <w:tcW w:w="3240" w:type="dxa"/>
            <w:shd w:val="clear" w:color="auto" w:fill="F5F4EF"/>
          </w:tcPr>
          <w:p w14:paraId="5D0713D9" w14:textId="77777777" w:rsidR="001C7FD1" w:rsidRDefault="003F5285">
            <w:pPr>
              <w:spacing w:after="0" w:line="240" w:lineRule="auto"/>
            </w:pPr>
            <w:sdt>
              <w:sdtPr>
                <w:alias w:val="T501"/>
                <w:tag w:val="T501"/>
                <w:id w:val="100501"/>
                <w:text/>
              </w:sdtPr>
              <w:sdtEndPr/>
              <w:sdtContent>
                <w:r>
                  <w:rPr>
                    <w:rFonts w:eastAsia="Arial"/>
                    <w:color w:val="555555"/>
                  </w:rPr>
                  <w:t>Click or tap to type</w:t>
                </w:r>
              </w:sdtContent>
            </w:sdt>
          </w:p>
        </w:tc>
      </w:tr>
      <w:tr w:rsidR="001C7FD1" w14:paraId="0773C26C" w14:textId="77777777">
        <w:trPr>
          <w:cantSplit/>
        </w:trPr>
        <w:tc>
          <w:tcPr>
            <w:tcW w:w="3700" w:type="dxa"/>
          </w:tcPr>
          <w:p w14:paraId="288399A4" w14:textId="77777777" w:rsidR="001C7FD1" w:rsidRDefault="003F5285">
            <w:pPr>
              <w:spacing w:after="0" w:line="240" w:lineRule="auto"/>
            </w:pPr>
            <w:r>
              <w:rPr>
                <w:rFonts w:eastAsia="Arial"/>
                <w:b/>
              </w:rPr>
              <w:t>Abuse, neglect, family violence, coercion or controlling behaviour</w:t>
            </w:r>
          </w:p>
        </w:tc>
        <w:tc>
          <w:tcPr>
            <w:tcW w:w="1350" w:type="dxa"/>
          </w:tcPr>
          <w:p w14:paraId="5BA9DFF3" w14:textId="77777777" w:rsidR="001C7FD1" w:rsidRDefault="003F5285">
            <w:pPr>
              <w:spacing w:after="0" w:line="240" w:lineRule="auto"/>
            </w:pPr>
            <w:sdt>
              <w:sdtPr>
                <w:alias w:val="Y502"/>
                <w:tag w:val="Y502"/>
                <w:id w:val="100502"/>
                <w:text/>
              </w:sdtPr>
              <w:sdtEndPr/>
              <w:sdtContent>
                <w:r>
                  <w:rPr>
                    <w:rFonts w:eastAsia="Arial"/>
                    <w:color w:val="555555"/>
                  </w:rPr>
                  <w:t>Yes / No / Not sure</w:t>
                </w:r>
              </w:sdtContent>
            </w:sdt>
          </w:p>
        </w:tc>
        <w:tc>
          <w:tcPr>
            <w:tcW w:w="1350" w:type="dxa"/>
          </w:tcPr>
          <w:p w14:paraId="1F015009" w14:textId="77777777" w:rsidR="001C7FD1" w:rsidRDefault="003F5285">
            <w:pPr>
              <w:spacing w:after="0" w:line="240" w:lineRule="auto"/>
            </w:pPr>
            <w:sdt>
              <w:sdtPr>
                <w:alias w:val="Y503"/>
                <w:tag w:val="Y503"/>
                <w:id w:val="100503"/>
                <w:text/>
              </w:sdtPr>
              <w:sdtEndPr/>
              <w:sdtContent>
                <w:r>
                  <w:rPr>
                    <w:rFonts w:eastAsia="Arial"/>
                    <w:color w:val="555555"/>
                  </w:rPr>
                  <w:t>Yes / No / Not sure</w:t>
                </w:r>
              </w:sdtContent>
            </w:sdt>
          </w:p>
        </w:tc>
        <w:tc>
          <w:tcPr>
            <w:tcW w:w="3240" w:type="dxa"/>
          </w:tcPr>
          <w:p w14:paraId="10682C2F" w14:textId="77777777" w:rsidR="001C7FD1" w:rsidRDefault="003F5285">
            <w:pPr>
              <w:spacing w:after="0" w:line="240" w:lineRule="auto"/>
            </w:pPr>
            <w:sdt>
              <w:sdtPr>
                <w:alias w:val="T504"/>
                <w:tag w:val="T504"/>
                <w:id w:val="100504"/>
                <w:text/>
              </w:sdtPr>
              <w:sdtEndPr/>
              <w:sdtContent>
                <w:r>
                  <w:rPr>
                    <w:rFonts w:eastAsia="Arial"/>
                    <w:color w:val="555555"/>
                  </w:rPr>
                  <w:t>Click or tap to type</w:t>
                </w:r>
              </w:sdtContent>
            </w:sdt>
          </w:p>
        </w:tc>
      </w:tr>
      <w:tr w:rsidR="001C7FD1" w14:paraId="67D37A7F" w14:textId="77777777">
        <w:trPr>
          <w:cantSplit/>
        </w:trPr>
        <w:tc>
          <w:tcPr>
            <w:tcW w:w="3700" w:type="dxa"/>
            <w:shd w:val="clear" w:color="auto" w:fill="F5F4EF"/>
          </w:tcPr>
          <w:p w14:paraId="7EF65750" w14:textId="77777777" w:rsidR="001C7FD1" w:rsidRDefault="003F5285">
            <w:pPr>
              <w:spacing w:after="0" w:line="240" w:lineRule="auto"/>
            </w:pPr>
            <w:r>
              <w:rPr>
                <w:rFonts w:eastAsia="Arial"/>
                <w:b/>
              </w:rPr>
              <w:lastRenderedPageBreak/>
              <w:t>Sexual safety, consent concerns, unsafe contact or exploitation</w:t>
            </w:r>
          </w:p>
        </w:tc>
        <w:tc>
          <w:tcPr>
            <w:tcW w:w="1350" w:type="dxa"/>
            <w:shd w:val="clear" w:color="auto" w:fill="F5F4EF"/>
          </w:tcPr>
          <w:p w14:paraId="4B808D1A" w14:textId="77777777" w:rsidR="001C7FD1" w:rsidRDefault="003F5285">
            <w:pPr>
              <w:spacing w:after="0" w:line="240" w:lineRule="auto"/>
            </w:pPr>
            <w:sdt>
              <w:sdtPr>
                <w:alias w:val="Y505"/>
                <w:tag w:val="Y505"/>
                <w:id w:val="100505"/>
                <w:text/>
              </w:sdtPr>
              <w:sdtEndPr/>
              <w:sdtContent>
                <w:r>
                  <w:rPr>
                    <w:rFonts w:eastAsia="Arial"/>
                    <w:color w:val="555555"/>
                  </w:rPr>
                  <w:t>Yes / No / Not sure</w:t>
                </w:r>
              </w:sdtContent>
            </w:sdt>
          </w:p>
        </w:tc>
        <w:tc>
          <w:tcPr>
            <w:tcW w:w="1350" w:type="dxa"/>
            <w:shd w:val="clear" w:color="auto" w:fill="F5F4EF"/>
          </w:tcPr>
          <w:p w14:paraId="1DB1EDCC" w14:textId="77777777" w:rsidR="001C7FD1" w:rsidRDefault="003F5285">
            <w:pPr>
              <w:spacing w:after="0" w:line="240" w:lineRule="auto"/>
            </w:pPr>
            <w:sdt>
              <w:sdtPr>
                <w:alias w:val="Y506"/>
                <w:tag w:val="Y506"/>
                <w:id w:val="100506"/>
                <w:text/>
              </w:sdtPr>
              <w:sdtEndPr/>
              <w:sdtContent>
                <w:r>
                  <w:rPr>
                    <w:rFonts w:eastAsia="Arial"/>
                    <w:color w:val="555555"/>
                  </w:rPr>
                  <w:t>Yes / No / Not sure</w:t>
                </w:r>
              </w:sdtContent>
            </w:sdt>
          </w:p>
        </w:tc>
        <w:tc>
          <w:tcPr>
            <w:tcW w:w="3240" w:type="dxa"/>
            <w:shd w:val="clear" w:color="auto" w:fill="F5F4EF"/>
          </w:tcPr>
          <w:p w14:paraId="4DFC6C4C" w14:textId="77777777" w:rsidR="001C7FD1" w:rsidRDefault="003F5285">
            <w:pPr>
              <w:spacing w:after="0" w:line="240" w:lineRule="auto"/>
            </w:pPr>
            <w:sdt>
              <w:sdtPr>
                <w:alias w:val="T507"/>
                <w:tag w:val="T507"/>
                <w:id w:val="100507"/>
                <w:text/>
              </w:sdtPr>
              <w:sdtEndPr/>
              <w:sdtContent>
                <w:r>
                  <w:rPr>
                    <w:rFonts w:eastAsia="Arial"/>
                    <w:color w:val="555555"/>
                  </w:rPr>
                  <w:t>Click or tap to type</w:t>
                </w:r>
              </w:sdtContent>
            </w:sdt>
          </w:p>
        </w:tc>
      </w:tr>
      <w:tr w:rsidR="001C7FD1" w14:paraId="7E158128" w14:textId="77777777">
        <w:trPr>
          <w:cantSplit/>
        </w:trPr>
        <w:tc>
          <w:tcPr>
            <w:tcW w:w="3700" w:type="dxa"/>
          </w:tcPr>
          <w:p w14:paraId="370F40A4" w14:textId="77777777" w:rsidR="001C7FD1" w:rsidRDefault="003F5285">
            <w:pPr>
              <w:spacing w:after="0" w:line="240" w:lineRule="auto"/>
            </w:pPr>
            <w:r>
              <w:rPr>
                <w:rFonts w:eastAsia="Arial"/>
                <w:b/>
              </w:rPr>
              <w:t>Bullying, stalking, harassment, targeting or exploitation by others</w:t>
            </w:r>
          </w:p>
        </w:tc>
        <w:tc>
          <w:tcPr>
            <w:tcW w:w="1350" w:type="dxa"/>
          </w:tcPr>
          <w:p w14:paraId="5F2F99A2" w14:textId="77777777" w:rsidR="001C7FD1" w:rsidRDefault="003F5285">
            <w:pPr>
              <w:spacing w:after="0" w:line="240" w:lineRule="auto"/>
            </w:pPr>
            <w:sdt>
              <w:sdtPr>
                <w:alias w:val="Y508"/>
                <w:tag w:val="Y508"/>
                <w:id w:val="100508"/>
                <w:text/>
              </w:sdtPr>
              <w:sdtEndPr/>
              <w:sdtContent>
                <w:r>
                  <w:rPr>
                    <w:rFonts w:eastAsia="Arial"/>
                    <w:color w:val="555555"/>
                  </w:rPr>
                  <w:t>Yes / No / Not sure</w:t>
                </w:r>
              </w:sdtContent>
            </w:sdt>
          </w:p>
        </w:tc>
        <w:tc>
          <w:tcPr>
            <w:tcW w:w="1350" w:type="dxa"/>
          </w:tcPr>
          <w:p w14:paraId="4025D5AF" w14:textId="77777777" w:rsidR="001C7FD1" w:rsidRDefault="003F5285">
            <w:pPr>
              <w:spacing w:after="0" w:line="240" w:lineRule="auto"/>
            </w:pPr>
            <w:sdt>
              <w:sdtPr>
                <w:alias w:val="Y509"/>
                <w:tag w:val="Y509"/>
                <w:id w:val="100509"/>
                <w:text/>
              </w:sdtPr>
              <w:sdtEndPr/>
              <w:sdtContent>
                <w:r>
                  <w:rPr>
                    <w:rFonts w:eastAsia="Arial"/>
                    <w:color w:val="555555"/>
                  </w:rPr>
                  <w:t>Yes / No / Not sure</w:t>
                </w:r>
              </w:sdtContent>
            </w:sdt>
          </w:p>
        </w:tc>
        <w:tc>
          <w:tcPr>
            <w:tcW w:w="3240" w:type="dxa"/>
          </w:tcPr>
          <w:p w14:paraId="068381C1" w14:textId="77777777" w:rsidR="001C7FD1" w:rsidRDefault="003F5285">
            <w:pPr>
              <w:spacing w:after="0" w:line="240" w:lineRule="auto"/>
            </w:pPr>
            <w:sdt>
              <w:sdtPr>
                <w:alias w:val="T510"/>
                <w:tag w:val="T510"/>
                <w:id w:val="100510"/>
                <w:text/>
              </w:sdtPr>
              <w:sdtEndPr/>
              <w:sdtContent>
                <w:r>
                  <w:rPr>
                    <w:rFonts w:eastAsia="Arial"/>
                    <w:color w:val="555555"/>
                  </w:rPr>
                  <w:t>Click or tap to type</w:t>
                </w:r>
              </w:sdtContent>
            </w:sdt>
          </w:p>
        </w:tc>
      </w:tr>
      <w:tr w:rsidR="001C7FD1" w14:paraId="280B724C" w14:textId="77777777">
        <w:trPr>
          <w:cantSplit/>
        </w:trPr>
        <w:tc>
          <w:tcPr>
            <w:tcW w:w="3700" w:type="dxa"/>
            <w:shd w:val="clear" w:color="auto" w:fill="F5F4EF"/>
          </w:tcPr>
          <w:p w14:paraId="1A08D6A4" w14:textId="77777777" w:rsidR="001C7FD1" w:rsidRDefault="003F5285">
            <w:pPr>
              <w:spacing w:after="0" w:line="240" w:lineRule="auto"/>
            </w:pPr>
            <w:r>
              <w:rPr>
                <w:rFonts w:eastAsia="Arial"/>
                <w:b/>
              </w:rPr>
              <w:t>Wandering, absconding, becoming lost or leaving safe supervision</w:t>
            </w:r>
          </w:p>
        </w:tc>
        <w:tc>
          <w:tcPr>
            <w:tcW w:w="1350" w:type="dxa"/>
            <w:shd w:val="clear" w:color="auto" w:fill="F5F4EF"/>
          </w:tcPr>
          <w:p w14:paraId="601F15D6" w14:textId="77777777" w:rsidR="001C7FD1" w:rsidRDefault="003F5285">
            <w:pPr>
              <w:spacing w:after="0" w:line="240" w:lineRule="auto"/>
            </w:pPr>
            <w:sdt>
              <w:sdtPr>
                <w:alias w:val="Y511"/>
                <w:tag w:val="Y511"/>
                <w:id w:val="100511"/>
                <w:text/>
              </w:sdtPr>
              <w:sdtEndPr/>
              <w:sdtContent>
                <w:r>
                  <w:rPr>
                    <w:rFonts w:eastAsia="Arial"/>
                    <w:color w:val="555555"/>
                  </w:rPr>
                  <w:t>Yes / No / Not sure</w:t>
                </w:r>
              </w:sdtContent>
            </w:sdt>
          </w:p>
        </w:tc>
        <w:tc>
          <w:tcPr>
            <w:tcW w:w="1350" w:type="dxa"/>
            <w:shd w:val="clear" w:color="auto" w:fill="F5F4EF"/>
          </w:tcPr>
          <w:p w14:paraId="23959ECA" w14:textId="77777777" w:rsidR="001C7FD1" w:rsidRDefault="003F5285">
            <w:pPr>
              <w:spacing w:after="0" w:line="240" w:lineRule="auto"/>
            </w:pPr>
            <w:sdt>
              <w:sdtPr>
                <w:alias w:val="Y512"/>
                <w:tag w:val="Y512"/>
                <w:id w:val="100512"/>
                <w:text/>
              </w:sdtPr>
              <w:sdtEndPr/>
              <w:sdtContent>
                <w:r>
                  <w:rPr>
                    <w:rFonts w:eastAsia="Arial"/>
                    <w:color w:val="555555"/>
                  </w:rPr>
                  <w:t>Yes / No / Not sure</w:t>
                </w:r>
              </w:sdtContent>
            </w:sdt>
          </w:p>
        </w:tc>
        <w:tc>
          <w:tcPr>
            <w:tcW w:w="3240" w:type="dxa"/>
            <w:shd w:val="clear" w:color="auto" w:fill="F5F4EF"/>
          </w:tcPr>
          <w:p w14:paraId="3DF98260" w14:textId="77777777" w:rsidR="001C7FD1" w:rsidRDefault="003F5285">
            <w:pPr>
              <w:spacing w:after="0" w:line="240" w:lineRule="auto"/>
            </w:pPr>
            <w:sdt>
              <w:sdtPr>
                <w:alias w:val="T513"/>
                <w:tag w:val="T513"/>
                <w:id w:val="100513"/>
                <w:text/>
              </w:sdtPr>
              <w:sdtEndPr/>
              <w:sdtContent>
                <w:r>
                  <w:rPr>
                    <w:rFonts w:eastAsia="Arial"/>
                    <w:color w:val="555555"/>
                  </w:rPr>
                  <w:t>Click or tap to type</w:t>
                </w:r>
              </w:sdtContent>
            </w:sdt>
          </w:p>
        </w:tc>
      </w:tr>
      <w:tr w:rsidR="001C7FD1" w14:paraId="52FAB4D0" w14:textId="77777777">
        <w:trPr>
          <w:cantSplit/>
        </w:trPr>
        <w:tc>
          <w:tcPr>
            <w:tcW w:w="3700" w:type="dxa"/>
          </w:tcPr>
          <w:p w14:paraId="5A2C83C8" w14:textId="77777777" w:rsidR="001C7FD1" w:rsidRDefault="003F5285">
            <w:pPr>
              <w:spacing w:after="0" w:line="240" w:lineRule="auto"/>
            </w:pPr>
            <w:r>
              <w:rPr>
                <w:rFonts w:eastAsia="Arial"/>
                <w:b/>
              </w:rPr>
              <w:t>Road, traffic, water, transport or community safety</w:t>
            </w:r>
          </w:p>
        </w:tc>
        <w:tc>
          <w:tcPr>
            <w:tcW w:w="1350" w:type="dxa"/>
          </w:tcPr>
          <w:p w14:paraId="78C87601" w14:textId="77777777" w:rsidR="001C7FD1" w:rsidRDefault="003F5285">
            <w:pPr>
              <w:spacing w:after="0" w:line="240" w:lineRule="auto"/>
            </w:pPr>
            <w:sdt>
              <w:sdtPr>
                <w:alias w:val="Y514"/>
                <w:tag w:val="Y514"/>
                <w:id w:val="100514"/>
                <w:text/>
              </w:sdtPr>
              <w:sdtEndPr/>
              <w:sdtContent>
                <w:r>
                  <w:rPr>
                    <w:rFonts w:eastAsia="Arial"/>
                    <w:color w:val="555555"/>
                  </w:rPr>
                  <w:t>Yes / No / Not sure</w:t>
                </w:r>
              </w:sdtContent>
            </w:sdt>
          </w:p>
        </w:tc>
        <w:tc>
          <w:tcPr>
            <w:tcW w:w="1350" w:type="dxa"/>
          </w:tcPr>
          <w:p w14:paraId="3D640936" w14:textId="77777777" w:rsidR="001C7FD1" w:rsidRDefault="003F5285">
            <w:pPr>
              <w:spacing w:after="0" w:line="240" w:lineRule="auto"/>
            </w:pPr>
            <w:sdt>
              <w:sdtPr>
                <w:alias w:val="Y515"/>
                <w:tag w:val="Y515"/>
                <w:id w:val="100515"/>
                <w:text/>
              </w:sdtPr>
              <w:sdtEndPr/>
              <w:sdtContent>
                <w:r>
                  <w:rPr>
                    <w:rFonts w:eastAsia="Arial"/>
                    <w:color w:val="555555"/>
                  </w:rPr>
                  <w:t>Yes / No / Not sure</w:t>
                </w:r>
              </w:sdtContent>
            </w:sdt>
          </w:p>
        </w:tc>
        <w:tc>
          <w:tcPr>
            <w:tcW w:w="3240" w:type="dxa"/>
          </w:tcPr>
          <w:p w14:paraId="41C23868" w14:textId="77777777" w:rsidR="001C7FD1" w:rsidRDefault="003F5285">
            <w:pPr>
              <w:spacing w:after="0" w:line="240" w:lineRule="auto"/>
            </w:pPr>
            <w:sdt>
              <w:sdtPr>
                <w:alias w:val="T516"/>
                <w:tag w:val="T516"/>
                <w:id w:val="100516"/>
                <w:text/>
              </w:sdtPr>
              <w:sdtEndPr/>
              <w:sdtContent>
                <w:r>
                  <w:rPr>
                    <w:rFonts w:eastAsia="Arial"/>
                    <w:color w:val="555555"/>
                  </w:rPr>
                  <w:t>Click or tap to type</w:t>
                </w:r>
              </w:sdtContent>
            </w:sdt>
          </w:p>
        </w:tc>
      </w:tr>
      <w:tr w:rsidR="001C7FD1" w14:paraId="477AC178" w14:textId="77777777">
        <w:trPr>
          <w:cantSplit/>
        </w:trPr>
        <w:tc>
          <w:tcPr>
            <w:tcW w:w="3700" w:type="dxa"/>
            <w:shd w:val="clear" w:color="auto" w:fill="F5F4EF"/>
          </w:tcPr>
          <w:p w14:paraId="76F770E4" w14:textId="77777777" w:rsidR="001C7FD1" w:rsidRDefault="003F5285">
            <w:pPr>
              <w:spacing w:after="0" w:line="240" w:lineRule="auto"/>
            </w:pPr>
            <w:r>
              <w:rPr>
                <w:rFonts w:eastAsia="Arial"/>
                <w:b/>
              </w:rPr>
              <w:t>Falls, transfers, choking, swallowing, seizure, allergy or other medical risk</w:t>
            </w:r>
          </w:p>
        </w:tc>
        <w:tc>
          <w:tcPr>
            <w:tcW w:w="1350" w:type="dxa"/>
            <w:shd w:val="clear" w:color="auto" w:fill="F5F4EF"/>
          </w:tcPr>
          <w:p w14:paraId="0DB2D929" w14:textId="77777777" w:rsidR="001C7FD1" w:rsidRDefault="003F5285">
            <w:pPr>
              <w:spacing w:after="0" w:line="240" w:lineRule="auto"/>
            </w:pPr>
            <w:sdt>
              <w:sdtPr>
                <w:alias w:val="Y517"/>
                <w:tag w:val="Y517"/>
                <w:id w:val="100517"/>
                <w:text/>
              </w:sdtPr>
              <w:sdtEndPr/>
              <w:sdtContent>
                <w:r>
                  <w:rPr>
                    <w:rFonts w:eastAsia="Arial"/>
                    <w:color w:val="555555"/>
                  </w:rPr>
                  <w:t>Yes / No / Not sure</w:t>
                </w:r>
              </w:sdtContent>
            </w:sdt>
          </w:p>
        </w:tc>
        <w:tc>
          <w:tcPr>
            <w:tcW w:w="1350" w:type="dxa"/>
            <w:shd w:val="clear" w:color="auto" w:fill="F5F4EF"/>
          </w:tcPr>
          <w:p w14:paraId="2141B6F7" w14:textId="77777777" w:rsidR="001C7FD1" w:rsidRDefault="003F5285">
            <w:pPr>
              <w:spacing w:after="0" w:line="240" w:lineRule="auto"/>
            </w:pPr>
            <w:sdt>
              <w:sdtPr>
                <w:alias w:val="Y518"/>
                <w:tag w:val="Y518"/>
                <w:id w:val="100518"/>
                <w:text/>
              </w:sdtPr>
              <w:sdtEndPr/>
              <w:sdtContent>
                <w:r>
                  <w:rPr>
                    <w:rFonts w:eastAsia="Arial"/>
                    <w:color w:val="555555"/>
                  </w:rPr>
                  <w:t>Yes / No / Not sure</w:t>
                </w:r>
              </w:sdtContent>
            </w:sdt>
          </w:p>
        </w:tc>
        <w:tc>
          <w:tcPr>
            <w:tcW w:w="3240" w:type="dxa"/>
            <w:shd w:val="clear" w:color="auto" w:fill="F5F4EF"/>
          </w:tcPr>
          <w:p w14:paraId="7114D6A1" w14:textId="77777777" w:rsidR="001C7FD1" w:rsidRDefault="003F5285">
            <w:pPr>
              <w:spacing w:after="0" w:line="240" w:lineRule="auto"/>
            </w:pPr>
            <w:sdt>
              <w:sdtPr>
                <w:alias w:val="T519"/>
                <w:tag w:val="T519"/>
                <w:id w:val="100519"/>
                <w:text/>
              </w:sdtPr>
              <w:sdtEndPr/>
              <w:sdtContent>
                <w:r>
                  <w:rPr>
                    <w:rFonts w:eastAsia="Arial"/>
                    <w:color w:val="555555"/>
                  </w:rPr>
                  <w:t>Click or tap to type</w:t>
                </w:r>
              </w:sdtContent>
            </w:sdt>
          </w:p>
        </w:tc>
      </w:tr>
      <w:tr w:rsidR="001C7FD1" w14:paraId="4DCB04E0" w14:textId="77777777">
        <w:trPr>
          <w:cantSplit/>
        </w:trPr>
        <w:tc>
          <w:tcPr>
            <w:tcW w:w="3700" w:type="dxa"/>
          </w:tcPr>
          <w:p w14:paraId="4B5CF07C" w14:textId="77777777" w:rsidR="001C7FD1" w:rsidRDefault="003F5285">
            <w:pPr>
              <w:spacing w:after="0" w:line="240" w:lineRule="auto"/>
            </w:pPr>
            <w:r>
              <w:rPr>
                <w:rFonts w:eastAsia="Arial"/>
                <w:b/>
              </w:rPr>
              <w:t>Medication error, overdose, refusal or unsafe storage</w:t>
            </w:r>
          </w:p>
        </w:tc>
        <w:tc>
          <w:tcPr>
            <w:tcW w:w="1350" w:type="dxa"/>
          </w:tcPr>
          <w:p w14:paraId="4782A15C" w14:textId="77777777" w:rsidR="001C7FD1" w:rsidRDefault="003F5285">
            <w:pPr>
              <w:spacing w:after="0" w:line="240" w:lineRule="auto"/>
            </w:pPr>
            <w:sdt>
              <w:sdtPr>
                <w:alias w:val="Y520"/>
                <w:tag w:val="Y520"/>
                <w:id w:val="100520"/>
                <w:text/>
              </w:sdtPr>
              <w:sdtEndPr/>
              <w:sdtContent>
                <w:r>
                  <w:rPr>
                    <w:rFonts w:eastAsia="Arial"/>
                    <w:color w:val="555555"/>
                  </w:rPr>
                  <w:t>Yes / No / Not sure</w:t>
                </w:r>
              </w:sdtContent>
            </w:sdt>
          </w:p>
        </w:tc>
        <w:tc>
          <w:tcPr>
            <w:tcW w:w="1350" w:type="dxa"/>
          </w:tcPr>
          <w:p w14:paraId="797517DE" w14:textId="77777777" w:rsidR="001C7FD1" w:rsidRDefault="003F5285">
            <w:pPr>
              <w:spacing w:after="0" w:line="240" w:lineRule="auto"/>
            </w:pPr>
            <w:sdt>
              <w:sdtPr>
                <w:alias w:val="Y521"/>
                <w:tag w:val="Y521"/>
                <w:id w:val="100521"/>
                <w:text/>
              </w:sdtPr>
              <w:sdtEndPr/>
              <w:sdtContent>
                <w:r>
                  <w:rPr>
                    <w:rFonts w:eastAsia="Arial"/>
                    <w:color w:val="555555"/>
                  </w:rPr>
                  <w:t>Yes / No / Not sure</w:t>
                </w:r>
              </w:sdtContent>
            </w:sdt>
          </w:p>
        </w:tc>
        <w:tc>
          <w:tcPr>
            <w:tcW w:w="3240" w:type="dxa"/>
          </w:tcPr>
          <w:p w14:paraId="1C218A80" w14:textId="77777777" w:rsidR="001C7FD1" w:rsidRDefault="003F5285">
            <w:pPr>
              <w:spacing w:after="0" w:line="240" w:lineRule="auto"/>
            </w:pPr>
            <w:sdt>
              <w:sdtPr>
                <w:alias w:val="T522"/>
                <w:tag w:val="T522"/>
                <w:id w:val="100522"/>
                <w:text/>
              </w:sdtPr>
              <w:sdtEndPr/>
              <w:sdtContent>
                <w:r>
                  <w:rPr>
                    <w:rFonts w:eastAsia="Arial"/>
                    <w:color w:val="555555"/>
                  </w:rPr>
                  <w:t>Click or tap to type</w:t>
                </w:r>
              </w:sdtContent>
            </w:sdt>
          </w:p>
        </w:tc>
      </w:tr>
      <w:tr w:rsidR="001C7FD1" w14:paraId="0DA92A8B" w14:textId="77777777">
        <w:trPr>
          <w:cantSplit/>
        </w:trPr>
        <w:tc>
          <w:tcPr>
            <w:tcW w:w="3700" w:type="dxa"/>
            <w:shd w:val="clear" w:color="auto" w:fill="F5F4EF"/>
          </w:tcPr>
          <w:p w14:paraId="0086DDF2" w14:textId="77777777" w:rsidR="001C7FD1" w:rsidRDefault="003F5285">
            <w:pPr>
              <w:spacing w:after="0" w:line="240" w:lineRule="auto"/>
            </w:pPr>
            <w:r>
              <w:rPr>
                <w:rFonts w:eastAsia="Arial"/>
                <w:b/>
              </w:rPr>
              <w:t>Alcohol, drugs, smoking, vaping or other substance-related harm</w:t>
            </w:r>
          </w:p>
        </w:tc>
        <w:tc>
          <w:tcPr>
            <w:tcW w:w="1350" w:type="dxa"/>
            <w:shd w:val="clear" w:color="auto" w:fill="F5F4EF"/>
          </w:tcPr>
          <w:p w14:paraId="50FD34DA" w14:textId="77777777" w:rsidR="001C7FD1" w:rsidRDefault="003F5285">
            <w:pPr>
              <w:spacing w:after="0" w:line="240" w:lineRule="auto"/>
            </w:pPr>
            <w:sdt>
              <w:sdtPr>
                <w:alias w:val="Y523"/>
                <w:tag w:val="Y523"/>
                <w:id w:val="100523"/>
                <w:text/>
              </w:sdtPr>
              <w:sdtEndPr/>
              <w:sdtContent>
                <w:r>
                  <w:rPr>
                    <w:rFonts w:eastAsia="Arial"/>
                    <w:color w:val="555555"/>
                  </w:rPr>
                  <w:t>Yes / No / Not sure</w:t>
                </w:r>
              </w:sdtContent>
            </w:sdt>
          </w:p>
        </w:tc>
        <w:tc>
          <w:tcPr>
            <w:tcW w:w="1350" w:type="dxa"/>
            <w:shd w:val="clear" w:color="auto" w:fill="F5F4EF"/>
          </w:tcPr>
          <w:p w14:paraId="1CE161EB" w14:textId="77777777" w:rsidR="001C7FD1" w:rsidRDefault="003F5285">
            <w:pPr>
              <w:spacing w:after="0" w:line="240" w:lineRule="auto"/>
            </w:pPr>
            <w:sdt>
              <w:sdtPr>
                <w:alias w:val="Y524"/>
                <w:tag w:val="Y524"/>
                <w:id w:val="100524"/>
                <w:text/>
              </w:sdtPr>
              <w:sdtEndPr/>
              <w:sdtContent>
                <w:r>
                  <w:rPr>
                    <w:rFonts w:eastAsia="Arial"/>
                    <w:color w:val="555555"/>
                  </w:rPr>
                  <w:t>Yes / No / Not sure</w:t>
                </w:r>
              </w:sdtContent>
            </w:sdt>
          </w:p>
        </w:tc>
        <w:tc>
          <w:tcPr>
            <w:tcW w:w="3240" w:type="dxa"/>
            <w:shd w:val="clear" w:color="auto" w:fill="F5F4EF"/>
          </w:tcPr>
          <w:p w14:paraId="0D7647B2" w14:textId="77777777" w:rsidR="001C7FD1" w:rsidRDefault="003F5285">
            <w:pPr>
              <w:spacing w:after="0" w:line="240" w:lineRule="auto"/>
            </w:pPr>
            <w:sdt>
              <w:sdtPr>
                <w:alias w:val="T525"/>
                <w:tag w:val="T525"/>
                <w:id w:val="100525"/>
                <w:text/>
              </w:sdtPr>
              <w:sdtEndPr/>
              <w:sdtContent>
                <w:r>
                  <w:rPr>
                    <w:rFonts w:eastAsia="Arial"/>
                    <w:color w:val="555555"/>
                  </w:rPr>
                  <w:t>Click or tap to type</w:t>
                </w:r>
              </w:sdtContent>
            </w:sdt>
          </w:p>
        </w:tc>
      </w:tr>
      <w:tr w:rsidR="001C7FD1" w14:paraId="71ED3E14" w14:textId="77777777">
        <w:trPr>
          <w:cantSplit/>
        </w:trPr>
        <w:tc>
          <w:tcPr>
            <w:tcW w:w="3700" w:type="dxa"/>
          </w:tcPr>
          <w:p w14:paraId="2DD1D6C9" w14:textId="77777777" w:rsidR="001C7FD1" w:rsidRDefault="003F5285">
            <w:pPr>
              <w:spacing w:after="0" w:line="240" w:lineRule="auto"/>
            </w:pPr>
            <w:r>
              <w:rPr>
                <w:rFonts w:eastAsia="Arial"/>
                <w:b/>
              </w:rPr>
              <w:t>Financial exploitation, scams, gambling, impulsive spending or giving money away</w:t>
            </w:r>
          </w:p>
        </w:tc>
        <w:tc>
          <w:tcPr>
            <w:tcW w:w="1350" w:type="dxa"/>
          </w:tcPr>
          <w:p w14:paraId="6629B103" w14:textId="77777777" w:rsidR="001C7FD1" w:rsidRDefault="003F5285">
            <w:pPr>
              <w:spacing w:after="0" w:line="240" w:lineRule="auto"/>
            </w:pPr>
            <w:sdt>
              <w:sdtPr>
                <w:alias w:val="Y526"/>
                <w:tag w:val="Y526"/>
                <w:id w:val="100526"/>
                <w:text/>
              </w:sdtPr>
              <w:sdtEndPr/>
              <w:sdtContent>
                <w:r>
                  <w:rPr>
                    <w:rFonts w:eastAsia="Arial"/>
                    <w:color w:val="555555"/>
                  </w:rPr>
                  <w:t>Yes / No / Not sure</w:t>
                </w:r>
              </w:sdtContent>
            </w:sdt>
          </w:p>
        </w:tc>
        <w:tc>
          <w:tcPr>
            <w:tcW w:w="1350" w:type="dxa"/>
          </w:tcPr>
          <w:p w14:paraId="6878B1AE" w14:textId="77777777" w:rsidR="001C7FD1" w:rsidRDefault="003F5285">
            <w:pPr>
              <w:spacing w:after="0" w:line="240" w:lineRule="auto"/>
            </w:pPr>
            <w:sdt>
              <w:sdtPr>
                <w:alias w:val="Y527"/>
                <w:tag w:val="Y527"/>
                <w:id w:val="100527"/>
                <w:text/>
              </w:sdtPr>
              <w:sdtEndPr/>
              <w:sdtContent>
                <w:r>
                  <w:rPr>
                    <w:rFonts w:eastAsia="Arial"/>
                    <w:color w:val="555555"/>
                  </w:rPr>
                  <w:t>Yes / No / Not sure</w:t>
                </w:r>
              </w:sdtContent>
            </w:sdt>
          </w:p>
        </w:tc>
        <w:tc>
          <w:tcPr>
            <w:tcW w:w="3240" w:type="dxa"/>
          </w:tcPr>
          <w:p w14:paraId="79454822" w14:textId="77777777" w:rsidR="001C7FD1" w:rsidRDefault="003F5285">
            <w:pPr>
              <w:spacing w:after="0" w:line="240" w:lineRule="auto"/>
            </w:pPr>
            <w:sdt>
              <w:sdtPr>
                <w:alias w:val="T528"/>
                <w:tag w:val="T528"/>
                <w:id w:val="100528"/>
                <w:text/>
              </w:sdtPr>
              <w:sdtEndPr/>
              <w:sdtContent>
                <w:r>
                  <w:rPr>
                    <w:rFonts w:eastAsia="Arial"/>
                    <w:color w:val="555555"/>
                  </w:rPr>
                  <w:t>Click or tap to type</w:t>
                </w:r>
              </w:sdtContent>
            </w:sdt>
          </w:p>
        </w:tc>
      </w:tr>
      <w:tr w:rsidR="001C7FD1" w14:paraId="3B4C5F7F" w14:textId="77777777">
        <w:trPr>
          <w:cantSplit/>
        </w:trPr>
        <w:tc>
          <w:tcPr>
            <w:tcW w:w="3700" w:type="dxa"/>
            <w:shd w:val="clear" w:color="auto" w:fill="F5F4EF"/>
          </w:tcPr>
          <w:p w14:paraId="35737DAD" w14:textId="77777777" w:rsidR="001C7FD1" w:rsidRDefault="003F5285">
            <w:pPr>
              <w:spacing w:after="0" w:line="240" w:lineRule="auto"/>
            </w:pPr>
            <w:r>
              <w:rPr>
                <w:rFonts w:eastAsia="Arial"/>
                <w:b/>
              </w:rPr>
              <w:t>Online grooming, scams, harmful content, privacy or unsafe communication</w:t>
            </w:r>
          </w:p>
        </w:tc>
        <w:tc>
          <w:tcPr>
            <w:tcW w:w="1350" w:type="dxa"/>
            <w:shd w:val="clear" w:color="auto" w:fill="F5F4EF"/>
          </w:tcPr>
          <w:p w14:paraId="2AA92BCB" w14:textId="77777777" w:rsidR="001C7FD1" w:rsidRDefault="003F5285">
            <w:pPr>
              <w:spacing w:after="0" w:line="240" w:lineRule="auto"/>
            </w:pPr>
            <w:sdt>
              <w:sdtPr>
                <w:alias w:val="Y529"/>
                <w:tag w:val="Y529"/>
                <w:id w:val="100529"/>
                <w:text/>
              </w:sdtPr>
              <w:sdtEndPr/>
              <w:sdtContent>
                <w:r>
                  <w:rPr>
                    <w:rFonts w:eastAsia="Arial"/>
                    <w:color w:val="555555"/>
                  </w:rPr>
                  <w:t>Yes / No / Not sure</w:t>
                </w:r>
              </w:sdtContent>
            </w:sdt>
          </w:p>
        </w:tc>
        <w:tc>
          <w:tcPr>
            <w:tcW w:w="1350" w:type="dxa"/>
            <w:shd w:val="clear" w:color="auto" w:fill="F5F4EF"/>
          </w:tcPr>
          <w:p w14:paraId="3701CB56" w14:textId="77777777" w:rsidR="001C7FD1" w:rsidRDefault="003F5285">
            <w:pPr>
              <w:spacing w:after="0" w:line="240" w:lineRule="auto"/>
            </w:pPr>
            <w:sdt>
              <w:sdtPr>
                <w:alias w:val="Y530"/>
                <w:tag w:val="Y530"/>
                <w:id w:val="100530"/>
                <w:text/>
              </w:sdtPr>
              <w:sdtEndPr/>
              <w:sdtContent>
                <w:r>
                  <w:rPr>
                    <w:rFonts w:eastAsia="Arial"/>
                    <w:color w:val="555555"/>
                  </w:rPr>
                  <w:t>Yes / No / Not sure</w:t>
                </w:r>
              </w:sdtContent>
            </w:sdt>
          </w:p>
        </w:tc>
        <w:tc>
          <w:tcPr>
            <w:tcW w:w="3240" w:type="dxa"/>
            <w:shd w:val="clear" w:color="auto" w:fill="F5F4EF"/>
          </w:tcPr>
          <w:p w14:paraId="5AE26BBF" w14:textId="77777777" w:rsidR="001C7FD1" w:rsidRDefault="003F5285">
            <w:pPr>
              <w:spacing w:after="0" w:line="240" w:lineRule="auto"/>
            </w:pPr>
            <w:sdt>
              <w:sdtPr>
                <w:alias w:val="T531"/>
                <w:tag w:val="T531"/>
                <w:id w:val="100531"/>
                <w:text/>
              </w:sdtPr>
              <w:sdtEndPr/>
              <w:sdtContent>
                <w:r>
                  <w:rPr>
                    <w:rFonts w:eastAsia="Arial"/>
                    <w:color w:val="555555"/>
                  </w:rPr>
                  <w:t>Click or tap to type</w:t>
                </w:r>
              </w:sdtContent>
            </w:sdt>
          </w:p>
        </w:tc>
      </w:tr>
      <w:tr w:rsidR="001C7FD1" w14:paraId="508F4847" w14:textId="77777777">
        <w:trPr>
          <w:cantSplit/>
        </w:trPr>
        <w:tc>
          <w:tcPr>
            <w:tcW w:w="3700" w:type="dxa"/>
          </w:tcPr>
          <w:p w14:paraId="7BF84E32" w14:textId="77777777" w:rsidR="001C7FD1" w:rsidRDefault="003F5285">
            <w:pPr>
              <w:spacing w:after="0" w:line="240" w:lineRule="auto"/>
            </w:pPr>
            <w:r>
              <w:rPr>
                <w:rFonts w:eastAsia="Arial"/>
                <w:b/>
              </w:rPr>
              <w:t>Illegal activity, police contact or unsafe peer influence</w:t>
            </w:r>
          </w:p>
        </w:tc>
        <w:tc>
          <w:tcPr>
            <w:tcW w:w="1350" w:type="dxa"/>
          </w:tcPr>
          <w:p w14:paraId="7FDCC3CE" w14:textId="77777777" w:rsidR="001C7FD1" w:rsidRDefault="003F5285">
            <w:pPr>
              <w:spacing w:after="0" w:line="240" w:lineRule="auto"/>
            </w:pPr>
            <w:sdt>
              <w:sdtPr>
                <w:alias w:val="Y532"/>
                <w:tag w:val="Y532"/>
                <w:id w:val="100532"/>
                <w:text/>
              </w:sdtPr>
              <w:sdtEndPr/>
              <w:sdtContent>
                <w:r>
                  <w:rPr>
                    <w:rFonts w:eastAsia="Arial"/>
                    <w:color w:val="555555"/>
                  </w:rPr>
                  <w:t>Yes / No / Not sure</w:t>
                </w:r>
              </w:sdtContent>
            </w:sdt>
          </w:p>
        </w:tc>
        <w:tc>
          <w:tcPr>
            <w:tcW w:w="1350" w:type="dxa"/>
          </w:tcPr>
          <w:p w14:paraId="5350A88D" w14:textId="77777777" w:rsidR="001C7FD1" w:rsidRDefault="003F5285">
            <w:pPr>
              <w:spacing w:after="0" w:line="240" w:lineRule="auto"/>
            </w:pPr>
            <w:sdt>
              <w:sdtPr>
                <w:alias w:val="Y533"/>
                <w:tag w:val="Y533"/>
                <w:id w:val="100533"/>
                <w:text/>
              </w:sdtPr>
              <w:sdtEndPr/>
              <w:sdtContent>
                <w:r>
                  <w:rPr>
                    <w:rFonts w:eastAsia="Arial"/>
                    <w:color w:val="555555"/>
                  </w:rPr>
                  <w:t>Yes / No / Not sure</w:t>
                </w:r>
              </w:sdtContent>
            </w:sdt>
          </w:p>
        </w:tc>
        <w:tc>
          <w:tcPr>
            <w:tcW w:w="3240" w:type="dxa"/>
          </w:tcPr>
          <w:p w14:paraId="585F06A8" w14:textId="77777777" w:rsidR="001C7FD1" w:rsidRDefault="003F5285">
            <w:pPr>
              <w:spacing w:after="0" w:line="240" w:lineRule="auto"/>
            </w:pPr>
            <w:sdt>
              <w:sdtPr>
                <w:alias w:val="T534"/>
                <w:tag w:val="T534"/>
                <w:id w:val="100534"/>
                <w:text/>
              </w:sdtPr>
              <w:sdtEndPr/>
              <w:sdtContent>
                <w:r>
                  <w:rPr>
                    <w:rFonts w:eastAsia="Arial"/>
                    <w:color w:val="555555"/>
                  </w:rPr>
                  <w:t>Click or tap to type</w:t>
                </w:r>
              </w:sdtContent>
            </w:sdt>
          </w:p>
        </w:tc>
      </w:tr>
      <w:tr w:rsidR="001C7FD1" w14:paraId="6ACB5C38" w14:textId="77777777">
        <w:trPr>
          <w:cantSplit/>
        </w:trPr>
        <w:tc>
          <w:tcPr>
            <w:tcW w:w="3700" w:type="dxa"/>
            <w:shd w:val="clear" w:color="auto" w:fill="F5F4EF"/>
          </w:tcPr>
          <w:p w14:paraId="23D49F31" w14:textId="77777777" w:rsidR="001C7FD1" w:rsidRDefault="003F5285">
            <w:pPr>
              <w:spacing w:after="0" w:line="240" w:lineRule="auto"/>
            </w:pPr>
            <w:r>
              <w:rPr>
                <w:rFonts w:eastAsia="Arial"/>
                <w:b/>
              </w:rPr>
              <w:t>Self-neglect, hoarding, unsafe living conditions or inability to meet basic needs</w:t>
            </w:r>
          </w:p>
        </w:tc>
        <w:tc>
          <w:tcPr>
            <w:tcW w:w="1350" w:type="dxa"/>
            <w:shd w:val="clear" w:color="auto" w:fill="F5F4EF"/>
          </w:tcPr>
          <w:p w14:paraId="2EEBD4A6" w14:textId="77777777" w:rsidR="001C7FD1" w:rsidRDefault="003F5285">
            <w:pPr>
              <w:spacing w:after="0" w:line="240" w:lineRule="auto"/>
            </w:pPr>
            <w:sdt>
              <w:sdtPr>
                <w:alias w:val="Y535"/>
                <w:tag w:val="Y535"/>
                <w:id w:val="100535"/>
                <w:text/>
              </w:sdtPr>
              <w:sdtEndPr/>
              <w:sdtContent>
                <w:r>
                  <w:rPr>
                    <w:rFonts w:eastAsia="Arial"/>
                    <w:color w:val="555555"/>
                  </w:rPr>
                  <w:t>Yes / No / Not sure</w:t>
                </w:r>
              </w:sdtContent>
            </w:sdt>
          </w:p>
        </w:tc>
        <w:tc>
          <w:tcPr>
            <w:tcW w:w="1350" w:type="dxa"/>
            <w:shd w:val="clear" w:color="auto" w:fill="F5F4EF"/>
          </w:tcPr>
          <w:p w14:paraId="2849A079" w14:textId="77777777" w:rsidR="001C7FD1" w:rsidRDefault="003F5285">
            <w:pPr>
              <w:spacing w:after="0" w:line="240" w:lineRule="auto"/>
            </w:pPr>
            <w:sdt>
              <w:sdtPr>
                <w:alias w:val="Y536"/>
                <w:tag w:val="Y536"/>
                <w:id w:val="100536"/>
                <w:text/>
              </w:sdtPr>
              <w:sdtEndPr/>
              <w:sdtContent>
                <w:r>
                  <w:rPr>
                    <w:rFonts w:eastAsia="Arial"/>
                    <w:color w:val="555555"/>
                  </w:rPr>
                  <w:t>Yes / No / Not sure</w:t>
                </w:r>
              </w:sdtContent>
            </w:sdt>
          </w:p>
        </w:tc>
        <w:tc>
          <w:tcPr>
            <w:tcW w:w="3240" w:type="dxa"/>
            <w:shd w:val="clear" w:color="auto" w:fill="F5F4EF"/>
          </w:tcPr>
          <w:p w14:paraId="2B9E1654" w14:textId="77777777" w:rsidR="001C7FD1" w:rsidRDefault="003F5285">
            <w:pPr>
              <w:spacing w:after="0" w:line="240" w:lineRule="auto"/>
            </w:pPr>
            <w:sdt>
              <w:sdtPr>
                <w:alias w:val="T537"/>
                <w:tag w:val="T537"/>
                <w:id w:val="100537"/>
                <w:text/>
              </w:sdtPr>
              <w:sdtEndPr/>
              <w:sdtContent>
                <w:r>
                  <w:rPr>
                    <w:rFonts w:eastAsia="Arial"/>
                    <w:color w:val="555555"/>
                  </w:rPr>
                  <w:t>Click or tap to type</w:t>
                </w:r>
              </w:sdtContent>
            </w:sdt>
          </w:p>
        </w:tc>
      </w:tr>
      <w:tr w:rsidR="001C7FD1" w14:paraId="4CEAB3F7" w14:textId="77777777">
        <w:trPr>
          <w:cantSplit/>
        </w:trPr>
        <w:tc>
          <w:tcPr>
            <w:tcW w:w="3700" w:type="dxa"/>
          </w:tcPr>
          <w:p w14:paraId="169DCA08" w14:textId="77777777" w:rsidR="001C7FD1" w:rsidRDefault="003F5285">
            <w:pPr>
              <w:spacing w:after="0" w:line="240" w:lineRule="auto"/>
            </w:pPr>
            <w:r>
              <w:rPr>
                <w:rFonts w:eastAsia="Arial"/>
                <w:b/>
              </w:rPr>
              <w:t>Housing instability, homelessness, leaving care or unsafe housemates/visitors</w:t>
            </w:r>
          </w:p>
        </w:tc>
        <w:tc>
          <w:tcPr>
            <w:tcW w:w="1350" w:type="dxa"/>
          </w:tcPr>
          <w:p w14:paraId="3E5C47C8" w14:textId="77777777" w:rsidR="001C7FD1" w:rsidRDefault="003F5285">
            <w:pPr>
              <w:spacing w:after="0" w:line="240" w:lineRule="auto"/>
            </w:pPr>
            <w:sdt>
              <w:sdtPr>
                <w:alias w:val="Y538"/>
                <w:tag w:val="Y538"/>
                <w:id w:val="100538"/>
                <w:text/>
              </w:sdtPr>
              <w:sdtEndPr/>
              <w:sdtContent>
                <w:r>
                  <w:rPr>
                    <w:rFonts w:eastAsia="Arial"/>
                    <w:color w:val="555555"/>
                  </w:rPr>
                  <w:t>Yes / No / Not sure</w:t>
                </w:r>
              </w:sdtContent>
            </w:sdt>
          </w:p>
        </w:tc>
        <w:tc>
          <w:tcPr>
            <w:tcW w:w="1350" w:type="dxa"/>
          </w:tcPr>
          <w:p w14:paraId="753AAA4E" w14:textId="77777777" w:rsidR="001C7FD1" w:rsidRDefault="003F5285">
            <w:pPr>
              <w:spacing w:after="0" w:line="240" w:lineRule="auto"/>
            </w:pPr>
            <w:sdt>
              <w:sdtPr>
                <w:alias w:val="Y539"/>
                <w:tag w:val="Y539"/>
                <w:id w:val="100539"/>
                <w:text/>
              </w:sdtPr>
              <w:sdtEndPr/>
              <w:sdtContent>
                <w:r>
                  <w:rPr>
                    <w:rFonts w:eastAsia="Arial"/>
                    <w:color w:val="555555"/>
                  </w:rPr>
                  <w:t>Yes / No / Not sure</w:t>
                </w:r>
              </w:sdtContent>
            </w:sdt>
          </w:p>
        </w:tc>
        <w:tc>
          <w:tcPr>
            <w:tcW w:w="3240" w:type="dxa"/>
          </w:tcPr>
          <w:p w14:paraId="66A46CB1" w14:textId="77777777" w:rsidR="001C7FD1" w:rsidRDefault="003F5285">
            <w:pPr>
              <w:spacing w:after="0" w:line="240" w:lineRule="auto"/>
            </w:pPr>
            <w:sdt>
              <w:sdtPr>
                <w:alias w:val="T540"/>
                <w:tag w:val="T540"/>
                <w:id w:val="100540"/>
                <w:text/>
              </w:sdtPr>
              <w:sdtEndPr/>
              <w:sdtContent>
                <w:r>
                  <w:rPr>
                    <w:rFonts w:eastAsia="Arial"/>
                    <w:color w:val="555555"/>
                  </w:rPr>
                  <w:t>Click or tap to type</w:t>
                </w:r>
              </w:sdtContent>
            </w:sdt>
          </w:p>
        </w:tc>
      </w:tr>
      <w:tr w:rsidR="001C7FD1" w14:paraId="10B80E96" w14:textId="77777777">
        <w:trPr>
          <w:cantSplit/>
        </w:trPr>
        <w:tc>
          <w:tcPr>
            <w:tcW w:w="3700" w:type="dxa"/>
            <w:shd w:val="clear" w:color="auto" w:fill="F5F4EF"/>
          </w:tcPr>
          <w:p w14:paraId="6306F99F" w14:textId="77777777" w:rsidR="001C7FD1" w:rsidRDefault="003F5285">
            <w:pPr>
              <w:spacing w:after="0" w:line="240" w:lineRule="auto"/>
            </w:pPr>
            <w:r>
              <w:rPr>
                <w:rFonts w:eastAsia="Arial"/>
                <w:b/>
              </w:rPr>
              <w:t>Social isolation or absence of reliable informal support</w:t>
            </w:r>
          </w:p>
        </w:tc>
        <w:tc>
          <w:tcPr>
            <w:tcW w:w="1350" w:type="dxa"/>
            <w:shd w:val="clear" w:color="auto" w:fill="F5F4EF"/>
          </w:tcPr>
          <w:p w14:paraId="1DA3425F" w14:textId="77777777" w:rsidR="001C7FD1" w:rsidRDefault="003F5285">
            <w:pPr>
              <w:spacing w:after="0" w:line="240" w:lineRule="auto"/>
            </w:pPr>
            <w:sdt>
              <w:sdtPr>
                <w:alias w:val="Y541"/>
                <w:tag w:val="Y541"/>
                <w:id w:val="100541"/>
                <w:text/>
              </w:sdtPr>
              <w:sdtEndPr/>
              <w:sdtContent>
                <w:r>
                  <w:rPr>
                    <w:rFonts w:eastAsia="Arial"/>
                    <w:color w:val="555555"/>
                  </w:rPr>
                  <w:t>Yes / No / Not sure</w:t>
                </w:r>
              </w:sdtContent>
            </w:sdt>
          </w:p>
        </w:tc>
        <w:tc>
          <w:tcPr>
            <w:tcW w:w="1350" w:type="dxa"/>
            <w:shd w:val="clear" w:color="auto" w:fill="F5F4EF"/>
          </w:tcPr>
          <w:p w14:paraId="1B3608C9" w14:textId="77777777" w:rsidR="001C7FD1" w:rsidRDefault="003F5285">
            <w:pPr>
              <w:spacing w:after="0" w:line="240" w:lineRule="auto"/>
            </w:pPr>
            <w:sdt>
              <w:sdtPr>
                <w:alias w:val="Y542"/>
                <w:tag w:val="Y542"/>
                <w:id w:val="100542"/>
                <w:text/>
              </w:sdtPr>
              <w:sdtEndPr/>
              <w:sdtContent>
                <w:r>
                  <w:rPr>
                    <w:rFonts w:eastAsia="Arial"/>
                    <w:color w:val="555555"/>
                  </w:rPr>
                  <w:t>Yes / No / Not sure</w:t>
                </w:r>
              </w:sdtContent>
            </w:sdt>
          </w:p>
        </w:tc>
        <w:tc>
          <w:tcPr>
            <w:tcW w:w="3240" w:type="dxa"/>
            <w:shd w:val="clear" w:color="auto" w:fill="F5F4EF"/>
          </w:tcPr>
          <w:p w14:paraId="02FBCB6F" w14:textId="77777777" w:rsidR="001C7FD1" w:rsidRDefault="003F5285">
            <w:pPr>
              <w:spacing w:after="0" w:line="240" w:lineRule="auto"/>
            </w:pPr>
            <w:sdt>
              <w:sdtPr>
                <w:alias w:val="T543"/>
                <w:tag w:val="T543"/>
                <w:id w:val="100543"/>
                <w:text/>
              </w:sdtPr>
              <w:sdtEndPr/>
              <w:sdtContent>
                <w:r>
                  <w:rPr>
                    <w:rFonts w:eastAsia="Arial"/>
                    <w:color w:val="555555"/>
                  </w:rPr>
                  <w:t>Click or tap to type</w:t>
                </w:r>
              </w:sdtContent>
            </w:sdt>
          </w:p>
        </w:tc>
      </w:tr>
      <w:tr w:rsidR="001C7FD1" w14:paraId="34CB6845" w14:textId="77777777">
        <w:trPr>
          <w:cantSplit/>
        </w:trPr>
        <w:tc>
          <w:tcPr>
            <w:tcW w:w="3700" w:type="dxa"/>
          </w:tcPr>
          <w:p w14:paraId="001438E3" w14:textId="77777777" w:rsidR="001C7FD1" w:rsidRDefault="003F5285">
            <w:pPr>
              <w:spacing w:after="0" w:line="240" w:lineRule="auto"/>
            </w:pPr>
            <w:r>
              <w:rPr>
                <w:rFonts w:eastAsia="Arial"/>
                <w:b/>
              </w:rPr>
              <w:t>Restrictive practice used, reported or suspected without appropriate authorisation</w:t>
            </w:r>
          </w:p>
        </w:tc>
        <w:tc>
          <w:tcPr>
            <w:tcW w:w="1350" w:type="dxa"/>
          </w:tcPr>
          <w:p w14:paraId="22D6FCE9" w14:textId="77777777" w:rsidR="001C7FD1" w:rsidRDefault="003F5285">
            <w:pPr>
              <w:spacing w:after="0" w:line="240" w:lineRule="auto"/>
            </w:pPr>
            <w:sdt>
              <w:sdtPr>
                <w:alias w:val="Y544"/>
                <w:tag w:val="Y544"/>
                <w:id w:val="100544"/>
                <w:text/>
              </w:sdtPr>
              <w:sdtEndPr/>
              <w:sdtContent>
                <w:r>
                  <w:rPr>
                    <w:rFonts w:eastAsia="Arial"/>
                    <w:color w:val="555555"/>
                  </w:rPr>
                  <w:t>Yes / No / Not sure</w:t>
                </w:r>
              </w:sdtContent>
            </w:sdt>
          </w:p>
        </w:tc>
        <w:tc>
          <w:tcPr>
            <w:tcW w:w="1350" w:type="dxa"/>
          </w:tcPr>
          <w:p w14:paraId="2CB14313" w14:textId="77777777" w:rsidR="001C7FD1" w:rsidRDefault="003F5285">
            <w:pPr>
              <w:spacing w:after="0" w:line="240" w:lineRule="auto"/>
            </w:pPr>
            <w:sdt>
              <w:sdtPr>
                <w:alias w:val="Y545"/>
                <w:tag w:val="Y545"/>
                <w:id w:val="100545"/>
                <w:text/>
              </w:sdtPr>
              <w:sdtEndPr/>
              <w:sdtContent>
                <w:r>
                  <w:rPr>
                    <w:rFonts w:eastAsia="Arial"/>
                    <w:color w:val="555555"/>
                  </w:rPr>
                  <w:t>Yes / No / Not sure</w:t>
                </w:r>
              </w:sdtContent>
            </w:sdt>
          </w:p>
        </w:tc>
        <w:tc>
          <w:tcPr>
            <w:tcW w:w="3240" w:type="dxa"/>
          </w:tcPr>
          <w:p w14:paraId="2766FB82" w14:textId="77777777" w:rsidR="001C7FD1" w:rsidRDefault="003F5285">
            <w:pPr>
              <w:spacing w:after="0" w:line="240" w:lineRule="auto"/>
            </w:pPr>
            <w:sdt>
              <w:sdtPr>
                <w:alias w:val="T546"/>
                <w:tag w:val="T546"/>
                <w:id w:val="100546"/>
                <w:text/>
              </w:sdtPr>
              <w:sdtEndPr/>
              <w:sdtContent>
                <w:r>
                  <w:rPr>
                    <w:rFonts w:eastAsia="Arial"/>
                    <w:color w:val="555555"/>
                  </w:rPr>
                  <w:t>Click or tap to type</w:t>
                </w:r>
              </w:sdtContent>
            </w:sdt>
          </w:p>
        </w:tc>
      </w:tr>
      <w:tr w:rsidR="001C7FD1" w14:paraId="37A9923C" w14:textId="77777777">
        <w:trPr>
          <w:cantSplit/>
        </w:trPr>
        <w:tc>
          <w:tcPr>
            <w:tcW w:w="3700" w:type="dxa"/>
            <w:shd w:val="clear" w:color="auto" w:fill="F5F4EF"/>
          </w:tcPr>
          <w:p w14:paraId="7A6BE1D3" w14:textId="77777777" w:rsidR="001C7FD1" w:rsidRDefault="003F5285">
            <w:pPr>
              <w:spacing w:after="0" w:line="240" w:lineRule="auto"/>
            </w:pPr>
            <w:r>
              <w:rPr>
                <w:rFonts w:eastAsia="Arial"/>
                <w:b/>
              </w:rPr>
              <w:t>Risk to children or other people for whom the person has caring responsibility</w:t>
            </w:r>
          </w:p>
        </w:tc>
        <w:tc>
          <w:tcPr>
            <w:tcW w:w="1350" w:type="dxa"/>
            <w:shd w:val="clear" w:color="auto" w:fill="F5F4EF"/>
          </w:tcPr>
          <w:p w14:paraId="17C355CA" w14:textId="77777777" w:rsidR="001C7FD1" w:rsidRDefault="003F5285">
            <w:pPr>
              <w:spacing w:after="0" w:line="240" w:lineRule="auto"/>
            </w:pPr>
            <w:sdt>
              <w:sdtPr>
                <w:alias w:val="Y547"/>
                <w:tag w:val="Y547"/>
                <w:id w:val="100547"/>
                <w:text/>
              </w:sdtPr>
              <w:sdtEndPr/>
              <w:sdtContent>
                <w:r>
                  <w:rPr>
                    <w:rFonts w:eastAsia="Arial"/>
                    <w:color w:val="555555"/>
                  </w:rPr>
                  <w:t>Yes / No / Not sure</w:t>
                </w:r>
              </w:sdtContent>
            </w:sdt>
          </w:p>
        </w:tc>
        <w:tc>
          <w:tcPr>
            <w:tcW w:w="1350" w:type="dxa"/>
            <w:shd w:val="clear" w:color="auto" w:fill="F5F4EF"/>
          </w:tcPr>
          <w:p w14:paraId="3BBEDCDB" w14:textId="77777777" w:rsidR="001C7FD1" w:rsidRDefault="003F5285">
            <w:pPr>
              <w:spacing w:after="0" w:line="240" w:lineRule="auto"/>
            </w:pPr>
            <w:sdt>
              <w:sdtPr>
                <w:alias w:val="Y548"/>
                <w:tag w:val="Y548"/>
                <w:id w:val="100548"/>
                <w:text/>
              </w:sdtPr>
              <w:sdtEndPr/>
              <w:sdtContent>
                <w:r>
                  <w:rPr>
                    <w:rFonts w:eastAsia="Arial"/>
                    <w:color w:val="555555"/>
                  </w:rPr>
                  <w:t>Yes / No / Not sure</w:t>
                </w:r>
              </w:sdtContent>
            </w:sdt>
          </w:p>
        </w:tc>
        <w:tc>
          <w:tcPr>
            <w:tcW w:w="3240" w:type="dxa"/>
            <w:shd w:val="clear" w:color="auto" w:fill="F5F4EF"/>
          </w:tcPr>
          <w:p w14:paraId="242B996C" w14:textId="77777777" w:rsidR="001C7FD1" w:rsidRDefault="003F5285">
            <w:pPr>
              <w:spacing w:after="0" w:line="240" w:lineRule="auto"/>
            </w:pPr>
            <w:sdt>
              <w:sdtPr>
                <w:alias w:val="T549"/>
                <w:tag w:val="T549"/>
                <w:id w:val="100549"/>
                <w:text/>
              </w:sdtPr>
              <w:sdtEndPr/>
              <w:sdtContent>
                <w:r>
                  <w:rPr>
                    <w:rFonts w:eastAsia="Arial"/>
                    <w:color w:val="555555"/>
                  </w:rPr>
                  <w:t>Click or tap to type</w:t>
                </w:r>
              </w:sdtContent>
            </w:sdt>
          </w:p>
        </w:tc>
      </w:tr>
    </w:tbl>
    <w:p w14:paraId="7F5BE501" w14:textId="77777777" w:rsidR="001C7FD1" w:rsidRDefault="003F5285">
      <w:pPr>
        <w:pStyle w:val="Heading2"/>
      </w:pPr>
      <w:r>
        <w:t>14.1 Current supervision and emergency planning</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100"/>
        <w:gridCol w:w="6540"/>
      </w:tblGrid>
      <w:tr w:rsidR="001C7FD1" w14:paraId="4D05F4C7" w14:textId="77777777">
        <w:trPr>
          <w:cantSplit/>
          <w:tblHeader/>
        </w:trPr>
        <w:tc>
          <w:tcPr>
            <w:tcW w:w="3100" w:type="dxa"/>
            <w:shd w:val="clear" w:color="auto" w:fill="4B1F26"/>
            <w:tcMar>
              <w:top w:w="90" w:type="dxa"/>
              <w:left w:w="120" w:type="dxa"/>
              <w:bottom w:w="90" w:type="dxa"/>
              <w:right w:w="120" w:type="dxa"/>
            </w:tcMar>
            <w:vAlign w:val="center"/>
          </w:tcPr>
          <w:p w14:paraId="036D5612" w14:textId="77777777" w:rsidR="001C7FD1" w:rsidRDefault="003F5285">
            <w:pPr>
              <w:spacing w:after="0" w:line="240" w:lineRule="auto"/>
            </w:pPr>
            <w:r>
              <w:rPr>
                <w:rFonts w:eastAsia="Arial"/>
                <w:b/>
                <w:color w:val="FFFFFF"/>
              </w:rPr>
              <w:t>Information</w:t>
            </w:r>
          </w:p>
        </w:tc>
        <w:tc>
          <w:tcPr>
            <w:tcW w:w="6540" w:type="dxa"/>
            <w:shd w:val="clear" w:color="auto" w:fill="4B1F26"/>
            <w:tcMar>
              <w:top w:w="90" w:type="dxa"/>
              <w:left w:w="120" w:type="dxa"/>
              <w:bottom w:w="90" w:type="dxa"/>
              <w:right w:w="120" w:type="dxa"/>
            </w:tcMar>
            <w:vAlign w:val="center"/>
          </w:tcPr>
          <w:p w14:paraId="148BAA03" w14:textId="77777777" w:rsidR="001C7FD1" w:rsidRDefault="003F5285">
            <w:pPr>
              <w:spacing w:after="0" w:line="240" w:lineRule="auto"/>
            </w:pPr>
            <w:r>
              <w:rPr>
                <w:rFonts w:eastAsia="Arial"/>
                <w:b/>
                <w:color w:val="FFFFFF"/>
              </w:rPr>
              <w:t>Response</w:t>
            </w:r>
          </w:p>
        </w:tc>
      </w:tr>
      <w:tr w:rsidR="001C7FD1" w14:paraId="0DC2A53A" w14:textId="77777777">
        <w:trPr>
          <w:cantSplit/>
        </w:trPr>
        <w:tc>
          <w:tcPr>
            <w:tcW w:w="3100" w:type="dxa"/>
            <w:shd w:val="clear" w:color="auto" w:fill="EEECE1"/>
          </w:tcPr>
          <w:p w14:paraId="788C5F44" w14:textId="77777777" w:rsidR="001C7FD1" w:rsidRDefault="003F5285">
            <w:pPr>
              <w:spacing w:after="0" w:line="240" w:lineRule="auto"/>
            </w:pPr>
            <w:r>
              <w:rPr>
                <w:rFonts w:eastAsia="Arial"/>
                <w:b/>
                <w:color w:val="4B1F26"/>
              </w:rPr>
              <w:lastRenderedPageBreak/>
              <w:t>Current overall supervision/support level</w:t>
            </w:r>
          </w:p>
          <w:p w14:paraId="3C2F9FE6" w14:textId="77777777" w:rsidR="001C7FD1" w:rsidRDefault="003F5285">
            <w:pPr>
              <w:spacing w:after="0" w:line="240" w:lineRule="auto"/>
            </w:pPr>
            <w:r>
              <w:rPr>
                <w:rFonts w:eastAsia="Arial"/>
                <w:i/>
                <w:color w:val="666666"/>
              </w:rPr>
              <w:t>Independent; planned check-ins; weekly support; daily checks; direct support for part/most of day; or cannot safely be left alone.</w:t>
            </w:r>
          </w:p>
        </w:tc>
        <w:tc>
          <w:tcPr>
            <w:tcW w:w="6540" w:type="dxa"/>
          </w:tcPr>
          <w:p w14:paraId="0A161F7D" w14:textId="77777777" w:rsidR="001C7FD1" w:rsidRDefault="003F5285">
            <w:pPr>
              <w:spacing w:after="0" w:line="240" w:lineRule="auto"/>
            </w:pPr>
            <w:sdt>
              <w:sdtPr>
                <w:alias w:val="S550"/>
                <w:tag w:val="S550"/>
                <w:id w:val="100550"/>
                <w:text/>
              </w:sdtPr>
              <w:sdtEndPr/>
              <w:sdtContent>
                <w:r>
                  <w:rPr>
                    <w:rFonts w:eastAsia="Arial"/>
                    <w:color w:val="555555"/>
                  </w:rPr>
                  <w:t>Click or tap to select/type</w:t>
                </w:r>
              </w:sdtContent>
            </w:sdt>
          </w:p>
        </w:tc>
      </w:tr>
      <w:tr w:rsidR="001C7FD1" w14:paraId="4AAC1AC4" w14:textId="77777777">
        <w:trPr>
          <w:cantSplit/>
        </w:trPr>
        <w:tc>
          <w:tcPr>
            <w:tcW w:w="3100" w:type="dxa"/>
            <w:shd w:val="clear" w:color="auto" w:fill="EEECE1"/>
          </w:tcPr>
          <w:p w14:paraId="7F4958FD" w14:textId="77777777" w:rsidR="001C7FD1" w:rsidRDefault="003F5285">
            <w:pPr>
              <w:spacing w:after="0" w:line="240" w:lineRule="auto"/>
            </w:pPr>
            <w:r>
              <w:rPr>
                <w:rFonts w:eastAsia="Arial"/>
                <w:b/>
                <w:color w:val="4B1F26"/>
              </w:rPr>
              <w:t>How long can the person safely be alone?</w:t>
            </w:r>
          </w:p>
        </w:tc>
        <w:tc>
          <w:tcPr>
            <w:tcW w:w="6540" w:type="dxa"/>
            <w:shd w:val="clear" w:color="auto" w:fill="F5F4EF"/>
          </w:tcPr>
          <w:p w14:paraId="3BE7E795" w14:textId="77777777" w:rsidR="001C7FD1" w:rsidRDefault="003F5285">
            <w:pPr>
              <w:spacing w:after="0" w:line="240" w:lineRule="auto"/>
            </w:pPr>
            <w:sdt>
              <w:sdtPr>
                <w:alias w:val="T551"/>
                <w:tag w:val="T551"/>
                <w:id w:val="100551"/>
                <w:text/>
              </w:sdtPr>
              <w:sdtEndPr/>
              <w:sdtContent>
                <w:r>
                  <w:rPr>
                    <w:rFonts w:eastAsia="Arial"/>
                    <w:color w:val="555555"/>
                  </w:rPr>
                  <w:t>Click or tap to type</w:t>
                </w:r>
              </w:sdtContent>
            </w:sdt>
          </w:p>
        </w:tc>
      </w:tr>
      <w:tr w:rsidR="001C7FD1" w14:paraId="429AFD4F" w14:textId="77777777">
        <w:trPr>
          <w:cantSplit/>
        </w:trPr>
        <w:tc>
          <w:tcPr>
            <w:tcW w:w="3100" w:type="dxa"/>
            <w:shd w:val="clear" w:color="auto" w:fill="EEECE1"/>
          </w:tcPr>
          <w:p w14:paraId="478BB0A9" w14:textId="77777777" w:rsidR="001C7FD1" w:rsidRDefault="003F5285">
            <w:pPr>
              <w:spacing w:after="0" w:line="240" w:lineRule="auto"/>
            </w:pPr>
            <w:r>
              <w:rPr>
                <w:rFonts w:eastAsia="Arial"/>
                <w:b/>
                <w:color w:val="4B1F26"/>
              </w:rPr>
              <w:t>Conditions, settings or times when they cannot be left alone</w:t>
            </w:r>
          </w:p>
        </w:tc>
        <w:tc>
          <w:tcPr>
            <w:tcW w:w="6540" w:type="dxa"/>
          </w:tcPr>
          <w:p w14:paraId="55052CF8" w14:textId="77777777" w:rsidR="001C7FD1" w:rsidRDefault="003F5285">
            <w:pPr>
              <w:spacing w:after="0" w:line="240" w:lineRule="auto"/>
            </w:pPr>
            <w:sdt>
              <w:sdtPr>
                <w:alias w:val="T552"/>
                <w:tag w:val="T552"/>
                <w:id w:val="100552"/>
                <w:text/>
              </w:sdtPr>
              <w:sdtEndPr/>
              <w:sdtContent>
                <w:r>
                  <w:rPr>
                    <w:rFonts w:eastAsia="Arial"/>
                    <w:color w:val="555555"/>
                  </w:rPr>
                  <w:t>Click or tap to type</w:t>
                </w:r>
              </w:sdtContent>
            </w:sdt>
          </w:p>
        </w:tc>
      </w:tr>
      <w:tr w:rsidR="001C7FD1" w14:paraId="6DB4FC2B" w14:textId="77777777">
        <w:trPr>
          <w:cantSplit/>
        </w:trPr>
        <w:tc>
          <w:tcPr>
            <w:tcW w:w="3100" w:type="dxa"/>
            <w:shd w:val="clear" w:color="auto" w:fill="EEECE1"/>
          </w:tcPr>
          <w:p w14:paraId="4EF4AA06" w14:textId="77777777" w:rsidR="001C7FD1" w:rsidRDefault="003F5285">
            <w:pPr>
              <w:spacing w:after="0" w:line="240" w:lineRule="auto"/>
            </w:pPr>
            <w:r>
              <w:rPr>
                <w:rFonts w:eastAsia="Arial"/>
                <w:b/>
                <w:color w:val="4B1F26"/>
              </w:rPr>
              <w:t>Overnight support or monitoring required</w:t>
            </w:r>
          </w:p>
        </w:tc>
        <w:tc>
          <w:tcPr>
            <w:tcW w:w="6540" w:type="dxa"/>
            <w:shd w:val="clear" w:color="auto" w:fill="F5F4EF"/>
          </w:tcPr>
          <w:p w14:paraId="1B2B785B" w14:textId="77777777" w:rsidR="001C7FD1" w:rsidRDefault="003F5285">
            <w:pPr>
              <w:spacing w:after="0" w:line="240" w:lineRule="auto"/>
            </w:pPr>
            <w:sdt>
              <w:sdtPr>
                <w:alias w:val="T553"/>
                <w:tag w:val="T553"/>
                <w:id w:val="100553"/>
                <w:text/>
              </w:sdtPr>
              <w:sdtEndPr/>
              <w:sdtContent>
                <w:r>
                  <w:rPr>
                    <w:rFonts w:eastAsia="Arial"/>
                    <w:color w:val="555555"/>
                  </w:rPr>
                  <w:t>Click or tap to type</w:t>
                </w:r>
              </w:sdtContent>
            </w:sdt>
          </w:p>
        </w:tc>
      </w:tr>
      <w:tr w:rsidR="001C7FD1" w14:paraId="343CF12E" w14:textId="77777777">
        <w:trPr>
          <w:cantSplit/>
        </w:trPr>
        <w:tc>
          <w:tcPr>
            <w:tcW w:w="3100" w:type="dxa"/>
            <w:shd w:val="clear" w:color="auto" w:fill="EEECE1"/>
          </w:tcPr>
          <w:p w14:paraId="533AF7E7" w14:textId="77777777" w:rsidR="001C7FD1" w:rsidRDefault="003F5285">
            <w:pPr>
              <w:spacing w:after="0" w:line="240" w:lineRule="auto"/>
            </w:pPr>
            <w:r>
              <w:rPr>
                <w:rFonts w:eastAsia="Arial"/>
                <w:b/>
                <w:color w:val="4B1F26"/>
              </w:rPr>
              <w:t>What happens if scheduled support is unavailable?</w:t>
            </w:r>
          </w:p>
        </w:tc>
        <w:tc>
          <w:tcPr>
            <w:tcW w:w="6540" w:type="dxa"/>
          </w:tcPr>
          <w:p w14:paraId="1845438B" w14:textId="77777777" w:rsidR="001C7FD1" w:rsidRDefault="003F5285">
            <w:pPr>
              <w:spacing w:after="0" w:line="240" w:lineRule="auto"/>
            </w:pPr>
            <w:sdt>
              <w:sdtPr>
                <w:alias w:val="T554"/>
                <w:tag w:val="T554"/>
                <w:id w:val="100554"/>
                <w:text/>
              </w:sdtPr>
              <w:sdtEndPr/>
              <w:sdtContent>
                <w:r>
                  <w:rPr>
                    <w:rFonts w:eastAsia="Arial"/>
                    <w:color w:val="555555"/>
                  </w:rPr>
                  <w:t>Click or tap to type</w:t>
                </w:r>
              </w:sdtContent>
            </w:sdt>
          </w:p>
        </w:tc>
      </w:tr>
      <w:tr w:rsidR="001C7FD1" w14:paraId="7E3B3FBB" w14:textId="77777777">
        <w:trPr>
          <w:cantSplit/>
        </w:trPr>
        <w:tc>
          <w:tcPr>
            <w:tcW w:w="3100" w:type="dxa"/>
            <w:shd w:val="clear" w:color="auto" w:fill="EEECE1"/>
          </w:tcPr>
          <w:p w14:paraId="20FD48B4" w14:textId="77777777" w:rsidR="001C7FD1" w:rsidRDefault="003F5285">
            <w:pPr>
              <w:spacing w:after="0" w:line="240" w:lineRule="auto"/>
            </w:pPr>
            <w:r>
              <w:rPr>
                <w:rFonts w:eastAsia="Arial"/>
                <w:b/>
                <w:color w:val="4B1F26"/>
              </w:rPr>
              <w:t>Emergency contacts verified</w:t>
            </w:r>
          </w:p>
        </w:tc>
        <w:tc>
          <w:tcPr>
            <w:tcW w:w="6540" w:type="dxa"/>
            <w:shd w:val="clear" w:color="auto" w:fill="F5F4EF"/>
          </w:tcPr>
          <w:p w14:paraId="2FDAF6CF" w14:textId="77777777" w:rsidR="001C7FD1" w:rsidRDefault="003F5285">
            <w:pPr>
              <w:spacing w:after="0" w:line="240" w:lineRule="auto"/>
            </w:pPr>
            <w:sdt>
              <w:sdtPr>
                <w:alias w:val="Y555"/>
                <w:tag w:val="Y555"/>
                <w:id w:val="100555"/>
                <w:text/>
              </w:sdtPr>
              <w:sdtEndPr/>
              <w:sdtContent>
                <w:r>
                  <w:rPr>
                    <w:rFonts w:eastAsia="Arial"/>
                    <w:color w:val="555555"/>
                  </w:rPr>
                  <w:t>Yes / No / Not sure</w:t>
                </w:r>
              </w:sdtContent>
            </w:sdt>
          </w:p>
        </w:tc>
      </w:tr>
      <w:tr w:rsidR="001C7FD1" w14:paraId="530443D6" w14:textId="77777777">
        <w:trPr>
          <w:cantSplit/>
        </w:trPr>
        <w:tc>
          <w:tcPr>
            <w:tcW w:w="3100" w:type="dxa"/>
            <w:shd w:val="clear" w:color="auto" w:fill="EEECE1"/>
          </w:tcPr>
          <w:p w14:paraId="4208F5A6" w14:textId="77777777" w:rsidR="001C7FD1" w:rsidRDefault="003F5285">
            <w:pPr>
              <w:spacing w:after="0" w:line="240" w:lineRule="auto"/>
            </w:pPr>
            <w:r>
              <w:rPr>
                <w:rFonts w:eastAsia="Arial"/>
                <w:b/>
                <w:color w:val="4B1F26"/>
              </w:rPr>
              <w:t>Current crisis / safety / medical plan and location</w:t>
            </w:r>
          </w:p>
        </w:tc>
        <w:tc>
          <w:tcPr>
            <w:tcW w:w="6540" w:type="dxa"/>
          </w:tcPr>
          <w:p w14:paraId="6CC4BFF0" w14:textId="77777777" w:rsidR="001C7FD1" w:rsidRDefault="003F5285">
            <w:pPr>
              <w:spacing w:after="0" w:line="240" w:lineRule="auto"/>
            </w:pPr>
            <w:sdt>
              <w:sdtPr>
                <w:alias w:val="T556"/>
                <w:tag w:val="T556"/>
                <w:id w:val="100556"/>
                <w:text/>
              </w:sdtPr>
              <w:sdtEndPr/>
              <w:sdtContent>
                <w:r>
                  <w:rPr>
                    <w:rFonts w:eastAsia="Arial"/>
                    <w:color w:val="555555"/>
                  </w:rPr>
                  <w:t>Click or tap to type</w:t>
                </w:r>
              </w:sdtContent>
            </w:sdt>
          </w:p>
        </w:tc>
      </w:tr>
      <w:tr w:rsidR="001C7FD1" w14:paraId="081FA64E" w14:textId="77777777">
        <w:trPr>
          <w:cantSplit/>
        </w:trPr>
        <w:tc>
          <w:tcPr>
            <w:tcW w:w="3100" w:type="dxa"/>
            <w:shd w:val="clear" w:color="auto" w:fill="EEECE1"/>
          </w:tcPr>
          <w:p w14:paraId="65AB4713" w14:textId="77777777" w:rsidR="001C7FD1" w:rsidRDefault="003F5285">
            <w:pPr>
              <w:spacing w:after="0" w:line="240" w:lineRule="auto"/>
            </w:pPr>
            <w:r>
              <w:rPr>
                <w:rFonts w:eastAsia="Arial"/>
                <w:b/>
                <w:color w:val="4B1F26"/>
              </w:rPr>
              <w:t>Behaviour support plan and practitioner, if applicable</w:t>
            </w:r>
          </w:p>
        </w:tc>
        <w:tc>
          <w:tcPr>
            <w:tcW w:w="6540" w:type="dxa"/>
            <w:shd w:val="clear" w:color="auto" w:fill="F5F4EF"/>
          </w:tcPr>
          <w:p w14:paraId="76D2980A" w14:textId="77777777" w:rsidR="001C7FD1" w:rsidRDefault="003F5285">
            <w:pPr>
              <w:spacing w:after="0" w:line="240" w:lineRule="auto"/>
            </w:pPr>
            <w:sdt>
              <w:sdtPr>
                <w:alias w:val="T557"/>
                <w:tag w:val="T557"/>
                <w:id w:val="100557"/>
                <w:text/>
              </w:sdtPr>
              <w:sdtEndPr/>
              <w:sdtContent>
                <w:r>
                  <w:rPr>
                    <w:rFonts w:eastAsia="Arial"/>
                    <w:color w:val="555555"/>
                  </w:rPr>
                  <w:t>Click or tap to type</w:t>
                </w:r>
              </w:sdtContent>
            </w:sdt>
          </w:p>
        </w:tc>
      </w:tr>
      <w:tr w:rsidR="001C7FD1" w14:paraId="3E521D39" w14:textId="77777777">
        <w:trPr>
          <w:cantSplit/>
        </w:trPr>
        <w:tc>
          <w:tcPr>
            <w:tcW w:w="3100" w:type="dxa"/>
            <w:shd w:val="clear" w:color="auto" w:fill="EEECE1"/>
          </w:tcPr>
          <w:p w14:paraId="413BBCC0" w14:textId="77777777" w:rsidR="001C7FD1" w:rsidRDefault="003F5285">
            <w:pPr>
              <w:spacing w:after="0" w:line="240" w:lineRule="auto"/>
            </w:pPr>
            <w:r>
              <w:rPr>
                <w:rFonts w:eastAsia="Arial"/>
                <w:b/>
                <w:color w:val="4B1F26"/>
              </w:rPr>
              <w:t>Restrictive practices reported and escalation action</w:t>
            </w:r>
          </w:p>
        </w:tc>
        <w:tc>
          <w:tcPr>
            <w:tcW w:w="6540" w:type="dxa"/>
          </w:tcPr>
          <w:p w14:paraId="2BC4F75B" w14:textId="77777777" w:rsidR="001C7FD1" w:rsidRDefault="003F5285">
            <w:pPr>
              <w:spacing w:after="0" w:line="240" w:lineRule="auto"/>
            </w:pPr>
            <w:sdt>
              <w:sdtPr>
                <w:alias w:val="T558"/>
                <w:tag w:val="T558"/>
                <w:id w:val="100558"/>
                <w:text/>
              </w:sdtPr>
              <w:sdtEndPr/>
              <w:sdtContent>
                <w:r>
                  <w:rPr>
                    <w:rFonts w:eastAsia="Arial"/>
                    <w:color w:val="555555"/>
                  </w:rPr>
                  <w:t>Click or tap to type</w:t>
                </w:r>
              </w:sdtContent>
            </w:sdt>
          </w:p>
        </w:tc>
      </w:tr>
      <w:tr w:rsidR="001C7FD1" w14:paraId="0DE67AFC" w14:textId="77777777">
        <w:trPr>
          <w:cantSplit/>
        </w:trPr>
        <w:tc>
          <w:tcPr>
            <w:tcW w:w="3100" w:type="dxa"/>
            <w:shd w:val="clear" w:color="auto" w:fill="EEECE1"/>
          </w:tcPr>
          <w:p w14:paraId="6F37F244" w14:textId="77777777" w:rsidR="001C7FD1" w:rsidRDefault="003F5285">
            <w:pPr>
              <w:spacing w:after="0" w:line="240" w:lineRule="auto"/>
            </w:pPr>
            <w:r>
              <w:rPr>
                <w:rFonts w:eastAsia="Arial"/>
                <w:b/>
                <w:color w:val="4B1F26"/>
              </w:rPr>
              <w:t>Safeguarding or mandatory reporting action taken</w:t>
            </w:r>
          </w:p>
        </w:tc>
        <w:tc>
          <w:tcPr>
            <w:tcW w:w="6540" w:type="dxa"/>
            <w:shd w:val="clear" w:color="auto" w:fill="F5F4EF"/>
          </w:tcPr>
          <w:p w14:paraId="5055FD62" w14:textId="77777777" w:rsidR="001C7FD1" w:rsidRDefault="003F5285">
            <w:pPr>
              <w:spacing w:after="0" w:line="240" w:lineRule="auto"/>
            </w:pPr>
            <w:sdt>
              <w:sdtPr>
                <w:alias w:val="T559"/>
                <w:tag w:val="T559"/>
                <w:id w:val="100559"/>
                <w:text/>
              </w:sdtPr>
              <w:sdtEndPr/>
              <w:sdtContent>
                <w:r>
                  <w:rPr>
                    <w:rFonts w:eastAsia="Arial"/>
                    <w:color w:val="555555"/>
                  </w:rPr>
                  <w:t>Click or tap to type</w:t>
                </w:r>
              </w:sdtContent>
            </w:sdt>
          </w:p>
        </w:tc>
      </w:tr>
      <w:tr w:rsidR="001C7FD1" w14:paraId="3C3476EC" w14:textId="77777777">
        <w:trPr>
          <w:cantSplit/>
        </w:trPr>
        <w:tc>
          <w:tcPr>
            <w:tcW w:w="3100" w:type="dxa"/>
            <w:shd w:val="clear" w:color="auto" w:fill="EEECE1"/>
          </w:tcPr>
          <w:p w14:paraId="5E08DBFA" w14:textId="77777777" w:rsidR="001C7FD1" w:rsidRDefault="003F5285">
            <w:pPr>
              <w:spacing w:after="0" w:line="240" w:lineRule="auto"/>
            </w:pPr>
            <w:r>
              <w:rPr>
                <w:rFonts w:eastAsia="Arial"/>
                <w:b/>
                <w:color w:val="4B1F26"/>
              </w:rPr>
              <w:t>Immediate referrals or follow-up required</w:t>
            </w:r>
          </w:p>
        </w:tc>
        <w:tc>
          <w:tcPr>
            <w:tcW w:w="6540" w:type="dxa"/>
          </w:tcPr>
          <w:p w14:paraId="14EBFC23" w14:textId="77777777" w:rsidR="001C7FD1" w:rsidRDefault="003F5285">
            <w:pPr>
              <w:spacing w:after="0" w:line="240" w:lineRule="auto"/>
            </w:pPr>
            <w:sdt>
              <w:sdtPr>
                <w:alias w:val="T560"/>
                <w:tag w:val="T560"/>
                <w:id w:val="100560"/>
                <w:text/>
              </w:sdtPr>
              <w:sdtEndPr/>
              <w:sdtContent>
                <w:r>
                  <w:rPr>
                    <w:rFonts w:eastAsia="Arial"/>
                    <w:color w:val="555555"/>
                  </w:rPr>
                  <w:t>Click or tap to type</w:t>
                </w:r>
              </w:sdtContent>
            </w:sdt>
          </w:p>
        </w:tc>
      </w:tr>
    </w:tbl>
    <w:p w14:paraId="43C31C04" w14:textId="77777777" w:rsidR="001C7FD1" w:rsidRDefault="003F5285">
      <w:pPr>
        <w:pStyle w:val="Heading1"/>
      </w:pPr>
      <w:r>
        <w:t>15. Wara Yindi Quality of Life and Environmental Barriers Profile</w:t>
      </w:r>
    </w:p>
    <w:p w14:paraId="2F16AEF4" w14:textId="77777777" w:rsidR="001C7FD1" w:rsidRDefault="003F5285">
      <w:pPr>
        <w:spacing w:after="160" w:line="269" w:lineRule="auto"/>
      </w:pPr>
      <w:r>
        <w:rPr>
          <w:rFonts w:eastAsia="Arial"/>
        </w:rPr>
        <w:t>For each area, rate the current level of difficulty or support need and describe what would improve satisfaction, dignity, choice or access. A proxy answer should be identified as the parent/carer's view.</w:t>
      </w:r>
    </w:p>
    <w:tbl>
      <w:tblPr>
        <w:tblW w:w="9640" w:type="dxa"/>
        <w:tblInd w:w="120" w:type="dxa"/>
        <w:tblBorders>
          <w:top w:val="single" w:sz="6" w:space="0" w:color="DDD9C3"/>
          <w:left w:val="single" w:sz="6" w:space="0" w:color="DDD9C3"/>
          <w:bottom w:val="single" w:sz="6" w:space="0" w:color="DDD9C3"/>
          <w:right w:val="single" w:sz="6" w:space="0" w:color="DDD9C3"/>
          <w:insideH w:val="single" w:sz="6" w:space="0" w:color="DDD9C3"/>
          <w:insideV w:val="single" w:sz="6" w:space="0" w:color="DDD9C3"/>
        </w:tblBorders>
        <w:tblLayout w:type="fixed"/>
        <w:tblLook w:val="04A0" w:firstRow="1" w:lastRow="0" w:firstColumn="1" w:lastColumn="0" w:noHBand="0" w:noVBand="1"/>
      </w:tblPr>
      <w:tblGrid>
        <w:gridCol w:w="9640"/>
      </w:tblGrid>
      <w:tr w:rsidR="001C7FD1" w14:paraId="59A370E8" w14:textId="77777777">
        <w:trPr>
          <w:cantSplit/>
        </w:trPr>
        <w:tc>
          <w:tcPr>
            <w:tcW w:w="9640" w:type="dxa"/>
            <w:shd w:val="clear" w:color="auto" w:fill="EAF3F7"/>
            <w:tcMar>
              <w:top w:w="90" w:type="dxa"/>
              <w:left w:w="120" w:type="dxa"/>
              <w:bottom w:w="90" w:type="dxa"/>
              <w:right w:w="120" w:type="dxa"/>
            </w:tcMar>
            <w:vAlign w:val="center"/>
          </w:tcPr>
          <w:p w14:paraId="144296E4" w14:textId="77777777" w:rsidR="001C7FD1" w:rsidRDefault="003F5285">
            <w:pPr>
              <w:spacing w:after="0" w:line="240" w:lineRule="auto"/>
            </w:pPr>
            <w:r>
              <w:rPr>
                <w:rFonts w:eastAsia="Arial"/>
                <w:b/>
                <w:color w:val="2A7DB8"/>
              </w:rPr>
              <w:t xml:space="preserve">Rating guide: </w:t>
            </w:r>
            <w:r>
              <w:rPr>
                <w:rFonts w:eastAsia="Arial"/>
              </w:rPr>
              <w:t>Enter 0 = independent/no extra support; 1 = occasional cue, check or adaptation; 2 = regular prompting, set-up or partial help; 3 = frequent supervision or hands-on help; 4 = unable or unsafe without full/continuous help; N/A = not applicable or not observed. For children, consider what is ordinarily expected for the same age.</w:t>
            </w:r>
          </w:p>
        </w:tc>
      </w:tr>
    </w:tbl>
    <w:p w14:paraId="6E2F6A71" w14:textId="77777777" w:rsidR="001C7FD1" w:rsidRDefault="003F5285">
      <w:pPr>
        <w:spacing w:before="100" w:after="0" w:line="72" w:lineRule="auto"/>
      </w:pPr>
      <w:r>
        <w:rPr>
          <w:rFonts w:eastAsia="Arial"/>
          <w:color w:val="FFFFFF"/>
          <w:sz w:val="8"/>
        </w:rPr>
        <w:lastRenderedPageBreak/>
        <w:t xml:space="preserve"> </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4760"/>
        <w:gridCol w:w="1280"/>
        <w:gridCol w:w="3600"/>
      </w:tblGrid>
      <w:tr w:rsidR="001C7FD1" w14:paraId="223F90A4" w14:textId="77777777">
        <w:trPr>
          <w:cantSplit/>
          <w:tblHeader/>
        </w:trPr>
        <w:tc>
          <w:tcPr>
            <w:tcW w:w="4760" w:type="dxa"/>
            <w:shd w:val="clear" w:color="auto" w:fill="4B1F26"/>
            <w:tcMar>
              <w:top w:w="90" w:type="dxa"/>
              <w:left w:w="120" w:type="dxa"/>
              <w:bottom w:w="90" w:type="dxa"/>
              <w:right w:w="120" w:type="dxa"/>
            </w:tcMar>
            <w:vAlign w:val="center"/>
          </w:tcPr>
          <w:p w14:paraId="2C135C0D" w14:textId="77777777" w:rsidR="001C7FD1" w:rsidRDefault="003F5285">
            <w:pPr>
              <w:spacing w:after="0" w:line="240" w:lineRule="auto"/>
            </w:pPr>
            <w:r>
              <w:rPr>
                <w:rFonts w:eastAsia="Arial"/>
                <w:b/>
                <w:color w:val="FFFFFF"/>
              </w:rPr>
              <w:t>Life area</w:t>
            </w:r>
          </w:p>
        </w:tc>
        <w:tc>
          <w:tcPr>
            <w:tcW w:w="1280" w:type="dxa"/>
            <w:shd w:val="clear" w:color="auto" w:fill="4B1F26"/>
            <w:tcMar>
              <w:top w:w="90" w:type="dxa"/>
              <w:left w:w="120" w:type="dxa"/>
              <w:bottom w:w="90" w:type="dxa"/>
              <w:right w:w="120" w:type="dxa"/>
            </w:tcMar>
            <w:vAlign w:val="center"/>
          </w:tcPr>
          <w:p w14:paraId="7DBF20E2" w14:textId="77777777" w:rsidR="001C7FD1" w:rsidRDefault="003F5285">
            <w:pPr>
              <w:spacing w:after="0" w:line="240" w:lineRule="auto"/>
            </w:pPr>
            <w:r>
              <w:rPr>
                <w:rFonts w:eastAsia="Arial"/>
                <w:b/>
                <w:color w:val="FFFFFF"/>
              </w:rPr>
              <w:t>Rating</w:t>
            </w:r>
            <w:r>
              <w:rPr>
                <w:rFonts w:eastAsia="Arial"/>
                <w:b/>
                <w:color w:val="FFFFFF"/>
              </w:rPr>
              <w:br/>
              <w:t>0-4 / N/A</w:t>
            </w:r>
          </w:p>
        </w:tc>
        <w:tc>
          <w:tcPr>
            <w:tcW w:w="3600" w:type="dxa"/>
            <w:shd w:val="clear" w:color="auto" w:fill="4B1F26"/>
            <w:tcMar>
              <w:top w:w="90" w:type="dxa"/>
              <w:left w:w="120" w:type="dxa"/>
              <w:bottom w:w="90" w:type="dxa"/>
              <w:right w:w="120" w:type="dxa"/>
            </w:tcMar>
            <w:vAlign w:val="center"/>
          </w:tcPr>
          <w:p w14:paraId="285D66DA" w14:textId="77777777" w:rsidR="001C7FD1" w:rsidRDefault="003F5285">
            <w:pPr>
              <w:spacing w:after="0" w:line="240" w:lineRule="auto"/>
            </w:pPr>
            <w:r>
              <w:rPr>
                <w:rFonts w:eastAsia="Arial"/>
                <w:b/>
                <w:color w:val="FFFFFF"/>
              </w:rPr>
              <w:t>What is working, what is difficult and what would improve life</w:t>
            </w:r>
          </w:p>
        </w:tc>
      </w:tr>
      <w:tr w:rsidR="001C7FD1" w14:paraId="13EBEC1C" w14:textId="77777777">
        <w:trPr>
          <w:cantSplit/>
        </w:trPr>
        <w:tc>
          <w:tcPr>
            <w:tcW w:w="4760" w:type="dxa"/>
          </w:tcPr>
          <w:p w14:paraId="7B9C9614" w14:textId="77777777" w:rsidR="001C7FD1" w:rsidRDefault="003F5285">
            <w:pPr>
              <w:spacing w:after="0" w:line="240" w:lineRule="auto"/>
            </w:pPr>
            <w:r>
              <w:rPr>
                <w:rFonts w:eastAsia="Arial"/>
                <w:b/>
              </w:rPr>
              <w:t>Feeling safe and secure at home</w:t>
            </w:r>
          </w:p>
        </w:tc>
        <w:tc>
          <w:tcPr>
            <w:tcW w:w="1280" w:type="dxa"/>
          </w:tcPr>
          <w:p w14:paraId="41366770" w14:textId="77777777" w:rsidR="001C7FD1" w:rsidRDefault="003F5285">
            <w:pPr>
              <w:spacing w:after="0" w:line="240" w:lineRule="auto"/>
              <w:jc w:val="center"/>
            </w:pPr>
            <w:sdt>
              <w:sdtPr>
                <w:alias w:val="R561"/>
                <w:tag w:val="R561"/>
                <w:id w:val="100561"/>
                <w:text/>
              </w:sdtPr>
              <w:sdtEndPr/>
              <w:sdtContent>
                <w:r>
                  <w:rPr>
                    <w:rFonts w:eastAsia="Arial"/>
                    <w:color w:val="555555"/>
                  </w:rPr>
                  <w:t>0-4 / N/A</w:t>
                </w:r>
              </w:sdtContent>
            </w:sdt>
          </w:p>
        </w:tc>
        <w:tc>
          <w:tcPr>
            <w:tcW w:w="3600" w:type="dxa"/>
          </w:tcPr>
          <w:p w14:paraId="5F2B1C5C" w14:textId="77777777" w:rsidR="001C7FD1" w:rsidRDefault="003F5285">
            <w:pPr>
              <w:spacing w:after="0" w:line="240" w:lineRule="auto"/>
            </w:pPr>
            <w:sdt>
              <w:sdtPr>
                <w:alias w:val="T562"/>
                <w:tag w:val="T562"/>
                <w:id w:val="100562"/>
                <w:text/>
              </w:sdtPr>
              <w:sdtEndPr/>
              <w:sdtContent>
                <w:r>
                  <w:rPr>
                    <w:rFonts w:eastAsia="Arial"/>
                    <w:color w:val="555555"/>
                  </w:rPr>
                  <w:t>Click or tap to type</w:t>
                </w:r>
              </w:sdtContent>
            </w:sdt>
          </w:p>
        </w:tc>
      </w:tr>
      <w:tr w:rsidR="001C7FD1" w14:paraId="0E005E77" w14:textId="77777777">
        <w:trPr>
          <w:cantSplit/>
        </w:trPr>
        <w:tc>
          <w:tcPr>
            <w:tcW w:w="4760" w:type="dxa"/>
            <w:shd w:val="clear" w:color="auto" w:fill="F5F4EF"/>
          </w:tcPr>
          <w:p w14:paraId="5CCDBD38" w14:textId="77777777" w:rsidR="001C7FD1" w:rsidRDefault="003F5285">
            <w:pPr>
              <w:spacing w:after="0" w:line="240" w:lineRule="auto"/>
            </w:pPr>
            <w:r>
              <w:rPr>
                <w:rFonts w:eastAsia="Arial"/>
                <w:b/>
              </w:rPr>
              <w:t>Having suitable housing, food, transport and essential items</w:t>
            </w:r>
          </w:p>
        </w:tc>
        <w:tc>
          <w:tcPr>
            <w:tcW w:w="1280" w:type="dxa"/>
            <w:shd w:val="clear" w:color="auto" w:fill="F5F4EF"/>
          </w:tcPr>
          <w:p w14:paraId="5BE0FF62" w14:textId="77777777" w:rsidR="001C7FD1" w:rsidRDefault="003F5285">
            <w:pPr>
              <w:spacing w:after="0" w:line="240" w:lineRule="auto"/>
              <w:jc w:val="center"/>
            </w:pPr>
            <w:sdt>
              <w:sdtPr>
                <w:alias w:val="R563"/>
                <w:tag w:val="R563"/>
                <w:id w:val="100563"/>
                <w:text/>
              </w:sdtPr>
              <w:sdtEndPr/>
              <w:sdtContent>
                <w:r>
                  <w:rPr>
                    <w:rFonts w:eastAsia="Arial"/>
                    <w:color w:val="555555"/>
                  </w:rPr>
                  <w:t>0-4 / N/A</w:t>
                </w:r>
              </w:sdtContent>
            </w:sdt>
          </w:p>
        </w:tc>
        <w:tc>
          <w:tcPr>
            <w:tcW w:w="3600" w:type="dxa"/>
            <w:shd w:val="clear" w:color="auto" w:fill="F5F4EF"/>
          </w:tcPr>
          <w:p w14:paraId="61B23DF9" w14:textId="77777777" w:rsidR="001C7FD1" w:rsidRDefault="003F5285">
            <w:pPr>
              <w:spacing w:after="0" w:line="240" w:lineRule="auto"/>
            </w:pPr>
            <w:sdt>
              <w:sdtPr>
                <w:alias w:val="T564"/>
                <w:tag w:val="T564"/>
                <w:id w:val="100564"/>
                <w:text/>
              </w:sdtPr>
              <w:sdtEndPr/>
              <w:sdtContent>
                <w:r>
                  <w:rPr>
                    <w:rFonts w:eastAsia="Arial"/>
                    <w:color w:val="555555"/>
                  </w:rPr>
                  <w:t>Click or tap to type</w:t>
                </w:r>
              </w:sdtContent>
            </w:sdt>
          </w:p>
        </w:tc>
      </w:tr>
      <w:tr w:rsidR="001C7FD1" w14:paraId="3B393DBA" w14:textId="77777777">
        <w:trPr>
          <w:cantSplit/>
        </w:trPr>
        <w:tc>
          <w:tcPr>
            <w:tcW w:w="4760" w:type="dxa"/>
          </w:tcPr>
          <w:p w14:paraId="3F34A903" w14:textId="77777777" w:rsidR="001C7FD1" w:rsidRDefault="003F5285">
            <w:pPr>
              <w:spacing w:after="0" w:line="240" w:lineRule="auto"/>
            </w:pPr>
            <w:r>
              <w:rPr>
                <w:rFonts w:eastAsia="Arial"/>
                <w:b/>
              </w:rPr>
              <w:t>Physical health, comfort and energy</w:t>
            </w:r>
          </w:p>
        </w:tc>
        <w:tc>
          <w:tcPr>
            <w:tcW w:w="1280" w:type="dxa"/>
          </w:tcPr>
          <w:p w14:paraId="6244B141" w14:textId="77777777" w:rsidR="001C7FD1" w:rsidRDefault="003F5285">
            <w:pPr>
              <w:spacing w:after="0" w:line="240" w:lineRule="auto"/>
              <w:jc w:val="center"/>
            </w:pPr>
            <w:sdt>
              <w:sdtPr>
                <w:alias w:val="R565"/>
                <w:tag w:val="R565"/>
                <w:id w:val="100565"/>
                <w:text/>
              </w:sdtPr>
              <w:sdtEndPr/>
              <w:sdtContent>
                <w:r>
                  <w:rPr>
                    <w:rFonts w:eastAsia="Arial"/>
                    <w:color w:val="555555"/>
                  </w:rPr>
                  <w:t>0-4 / N/A</w:t>
                </w:r>
              </w:sdtContent>
            </w:sdt>
          </w:p>
        </w:tc>
        <w:tc>
          <w:tcPr>
            <w:tcW w:w="3600" w:type="dxa"/>
          </w:tcPr>
          <w:p w14:paraId="0050EA4D" w14:textId="77777777" w:rsidR="001C7FD1" w:rsidRDefault="003F5285">
            <w:pPr>
              <w:spacing w:after="0" w:line="240" w:lineRule="auto"/>
            </w:pPr>
            <w:sdt>
              <w:sdtPr>
                <w:alias w:val="T566"/>
                <w:tag w:val="T566"/>
                <w:id w:val="100566"/>
                <w:text/>
              </w:sdtPr>
              <w:sdtEndPr/>
              <w:sdtContent>
                <w:r>
                  <w:rPr>
                    <w:rFonts w:eastAsia="Arial"/>
                    <w:color w:val="555555"/>
                  </w:rPr>
                  <w:t>Click or tap to type</w:t>
                </w:r>
              </w:sdtContent>
            </w:sdt>
          </w:p>
        </w:tc>
      </w:tr>
      <w:tr w:rsidR="001C7FD1" w14:paraId="0ED4721C" w14:textId="77777777">
        <w:trPr>
          <w:cantSplit/>
        </w:trPr>
        <w:tc>
          <w:tcPr>
            <w:tcW w:w="4760" w:type="dxa"/>
            <w:shd w:val="clear" w:color="auto" w:fill="F5F4EF"/>
          </w:tcPr>
          <w:p w14:paraId="1E01D36D" w14:textId="77777777" w:rsidR="001C7FD1" w:rsidRDefault="003F5285">
            <w:pPr>
              <w:spacing w:after="0" w:line="240" w:lineRule="auto"/>
            </w:pPr>
            <w:r>
              <w:rPr>
                <w:rFonts w:eastAsia="Arial"/>
                <w:b/>
              </w:rPr>
              <w:t>Emotional wellbeing and hope for the future</w:t>
            </w:r>
          </w:p>
        </w:tc>
        <w:tc>
          <w:tcPr>
            <w:tcW w:w="1280" w:type="dxa"/>
            <w:shd w:val="clear" w:color="auto" w:fill="F5F4EF"/>
          </w:tcPr>
          <w:p w14:paraId="4718D011" w14:textId="77777777" w:rsidR="001C7FD1" w:rsidRDefault="003F5285">
            <w:pPr>
              <w:spacing w:after="0" w:line="240" w:lineRule="auto"/>
              <w:jc w:val="center"/>
            </w:pPr>
            <w:sdt>
              <w:sdtPr>
                <w:alias w:val="R567"/>
                <w:tag w:val="R567"/>
                <w:id w:val="100567"/>
                <w:text/>
              </w:sdtPr>
              <w:sdtEndPr/>
              <w:sdtContent>
                <w:r>
                  <w:rPr>
                    <w:rFonts w:eastAsia="Arial"/>
                    <w:color w:val="555555"/>
                  </w:rPr>
                  <w:t>0-4 / N/A</w:t>
                </w:r>
              </w:sdtContent>
            </w:sdt>
          </w:p>
        </w:tc>
        <w:tc>
          <w:tcPr>
            <w:tcW w:w="3600" w:type="dxa"/>
            <w:shd w:val="clear" w:color="auto" w:fill="F5F4EF"/>
          </w:tcPr>
          <w:p w14:paraId="1DF3035B" w14:textId="77777777" w:rsidR="001C7FD1" w:rsidRDefault="003F5285">
            <w:pPr>
              <w:spacing w:after="0" w:line="240" w:lineRule="auto"/>
            </w:pPr>
            <w:sdt>
              <w:sdtPr>
                <w:alias w:val="T568"/>
                <w:tag w:val="T568"/>
                <w:id w:val="100568"/>
                <w:text/>
              </w:sdtPr>
              <w:sdtEndPr/>
              <w:sdtContent>
                <w:r>
                  <w:rPr>
                    <w:rFonts w:eastAsia="Arial"/>
                    <w:color w:val="555555"/>
                  </w:rPr>
                  <w:t>Click or tap to type</w:t>
                </w:r>
              </w:sdtContent>
            </w:sdt>
          </w:p>
        </w:tc>
      </w:tr>
      <w:tr w:rsidR="001C7FD1" w14:paraId="15C72C22" w14:textId="77777777">
        <w:trPr>
          <w:cantSplit/>
        </w:trPr>
        <w:tc>
          <w:tcPr>
            <w:tcW w:w="4760" w:type="dxa"/>
          </w:tcPr>
          <w:p w14:paraId="072A4A8E" w14:textId="77777777" w:rsidR="001C7FD1" w:rsidRDefault="003F5285">
            <w:pPr>
              <w:spacing w:after="0" w:line="240" w:lineRule="auto"/>
            </w:pPr>
            <w:r>
              <w:rPr>
                <w:rFonts w:eastAsia="Arial"/>
                <w:b/>
              </w:rPr>
              <w:t>Close family, kinship and significant relationships</w:t>
            </w:r>
          </w:p>
        </w:tc>
        <w:tc>
          <w:tcPr>
            <w:tcW w:w="1280" w:type="dxa"/>
          </w:tcPr>
          <w:p w14:paraId="7C7AEDC4" w14:textId="77777777" w:rsidR="001C7FD1" w:rsidRDefault="003F5285">
            <w:pPr>
              <w:spacing w:after="0" w:line="240" w:lineRule="auto"/>
              <w:jc w:val="center"/>
            </w:pPr>
            <w:sdt>
              <w:sdtPr>
                <w:alias w:val="R569"/>
                <w:tag w:val="R569"/>
                <w:id w:val="100569"/>
                <w:text/>
              </w:sdtPr>
              <w:sdtEndPr/>
              <w:sdtContent>
                <w:r>
                  <w:rPr>
                    <w:rFonts w:eastAsia="Arial"/>
                    <w:color w:val="555555"/>
                  </w:rPr>
                  <w:t>0-4 / N/A</w:t>
                </w:r>
              </w:sdtContent>
            </w:sdt>
          </w:p>
        </w:tc>
        <w:tc>
          <w:tcPr>
            <w:tcW w:w="3600" w:type="dxa"/>
          </w:tcPr>
          <w:p w14:paraId="130083A6" w14:textId="77777777" w:rsidR="001C7FD1" w:rsidRDefault="003F5285">
            <w:pPr>
              <w:spacing w:after="0" w:line="240" w:lineRule="auto"/>
            </w:pPr>
            <w:sdt>
              <w:sdtPr>
                <w:alias w:val="T570"/>
                <w:tag w:val="T570"/>
                <w:id w:val="100570"/>
                <w:text/>
              </w:sdtPr>
              <w:sdtEndPr/>
              <w:sdtContent>
                <w:r>
                  <w:rPr>
                    <w:rFonts w:eastAsia="Arial"/>
                    <w:color w:val="555555"/>
                  </w:rPr>
                  <w:t>Click or tap to type</w:t>
                </w:r>
              </w:sdtContent>
            </w:sdt>
          </w:p>
        </w:tc>
      </w:tr>
      <w:tr w:rsidR="001C7FD1" w14:paraId="7E73D89E" w14:textId="77777777">
        <w:trPr>
          <w:cantSplit/>
        </w:trPr>
        <w:tc>
          <w:tcPr>
            <w:tcW w:w="4760" w:type="dxa"/>
            <w:shd w:val="clear" w:color="auto" w:fill="F5F4EF"/>
          </w:tcPr>
          <w:p w14:paraId="14F4CA01" w14:textId="77777777" w:rsidR="001C7FD1" w:rsidRDefault="003F5285">
            <w:pPr>
              <w:spacing w:after="0" w:line="240" w:lineRule="auto"/>
            </w:pPr>
            <w:r>
              <w:rPr>
                <w:rFonts w:eastAsia="Arial"/>
                <w:b/>
              </w:rPr>
              <w:t>Friendship, belonging and people to enjoy time with</w:t>
            </w:r>
          </w:p>
        </w:tc>
        <w:tc>
          <w:tcPr>
            <w:tcW w:w="1280" w:type="dxa"/>
            <w:shd w:val="clear" w:color="auto" w:fill="F5F4EF"/>
          </w:tcPr>
          <w:p w14:paraId="0DF63DF1" w14:textId="77777777" w:rsidR="001C7FD1" w:rsidRDefault="003F5285">
            <w:pPr>
              <w:spacing w:after="0" w:line="240" w:lineRule="auto"/>
              <w:jc w:val="center"/>
            </w:pPr>
            <w:sdt>
              <w:sdtPr>
                <w:alias w:val="R571"/>
                <w:tag w:val="R571"/>
                <w:id w:val="100571"/>
                <w:text/>
              </w:sdtPr>
              <w:sdtEndPr/>
              <w:sdtContent>
                <w:r>
                  <w:rPr>
                    <w:rFonts w:eastAsia="Arial"/>
                    <w:color w:val="555555"/>
                  </w:rPr>
                  <w:t>0-4 / N/A</w:t>
                </w:r>
              </w:sdtContent>
            </w:sdt>
          </w:p>
        </w:tc>
        <w:tc>
          <w:tcPr>
            <w:tcW w:w="3600" w:type="dxa"/>
            <w:shd w:val="clear" w:color="auto" w:fill="F5F4EF"/>
          </w:tcPr>
          <w:p w14:paraId="3AB2F528" w14:textId="77777777" w:rsidR="001C7FD1" w:rsidRDefault="003F5285">
            <w:pPr>
              <w:spacing w:after="0" w:line="240" w:lineRule="auto"/>
            </w:pPr>
            <w:sdt>
              <w:sdtPr>
                <w:alias w:val="T572"/>
                <w:tag w:val="T572"/>
                <w:id w:val="100572"/>
                <w:text/>
              </w:sdtPr>
              <w:sdtEndPr/>
              <w:sdtContent>
                <w:r>
                  <w:rPr>
                    <w:rFonts w:eastAsia="Arial"/>
                    <w:color w:val="555555"/>
                  </w:rPr>
                  <w:t>Click or tap to type</w:t>
                </w:r>
              </w:sdtContent>
            </w:sdt>
          </w:p>
        </w:tc>
      </w:tr>
      <w:tr w:rsidR="001C7FD1" w14:paraId="7A759490" w14:textId="77777777">
        <w:trPr>
          <w:cantSplit/>
        </w:trPr>
        <w:tc>
          <w:tcPr>
            <w:tcW w:w="4760" w:type="dxa"/>
          </w:tcPr>
          <w:p w14:paraId="3D4A247A" w14:textId="77777777" w:rsidR="001C7FD1" w:rsidRDefault="003F5285">
            <w:pPr>
              <w:spacing w:after="0" w:line="240" w:lineRule="auto"/>
            </w:pPr>
            <w:r>
              <w:rPr>
                <w:rFonts w:eastAsia="Arial"/>
                <w:b/>
              </w:rPr>
              <w:t>Cultural identity, community, language, spirituality or connection to Country</w:t>
            </w:r>
          </w:p>
        </w:tc>
        <w:tc>
          <w:tcPr>
            <w:tcW w:w="1280" w:type="dxa"/>
          </w:tcPr>
          <w:p w14:paraId="6066388E" w14:textId="77777777" w:rsidR="001C7FD1" w:rsidRDefault="003F5285">
            <w:pPr>
              <w:spacing w:after="0" w:line="240" w:lineRule="auto"/>
              <w:jc w:val="center"/>
            </w:pPr>
            <w:sdt>
              <w:sdtPr>
                <w:alias w:val="R573"/>
                <w:tag w:val="R573"/>
                <w:id w:val="100573"/>
                <w:text/>
              </w:sdtPr>
              <w:sdtEndPr/>
              <w:sdtContent>
                <w:r>
                  <w:rPr>
                    <w:rFonts w:eastAsia="Arial"/>
                    <w:color w:val="555555"/>
                  </w:rPr>
                  <w:t>0-4 / N/A</w:t>
                </w:r>
              </w:sdtContent>
            </w:sdt>
          </w:p>
        </w:tc>
        <w:tc>
          <w:tcPr>
            <w:tcW w:w="3600" w:type="dxa"/>
          </w:tcPr>
          <w:p w14:paraId="4C94906D" w14:textId="77777777" w:rsidR="001C7FD1" w:rsidRDefault="003F5285">
            <w:pPr>
              <w:spacing w:after="0" w:line="240" w:lineRule="auto"/>
            </w:pPr>
            <w:sdt>
              <w:sdtPr>
                <w:alias w:val="T574"/>
                <w:tag w:val="T574"/>
                <w:id w:val="100574"/>
                <w:text/>
              </w:sdtPr>
              <w:sdtEndPr/>
              <w:sdtContent>
                <w:r>
                  <w:rPr>
                    <w:rFonts w:eastAsia="Arial"/>
                    <w:color w:val="555555"/>
                  </w:rPr>
                  <w:t>Click or tap to type</w:t>
                </w:r>
              </w:sdtContent>
            </w:sdt>
          </w:p>
        </w:tc>
      </w:tr>
      <w:tr w:rsidR="001C7FD1" w14:paraId="53B4A757" w14:textId="77777777">
        <w:trPr>
          <w:cantSplit/>
        </w:trPr>
        <w:tc>
          <w:tcPr>
            <w:tcW w:w="4760" w:type="dxa"/>
            <w:shd w:val="clear" w:color="auto" w:fill="F5F4EF"/>
          </w:tcPr>
          <w:p w14:paraId="0BD158E5" w14:textId="77777777" w:rsidR="001C7FD1" w:rsidRDefault="003F5285">
            <w:pPr>
              <w:spacing w:after="0" w:line="240" w:lineRule="auto"/>
            </w:pPr>
            <w:r>
              <w:rPr>
                <w:rFonts w:eastAsia="Arial"/>
                <w:b/>
              </w:rPr>
              <w:t>Learning, growth and opportunities to build skills</w:t>
            </w:r>
          </w:p>
        </w:tc>
        <w:tc>
          <w:tcPr>
            <w:tcW w:w="1280" w:type="dxa"/>
            <w:shd w:val="clear" w:color="auto" w:fill="F5F4EF"/>
          </w:tcPr>
          <w:p w14:paraId="794BF0FA" w14:textId="77777777" w:rsidR="001C7FD1" w:rsidRDefault="003F5285">
            <w:pPr>
              <w:spacing w:after="0" w:line="240" w:lineRule="auto"/>
              <w:jc w:val="center"/>
            </w:pPr>
            <w:sdt>
              <w:sdtPr>
                <w:alias w:val="R575"/>
                <w:tag w:val="R575"/>
                <w:id w:val="100575"/>
                <w:text/>
              </w:sdtPr>
              <w:sdtEndPr/>
              <w:sdtContent>
                <w:r>
                  <w:rPr>
                    <w:rFonts w:eastAsia="Arial"/>
                    <w:color w:val="555555"/>
                  </w:rPr>
                  <w:t>0-4 / N/A</w:t>
                </w:r>
              </w:sdtContent>
            </w:sdt>
          </w:p>
        </w:tc>
        <w:tc>
          <w:tcPr>
            <w:tcW w:w="3600" w:type="dxa"/>
            <w:shd w:val="clear" w:color="auto" w:fill="F5F4EF"/>
          </w:tcPr>
          <w:p w14:paraId="716891F7" w14:textId="77777777" w:rsidR="001C7FD1" w:rsidRDefault="003F5285">
            <w:pPr>
              <w:spacing w:after="0" w:line="240" w:lineRule="auto"/>
            </w:pPr>
            <w:sdt>
              <w:sdtPr>
                <w:alias w:val="T576"/>
                <w:tag w:val="T576"/>
                <w:id w:val="100576"/>
                <w:text/>
              </w:sdtPr>
              <w:sdtEndPr/>
              <w:sdtContent>
                <w:r>
                  <w:rPr>
                    <w:rFonts w:eastAsia="Arial"/>
                    <w:color w:val="555555"/>
                  </w:rPr>
                  <w:t>Click or tap to type</w:t>
                </w:r>
              </w:sdtContent>
            </w:sdt>
          </w:p>
        </w:tc>
      </w:tr>
      <w:tr w:rsidR="001C7FD1" w14:paraId="5A498BDD" w14:textId="77777777">
        <w:trPr>
          <w:cantSplit/>
        </w:trPr>
        <w:tc>
          <w:tcPr>
            <w:tcW w:w="4760" w:type="dxa"/>
          </w:tcPr>
          <w:p w14:paraId="5484A320" w14:textId="77777777" w:rsidR="001C7FD1" w:rsidRDefault="003F5285">
            <w:pPr>
              <w:spacing w:after="0" w:line="240" w:lineRule="auto"/>
            </w:pPr>
            <w:r>
              <w:rPr>
                <w:rFonts w:eastAsia="Arial"/>
                <w:b/>
              </w:rPr>
              <w:t>Meaningful work, study, caring, creative or community roles</w:t>
            </w:r>
          </w:p>
        </w:tc>
        <w:tc>
          <w:tcPr>
            <w:tcW w:w="1280" w:type="dxa"/>
          </w:tcPr>
          <w:p w14:paraId="7F72D963" w14:textId="77777777" w:rsidR="001C7FD1" w:rsidRDefault="003F5285">
            <w:pPr>
              <w:spacing w:after="0" w:line="240" w:lineRule="auto"/>
              <w:jc w:val="center"/>
            </w:pPr>
            <w:sdt>
              <w:sdtPr>
                <w:alias w:val="R577"/>
                <w:tag w:val="R577"/>
                <w:id w:val="100577"/>
                <w:text/>
              </w:sdtPr>
              <w:sdtEndPr/>
              <w:sdtContent>
                <w:r>
                  <w:rPr>
                    <w:rFonts w:eastAsia="Arial"/>
                    <w:color w:val="555555"/>
                  </w:rPr>
                  <w:t>0-4 / N/A</w:t>
                </w:r>
              </w:sdtContent>
            </w:sdt>
          </w:p>
        </w:tc>
        <w:tc>
          <w:tcPr>
            <w:tcW w:w="3600" w:type="dxa"/>
          </w:tcPr>
          <w:p w14:paraId="740AB834" w14:textId="77777777" w:rsidR="001C7FD1" w:rsidRDefault="003F5285">
            <w:pPr>
              <w:spacing w:after="0" w:line="240" w:lineRule="auto"/>
            </w:pPr>
            <w:sdt>
              <w:sdtPr>
                <w:alias w:val="T578"/>
                <w:tag w:val="T578"/>
                <w:id w:val="100578"/>
                <w:text/>
              </w:sdtPr>
              <w:sdtEndPr/>
              <w:sdtContent>
                <w:r>
                  <w:rPr>
                    <w:rFonts w:eastAsia="Arial"/>
                    <w:color w:val="555555"/>
                  </w:rPr>
                  <w:t>Click or tap to type</w:t>
                </w:r>
              </w:sdtContent>
            </w:sdt>
          </w:p>
        </w:tc>
      </w:tr>
      <w:tr w:rsidR="001C7FD1" w14:paraId="2298A11C" w14:textId="77777777">
        <w:trPr>
          <w:cantSplit/>
        </w:trPr>
        <w:tc>
          <w:tcPr>
            <w:tcW w:w="4760" w:type="dxa"/>
            <w:shd w:val="clear" w:color="auto" w:fill="F5F4EF"/>
          </w:tcPr>
          <w:p w14:paraId="5287898E" w14:textId="77777777" w:rsidR="001C7FD1" w:rsidRDefault="003F5285">
            <w:pPr>
              <w:spacing w:after="0" w:line="240" w:lineRule="auto"/>
            </w:pPr>
            <w:r>
              <w:rPr>
                <w:rFonts w:eastAsia="Arial"/>
                <w:b/>
              </w:rPr>
              <w:t>Choice and control over daily life</w:t>
            </w:r>
          </w:p>
        </w:tc>
        <w:tc>
          <w:tcPr>
            <w:tcW w:w="1280" w:type="dxa"/>
            <w:shd w:val="clear" w:color="auto" w:fill="F5F4EF"/>
          </w:tcPr>
          <w:p w14:paraId="34B4F87C" w14:textId="77777777" w:rsidR="001C7FD1" w:rsidRDefault="003F5285">
            <w:pPr>
              <w:spacing w:after="0" w:line="240" w:lineRule="auto"/>
              <w:jc w:val="center"/>
            </w:pPr>
            <w:sdt>
              <w:sdtPr>
                <w:alias w:val="R579"/>
                <w:tag w:val="R579"/>
                <w:id w:val="100579"/>
                <w:text/>
              </w:sdtPr>
              <w:sdtEndPr/>
              <w:sdtContent>
                <w:r>
                  <w:rPr>
                    <w:rFonts w:eastAsia="Arial"/>
                    <w:color w:val="555555"/>
                  </w:rPr>
                  <w:t>0-4 / N/A</w:t>
                </w:r>
              </w:sdtContent>
            </w:sdt>
          </w:p>
        </w:tc>
        <w:tc>
          <w:tcPr>
            <w:tcW w:w="3600" w:type="dxa"/>
            <w:shd w:val="clear" w:color="auto" w:fill="F5F4EF"/>
          </w:tcPr>
          <w:p w14:paraId="1DAD761B" w14:textId="77777777" w:rsidR="001C7FD1" w:rsidRDefault="003F5285">
            <w:pPr>
              <w:spacing w:after="0" w:line="240" w:lineRule="auto"/>
            </w:pPr>
            <w:sdt>
              <w:sdtPr>
                <w:alias w:val="T580"/>
                <w:tag w:val="T580"/>
                <w:id w:val="100580"/>
                <w:text/>
              </w:sdtPr>
              <w:sdtEndPr/>
              <w:sdtContent>
                <w:r>
                  <w:rPr>
                    <w:rFonts w:eastAsia="Arial"/>
                    <w:color w:val="555555"/>
                  </w:rPr>
                  <w:t>Click or tap to type</w:t>
                </w:r>
              </w:sdtContent>
            </w:sdt>
          </w:p>
        </w:tc>
      </w:tr>
      <w:tr w:rsidR="001C7FD1" w14:paraId="3DDFFE1D" w14:textId="77777777">
        <w:trPr>
          <w:cantSplit/>
        </w:trPr>
        <w:tc>
          <w:tcPr>
            <w:tcW w:w="4760" w:type="dxa"/>
          </w:tcPr>
          <w:p w14:paraId="54696498" w14:textId="77777777" w:rsidR="001C7FD1" w:rsidRDefault="003F5285">
            <w:pPr>
              <w:spacing w:after="0" w:line="240" w:lineRule="auto"/>
            </w:pPr>
            <w:r>
              <w:rPr>
                <w:rFonts w:eastAsia="Arial"/>
                <w:b/>
              </w:rPr>
              <w:t>Independence with the right support</w:t>
            </w:r>
          </w:p>
        </w:tc>
        <w:tc>
          <w:tcPr>
            <w:tcW w:w="1280" w:type="dxa"/>
          </w:tcPr>
          <w:p w14:paraId="6A45089D" w14:textId="77777777" w:rsidR="001C7FD1" w:rsidRDefault="003F5285">
            <w:pPr>
              <w:spacing w:after="0" w:line="240" w:lineRule="auto"/>
              <w:jc w:val="center"/>
            </w:pPr>
            <w:sdt>
              <w:sdtPr>
                <w:alias w:val="R581"/>
                <w:tag w:val="R581"/>
                <w:id w:val="100581"/>
                <w:text/>
              </w:sdtPr>
              <w:sdtEndPr/>
              <w:sdtContent>
                <w:r>
                  <w:rPr>
                    <w:rFonts w:eastAsia="Arial"/>
                    <w:color w:val="555555"/>
                  </w:rPr>
                  <w:t>0-4 / N/A</w:t>
                </w:r>
              </w:sdtContent>
            </w:sdt>
          </w:p>
        </w:tc>
        <w:tc>
          <w:tcPr>
            <w:tcW w:w="3600" w:type="dxa"/>
          </w:tcPr>
          <w:p w14:paraId="7568505D" w14:textId="77777777" w:rsidR="001C7FD1" w:rsidRDefault="003F5285">
            <w:pPr>
              <w:spacing w:after="0" w:line="240" w:lineRule="auto"/>
            </w:pPr>
            <w:sdt>
              <w:sdtPr>
                <w:alias w:val="T582"/>
                <w:tag w:val="T582"/>
                <w:id w:val="100582"/>
                <w:text/>
              </w:sdtPr>
              <w:sdtEndPr/>
              <w:sdtContent>
                <w:r>
                  <w:rPr>
                    <w:rFonts w:eastAsia="Arial"/>
                    <w:color w:val="555555"/>
                  </w:rPr>
                  <w:t>Click or tap to type</w:t>
                </w:r>
              </w:sdtContent>
            </w:sdt>
          </w:p>
        </w:tc>
      </w:tr>
      <w:tr w:rsidR="001C7FD1" w14:paraId="5B36AF81" w14:textId="77777777">
        <w:trPr>
          <w:cantSplit/>
        </w:trPr>
        <w:tc>
          <w:tcPr>
            <w:tcW w:w="4760" w:type="dxa"/>
            <w:shd w:val="clear" w:color="auto" w:fill="F5F4EF"/>
          </w:tcPr>
          <w:p w14:paraId="552481F7" w14:textId="77777777" w:rsidR="001C7FD1" w:rsidRDefault="003F5285">
            <w:pPr>
              <w:spacing w:after="0" w:line="240" w:lineRule="auto"/>
            </w:pPr>
            <w:r>
              <w:rPr>
                <w:rFonts w:eastAsia="Arial"/>
                <w:b/>
              </w:rPr>
              <w:t>Recreation, creativity, interests and enjoyment</w:t>
            </w:r>
          </w:p>
        </w:tc>
        <w:tc>
          <w:tcPr>
            <w:tcW w:w="1280" w:type="dxa"/>
            <w:shd w:val="clear" w:color="auto" w:fill="F5F4EF"/>
          </w:tcPr>
          <w:p w14:paraId="749ABBFE" w14:textId="77777777" w:rsidR="001C7FD1" w:rsidRDefault="003F5285">
            <w:pPr>
              <w:spacing w:after="0" w:line="240" w:lineRule="auto"/>
              <w:jc w:val="center"/>
            </w:pPr>
            <w:sdt>
              <w:sdtPr>
                <w:alias w:val="R583"/>
                <w:tag w:val="R583"/>
                <w:id w:val="100583"/>
                <w:text/>
              </w:sdtPr>
              <w:sdtEndPr/>
              <w:sdtContent>
                <w:r>
                  <w:rPr>
                    <w:rFonts w:eastAsia="Arial"/>
                    <w:color w:val="555555"/>
                  </w:rPr>
                  <w:t>0-4 / N/A</w:t>
                </w:r>
              </w:sdtContent>
            </w:sdt>
          </w:p>
        </w:tc>
        <w:tc>
          <w:tcPr>
            <w:tcW w:w="3600" w:type="dxa"/>
            <w:shd w:val="clear" w:color="auto" w:fill="F5F4EF"/>
          </w:tcPr>
          <w:p w14:paraId="6F2AE240" w14:textId="77777777" w:rsidR="001C7FD1" w:rsidRDefault="003F5285">
            <w:pPr>
              <w:spacing w:after="0" w:line="240" w:lineRule="auto"/>
            </w:pPr>
            <w:sdt>
              <w:sdtPr>
                <w:alias w:val="T584"/>
                <w:tag w:val="T584"/>
                <w:id w:val="100584"/>
                <w:text/>
              </w:sdtPr>
              <w:sdtEndPr/>
              <w:sdtContent>
                <w:r>
                  <w:rPr>
                    <w:rFonts w:eastAsia="Arial"/>
                    <w:color w:val="555555"/>
                  </w:rPr>
                  <w:t>Click or tap to type</w:t>
                </w:r>
              </w:sdtContent>
            </w:sdt>
          </w:p>
        </w:tc>
      </w:tr>
      <w:tr w:rsidR="001C7FD1" w14:paraId="38D74B03" w14:textId="77777777">
        <w:trPr>
          <w:cantSplit/>
        </w:trPr>
        <w:tc>
          <w:tcPr>
            <w:tcW w:w="4760" w:type="dxa"/>
          </w:tcPr>
          <w:p w14:paraId="5BF7C440" w14:textId="77777777" w:rsidR="001C7FD1" w:rsidRDefault="003F5285">
            <w:pPr>
              <w:spacing w:after="0" w:line="240" w:lineRule="auto"/>
            </w:pPr>
            <w:r>
              <w:rPr>
                <w:rFonts w:eastAsia="Arial"/>
                <w:b/>
              </w:rPr>
              <w:t>Being treated with dignity and respect</w:t>
            </w:r>
          </w:p>
        </w:tc>
        <w:tc>
          <w:tcPr>
            <w:tcW w:w="1280" w:type="dxa"/>
          </w:tcPr>
          <w:p w14:paraId="4B30A3AA" w14:textId="77777777" w:rsidR="001C7FD1" w:rsidRDefault="003F5285">
            <w:pPr>
              <w:spacing w:after="0" w:line="240" w:lineRule="auto"/>
              <w:jc w:val="center"/>
            </w:pPr>
            <w:sdt>
              <w:sdtPr>
                <w:alias w:val="R585"/>
                <w:tag w:val="R585"/>
                <w:id w:val="100585"/>
                <w:text/>
              </w:sdtPr>
              <w:sdtEndPr/>
              <w:sdtContent>
                <w:r>
                  <w:rPr>
                    <w:rFonts w:eastAsia="Arial"/>
                    <w:color w:val="555555"/>
                  </w:rPr>
                  <w:t>0-4 / N/A</w:t>
                </w:r>
              </w:sdtContent>
            </w:sdt>
          </w:p>
        </w:tc>
        <w:tc>
          <w:tcPr>
            <w:tcW w:w="3600" w:type="dxa"/>
          </w:tcPr>
          <w:p w14:paraId="2403977D" w14:textId="77777777" w:rsidR="001C7FD1" w:rsidRDefault="003F5285">
            <w:pPr>
              <w:spacing w:after="0" w:line="240" w:lineRule="auto"/>
            </w:pPr>
            <w:sdt>
              <w:sdtPr>
                <w:alias w:val="T586"/>
                <w:tag w:val="T586"/>
                <w:id w:val="100586"/>
                <w:text/>
              </w:sdtPr>
              <w:sdtEndPr/>
              <w:sdtContent>
                <w:r>
                  <w:rPr>
                    <w:rFonts w:eastAsia="Arial"/>
                    <w:color w:val="555555"/>
                  </w:rPr>
                  <w:t>Click or tap to type</w:t>
                </w:r>
              </w:sdtContent>
            </w:sdt>
          </w:p>
        </w:tc>
      </w:tr>
      <w:tr w:rsidR="001C7FD1" w14:paraId="001E94A3" w14:textId="77777777">
        <w:trPr>
          <w:cantSplit/>
        </w:trPr>
        <w:tc>
          <w:tcPr>
            <w:tcW w:w="4760" w:type="dxa"/>
            <w:shd w:val="clear" w:color="auto" w:fill="F5F4EF"/>
          </w:tcPr>
          <w:p w14:paraId="36657933" w14:textId="77777777" w:rsidR="001C7FD1" w:rsidRDefault="003F5285">
            <w:pPr>
              <w:spacing w:after="0" w:line="240" w:lineRule="auto"/>
            </w:pPr>
            <w:r>
              <w:rPr>
                <w:rFonts w:eastAsia="Arial"/>
                <w:b/>
              </w:rPr>
              <w:t>Being understood and able to communicate preferences</w:t>
            </w:r>
          </w:p>
        </w:tc>
        <w:tc>
          <w:tcPr>
            <w:tcW w:w="1280" w:type="dxa"/>
            <w:shd w:val="clear" w:color="auto" w:fill="F5F4EF"/>
          </w:tcPr>
          <w:p w14:paraId="6DE75B76" w14:textId="77777777" w:rsidR="001C7FD1" w:rsidRDefault="003F5285">
            <w:pPr>
              <w:spacing w:after="0" w:line="240" w:lineRule="auto"/>
              <w:jc w:val="center"/>
            </w:pPr>
            <w:sdt>
              <w:sdtPr>
                <w:alias w:val="R587"/>
                <w:tag w:val="R587"/>
                <w:id w:val="100587"/>
                <w:text/>
              </w:sdtPr>
              <w:sdtEndPr/>
              <w:sdtContent>
                <w:r>
                  <w:rPr>
                    <w:rFonts w:eastAsia="Arial"/>
                    <w:color w:val="555555"/>
                  </w:rPr>
                  <w:t>0-4 / N/A</w:t>
                </w:r>
              </w:sdtContent>
            </w:sdt>
          </w:p>
        </w:tc>
        <w:tc>
          <w:tcPr>
            <w:tcW w:w="3600" w:type="dxa"/>
            <w:shd w:val="clear" w:color="auto" w:fill="F5F4EF"/>
          </w:tcPr>
          <w:p w14:paraId="5FACB813" w14:textId="77777777" w:rsidR="001C7FD1" w:rsidRDefault="003F5285">
            <w:pPr>
              <w:spacing w:after="0" w:line="240" w:lineRule="auto"/>
            </w:pPr>
            <w:sdt>
              <w:sdtPr>
                <w:alias w:val="T588"/>
                <w:tag w:val="T588"/>
                <w:id w:val="100588"/>
                <w:text/>
              </w:sdtPr>
              <w:sdtEndPr/>
              <w:sdtContent>
                <w:r>
                  <w:rPr>
                    <w:rFonts w:eastAsia="Arial"/>
                    <w:color w:val="555555"/>
                  </w:rPr>
                  <w:t>Click or tap to type</w:t>
                </w:r>
              </w:sdtContent>
            </w:sdt>
          </w:p>
        </w:tc>
      </w:tr>
      <w:tr w:rsidR="001C7FD1" w14:paraId="76ECF9B0" w14:textId="77777777">
        <w:trPr>
          <w:cantSplit/>
        </w:trPr>
        <w:tc>
          <w:tcPr>
            <w:tcW w:w="4760" w:type="dxa"/>
          </w:tcPr>
          <w:p w14:paraId="3038DBA0" w14:textId="77777777" w:rsidR="001C7FD1" w:rsidRDefault="003F5285">
            <w:pPr>
              <w:spacing w:after="0" w:line="240" w:lineRule="auto"/>
            </w:pPr>
            <w:r>
              <w:rPr>
                <w:rFonts w:eastAsia="Arial"/>
                <w:b/>
              </w:rPr>
              <w:t>Access to reliable services and supports</w:t>
            </w:r>
          </w:p>
        </w:tc>
        <w:tc>
          <w:tcPr>
            <w:tcW w:w="1280" w:type="dxa"/>
          </w:tcPr>
          <w:p w14:paraId="104E5BA0" w14:textId="77777777" w:rsidR="001C7FD1" w:rsidRDefault="003F5285">
            <w:pPr>
              <w:spacing w:after="0" w:line="240" w:lineRule="auto"/>
              <w:jc w:val="center"/>
            </w:pPr>
            <w:sdt>
              <w:sdtPr>
                <w:alias w:val="R589"/>
                <w:tag w:val="R589"/>
                <w:id w:val="100589"/>
                <w:text/>
              </w:sdtPr>
              <w:sdtEndPr/>
              <w:sdtContent>
                <w:r>
                  <w:rPr>
                    <w:rFonts w:eastAsia="Arial"/>
                    <w:color w:val="555555"/>
                  </w:rPr>
                  <w:t>0-4 / N/A</w:t>
                </w:r>
              </w:sdtContent>
            </w:sdt>
          </w:p>
        </w:tc>
        <w:tc>
          <w:tcPr>
            <w:tcW w:w="3600" w:type="dxa"/>
          </w:tcPr>
          <w:p w14:paraId="291DCA77" w14:textId="77777777" w:rsidR="001C7FD1" w:rsidRDefault="003F5285">
            <w:pPr>
              <w:spacing w:after="0" w:line="240" w:lineRule="auto"/>
            </w:pPr>
            <w:sdt>
              <w:sdtPr>
                <w:alias w:val="T590"/>
                <w:tag w:val="T590"/>
                <w:id w:val="100590"/>
                <w:text/>
              </w:sdtPr>
              <w:sdtEndPr/>
              <w:sdtContent>
                <w:r>
                  <w:rPr>
                    <w:rFonts w:eastAsia="Arial"/>
                    <w:color w:val="555555"/>
                  </w:rPr>
                  <w:t>Click or tap to type</w:t>
                </w:r>
              </w:sdtContent>
            </w:sdt>
          </w:p>
        </w:tc>
      </w:tr>
      <w:tr w:rsidR="001C7FD1" w14:paraId="3D86B4FE" w14:textId="77777777">
        <w:trPr>
          <w:cantSplit/>
        </w:trPr>
        <w:tc>
          <w:tcPr>
            <w:tcW w:w="4760" w:type="dxa"/>
            <w:shd w:val="clear" w:color="auto" w:fill="F5F4EF"/>
          </w:tcPr>
          <w:p w14:paraId="7C33D98F" w14:textId="77777777" w:rsidR="001C7FD1" w:rsidRDefault="003F5285">
            <w:pPr>
              <w:spacing w:after="0" w:line="240" w:lineRule="auto"/>
            </w:pPr>
            <w:r>
              <w:rPr>
                <w:rFonts w:eastAsia="Arial"/>
                <w:b/>
              </w:rPr>
              <w:t>Financial security and manageable disability-related costs</w:t>
            </w:r>
          </w:p>
        </w:tc>
        <w:tc>
          <w:tcPr>
            <w:tcW w:w="1280" w:type="dxa"/>
            <w:shd w:val="clear" w:color="auto" w:fill="F5F4EF"/>
          </w:tcPr>
          <w:p w14:paraId="6C2E3044" w14:textId="77777777" w:rsidR="001C7FD1" w:rsidRDefault="003F5285">
            <w:pPr>
              <w:spacing w:after="0" w:line="240" w:lineRule="auto"/>
              <w:jc w:val="center"/>
            </w:pPr>
            <w:sdt>
              <w:sdtPr>
                <w:alias w:val="R591"/>
                <w:tag w:val="R591"/>
                <w:id w:val="100591"/>
                <w:text/>
              </w:sdtPr>
              <w:sdtEndPr/>
              <w:sdtContent>
                <w:r>
                  <w:rPr>
                    <w:rFonts w:eastAsia="Arial"/>
                    <w:color w:val="555555"/>
                  </w:rPr>
                  <w:t>0-4 / N/A</w:t>
                </w:r>
              </w:sdtContent>
            </w:sdt>
          </w:p>
        </w:tc>
        <w:tc>
          <w:tcPr>
            <w:tcW w:w="3600" w:type="dxa"/>
            <w:shd w:val="clear" w:color="auto" w:fill="F5F4EF"/>
          </w:tcPr>
          <w:p w14:paraId="42FEA181" w14:textId="77777777" w:rsidR="001C7FD1" w:rsidRDefault="003F5285">
            <w:pPr>
              <w:spacing w:after="0" w:line="240" w:lineRule="auto"/>
            </w:pPr>
            <w:sdt>
              <w:sdtPr>
                <w:alias w:val="T592"/>
                <w:tag w:val="T592"/>
                <w:id w:val="100592"/>
                <w:text/>
              </w:sdtPr>
              <w:sdtEndPr/>
              <w:sdtContent>
                <w:r>
                  <w:rPr>
                    <w:rFonts w:eastAsia="Arial"/>
                    <w:color w:val="555555"/>
                  </w:rPr>
                  <w:t>Click or tap to type</w:t>
                </w:r>
              </w:sdtContent>
            </w:sdt>
          </w:p>
        </w:tc>
      </w:tr>
    </w:tbl>
    <w:p w14:paraId="73DA5A06" w14:textId="77777777" w:rsidR="001C7FD1" w:rsidRDefault="003F5285">
      <w:pPr>
        <w:pStyle w:val="Heading2"/>
      </w:pPr>
      <w:r>
        <w:t>15.1 Environmental barriers and discrimination</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300"/>
        <w:gridCol w:w="6340"/>
      </w:tblGrid>
      <w:tr w:rsidR="001C7FD1" w14:paraId="70C71A46" w14:textId="77777777">
        <w:trPr>
          <w:tblHeader/>
        </w:trPr>
        <w:tc>
          <w:tcPr>
            <w:tcW w:w="3300" w:type="dxa"/>
            <w:shd w:val="clear" w:color="auto" w:fill="4B1F26"/>
            <w:tcMar>
              <w:top w:w="90" w:type="dxa"/>
              <w:left w:w="120" w:type="dxa"/>
              <w:bottom w:w="90" w:type="dxa"/>
              <w:right w:w="120" w:type="dxa"/>
            </w:tcMar>
            <w:vAlign w:val="center"/>
          </w:tcPr>
          <w:p w14:paraId="1ABC8BA6" w14:textId="77777777" w:rsidR="001C7FD1" w:rsidRDefault="003F5285">
            <w:pPr>
              <w:spacing w:after="0" w:line="240" w:lineRule="auto"/>
            </w:pPr>
            <w:r>
              <w:rPr>
                <w:rFonts w:eastAsia="Arial"/>
                <w:b/>
                <w:color w:val="FFFFFF"/>
              </w:rPr>
              <w:t>Question</w:t>
            </w:r>
          </w:p>
        </w:tc>
        <w:tc>
          <w:tcPr>
            <w:tcW w:w="6340" w:type="dxa"/>
            <w:shd w:val="clear" w:color="auto" w:fill="4B1F26"/>
            <w:tcMar>
              <w:top w:w="90" w:type="dxa"/>
              <w:left w:w="120" w:type="dxa"/>
              <w:bottom w:w="90" w:type="dxa"/>
              <w:right w:w="120" w:type="dxa"/>
            </w:tcMar>
            <w:vAlign w:val="center"/>
          </w:tcPr>
          <w:p w14:paraId="4E460F55" w14:textId="77777777" w:rsidR="001C7FD1" w:rsidRDefault="003F5285">
            <w:pPr>
              <w:spacing w:after="0" w:line="240" w:lineRule="auto"/>
            </w:pPr>
            <w:r>
              <w:rPr>
                <w:rFonts w:eastAsia="Arial"/>
                <w:b/>
                <w:color w:val="FFFFFF"/>
              </w:rPr>
              <w:t>Your response</w:t>
            </w:r>
          </w:p>
        </w:tc>
      </w:tr>
      <w:tr w:rsidR="001C7FD1" w14:paraId="053448E1" w14:textId="77777777">
        <w:trPr>
          <w:cantSplit/>
        </w:trPr>
        <w:tc>
          <w:tcPr>
            <w:tcW w:w="3300" w:type="dxa"/>
            <w:shd w:val="clear" w:color="auto" w:fill="EEECE1"/>
          </w:tcPr>
          <w:p w14:paraId="2147ECF0" w14:textId="77777777" w:rsidR="001C7FD1" w:rsidRDefault="003F5285">
            <w:pPr>
              <w:spacing w:after="0" w:line="240" w:lineRule="auto"/>
            </w:pPr>
            <w:r>
              <w:rPr>
                <w:rFonts w:eastAsia="Arial"/>
                <w:b/>
                <w:color w:val="4B1F26"/>
              </w:rPr>
              <w:t>What physical barriers limit access at home or in the community?</w:t>
            </w:r>
          </w:p>
        </w:tc>
        <w:tc>
          <w:tcPr>
            <w:tcW w:w="6340" w:type="dxa"/>
          </w:tcPr>
          <w:p w14:paraId="5F597041" w14:textId="77777777" w:rsidR="001C7FD1" w:rsidRDefault="003F5285">
            <w:pPr>
              <w:spacing w:after="0" w:line="240" w:lineRule="auto"/>
            </w:pPr>
            <w:sdt>
              <w:sdtPr>
                <w:alias w:val="T593"/>
                <w:tag w:val="T593"/>
                <w:id w:val="100593"/>
                <w:text/>
              </w:sdtPr>
              <w:sdtEndPr/>
              <w:sdtContent>
                <w:r>
                  <w:rPr>
                    <w:rFonts w:eastAsia="Arial"/>
                    <w:color w:val="555555"/>
                  </w:rPr>
                  <w:t>Click or tap to type</w:t>
                </w:r>
              </w:sdtContent>
            </w:sdt>
          </w:p>
        </w:tc>
      </w:tr>
      <w:tr w:rsidR="001C7FD1" w14:paraId="5B4B34B8" w14:textId="77777777">
        <w:trPr>
          <w:cantSplit/>
        </w:trPr>
        <w:tc>
          <w:tcPr>
            <w:tcW w:w="3300" w:type="dxa"/>
            <w:shd w:val="clear" w:color="auto" w:fill="EEECE1"/>
          </w:tcPr>
          <w:p w14:paraId="41DC9C5B" w14:textId="77777777" w:rsidR="001C7FD1" w:rsidRDefault="003F5285">
            <w:pPr>
              <w:spacing w:after="0" w:line="240" w:lineRule="auto"/>
            </w:pPr>
            <w:r>
              <w:rPr>
                <w:rFonts w:eastAsia="Arial"/>
                <w:b/>
                <w:color w:val="4B1F26"/>
              </w:rPr>
              <w:t>What communication, information or technology barriers occur?</w:t>
            </w:r>
          </w:p>
        </w:tc>
        <w:tc>
          <w:tcPr>
            <w:tcW w:w="6340" w:type="dxa"/>
            <w:shd w:val="clear" w:color="auto" w:fill="F5F4EF"/>
          </w:tcPr>
          <w:p w14:paraId="476726E0" w14:textId="77777777" w:rsidR="001C7FD1" w:rsidRDefault="003F5285">
            <w:pPr>
              <w:spacing w:after="0" w:line="240" w:lineRule="auto"/>
            </w:pPr>
            <w:sdt>
              <w:sdtPr>
                <w:alias w:val="T594"/>
                <w:tag w:val="T594"/>
                <w:id w:val="100594"/>
                <w:text/>
              </w:sdtPr>
              <w:sdtEndPr/>
              <w:sdtContent>
                <w:r>
                  <w:rPr>
                    <w:rFonts w:eastAsia="Arial"/>
                    <w:color w:val="555555"/>
                  </w:rPr>
                  <w:t>Click or tap to type</w:t>
                </w:r>
              </w:sdtContent>
            </w:sdt>
          </w:p>
        </w:tc>
      </w:tr>
      <w:tr w:rsidR="001C7FD1" w14:paraId="59CA8595" w14:textId="77777777">
        <w:trPr>
          <w:cantSplit/>
        </w:trPr>
        <w:tc>
          <w:tcPr>
            <w:tcW w:w="3300" w:type="dxa"/>
            <w:shd w:val="clear" w:color="auto" w:fill="EEECE1"/>
          </w:tcPr>
          <w:p w14:paraId="6F324C69" w14:textId="77777777" w:rsidR="001C7FD1" w:rsidRDefault="003F5285">
            <w:pPr>
              <w:spacing w:after="0" w:line="240" w:lineRule="auto"/>
            </w:pPr>
            <w:r>
              <w:rPr>
                <w:rFonts w:eastAsia="Arial"/>
                <w:b/>
                <w:color w:val="4B1F26"/>
              </w:rPr>
              <w:t>What service availability, waitlist, workforce or regional barriers occur?</w:t>
            </w:r>
          </w:p>
        </w:tc>
        <w:tc>
          <w:tcPr>
            <w:tcW w:w="6340" w:type="dxa"/>
          </w:tcPr>
          <w:p w14:paraId="77AA429D" w14:textId="77777777" w:rsidR="001C7FD1" w:rsidRDefault="003F5285">
            <w:pPr>
              <w:spacing w:after="0" w:line="240" w:lineRule="auto"/>
            </w:pPr>
            <w:sdt>
              <w:sdtPr>
                <w:alias w:val="T595"/>
                <w:tag w:val="T595"/>
                <w:id w:val="100595"/>
                <w:text/>
              </w:sdtPr>
              <w:sdtEndPr/>
              <w:sdtContent>
                <w:r>
                  <w:rPr>
                    <w:rFonts w:eastAsia="Arial"/>
                    <w:color w:val="555555"/>
                  </w:rPr>
                  <w:t>Click or tap to type</w:t>
                </w:r>
              </w:sdtContent>
            </w:sdt>
          </w:p>
        </w:tc>
      </w:tr>
      <w:tr w:rsidR="001C7FD1" w14:paraId="5AF0FF71" w14:textId="77777777">
        <w:trPr>
          <w:cantSplit/>
        </w:trPr>
        <w:tc>
          <w:tcPr>
            <w:tcW w:w="3300" w:type="dxa"/>
            <w:shd w:val="clear" w:color="auto" w:fill="EEECE1"/>
          </w:tcPr>
          <w:p w14:paraId="49738B68" w14:textId="77777777" w:rsidR="001C7FD1" w:rsidRDefault="003F5285">
            <w:pPr>
              <w:spacing w:after="0" w:line="240" w:lineRule="auto"/>
            </w:pPr>
            <w:r>
              <w:rPr>
                <w:rFonts w:eastAsia="Arial"/>
                <w:b/>
                <w:color w:val="4B1F26"/>
              </w:rPr>
              <w:t>What financial or transport barriers occur?</w:t>
            </w:r>
          </w:p>
        </w:tc>
        <w:tc>
          <w:tcPr>
            <w:tcW w:w="6340" w:type="dxa"/>
            <w:shd w:val="clear" w:color="auto" w:fill="F5F4EF"/>
          </w:tcPr>
          <w:p w14:paraId="70B7EC4B" w14:textId="77777777" w:rsidR="001C7FD1" w:rsidRDefault="003F5285">
            <w:pPr>
              <w:spacing w:after="0" w:line="240" w:lineRule="auto"/>
            </w:pPr>
            <w:sdt>
              <w:sdtPr>
                <w:alias w:val="T596"/>
                <w:tag w:val="T596"/>
                <w:id w:val="100596"/>
                <w:text/>
              </w:sdtPr>
              <w:sdtEndPr/>
              <w:sdtContent>
                <w:r>
                  <w:rPr>
                    <w:rFonts w:eastAsia="Arial"/>
                    <w:color w:val="555555"/>
                  </w:rPr>
                  <w:t>Click or tap to type</w:t>
                </w:r>
              </w:sdtContent>
            </w:sdt>
          </w:p>
        </w:tc>
      </w:tr>
      <w:tr w:rsidR="001C7FD1" w14:paraId="53AC6CF5" w14:textId="77777777">
        <w:trPr>
          <w:cantSplit/>
        </w:trPr>
        <w:tc>
          <w:tcPr>
            <w:tcW w:w="3300" w:type="dxa"/>
            <w:shd w:val="clear" w:color="auto" w:fill="EEECE1"/>
          </w:tcPr>
          <w:p w14:paraId="6A84782D" w14:textId="77777777" w:rsidR="001C7FD1" w:rsidRDefault="003F5285">
            <w:pPr>
              <w:spacing w:after="0" w:line="240" w:lineRule="auto"/>
            </w:pPr>
            <w:r>
              <w:rPr>
                <w:rFonts w:eastAsia="Arial"/>
                <w:b/>
                <w:color w:val="4B1F26"/>
              </w:rPr>
              <w:lastRenderedPageBreak/>
              <w:t>Has the person experienced exclusion, stigma, racism, ableism or other discrimination affecting participation?</w:t>
            </w:r>
          </w:p>
        </w:tc>
        <w:tc>
          <w:tcPr>
            <w:tcW w:w="6340" w:type="dxa"/>
          </w:tcPr>
          <w:p w14:paraId="7703464A" w14:textId="77777777" w:rsidR="001C7FD1" w:rsidRDefault="003F5285">
            <w:pPr>
              <w:spacing w:after="0" w:line="240" w:lineRule="auto"/>
            </w:pPr>
            <w:sdt>
              <w:sdtPr>
                <w:alias w:val="T597"/>
                <w:tag w:val="T597"/>
                <w:id w:val="100597"/>
                <w:text/>
              </w:sdtPr>
              <w:sdtEndPr/>
              <w:sdtContent>
                <w:r>
                  <w:rPr>
                    <w:rFonts w:eastAsia="Arial"/>
                    <w:color w:val="555555"/>
                  </w:rPr>
                  <w:t>Click or tap to type</w:t>
                </w:r>
              </w:sdtContent>
            </w:sdt>
          </w:p>
        </w:tc>
      </w:tr>
      <w:tr w:rsidR="001C7FD1" w14:paraId="41F08DA1" w14:textId="77777777">
        <w:trPr>
          <w:cantSplit/>
        </w:trPr>
        <w:tc>
          <w:tcPr>
            <w:tcW w:w="3300" w:type="dxa"/>
            <w:shd w:val="clear" w:color="auto" w:fill="EEECE1"/>
          </w:tcPr>
          <w:p w14:paraId="18DCD862" w14:textId="77777777" w:rsidR="001C7FD1" w:rsidRDefault="003F5285">
            <w:pPr>
              <w:spacing w:after="0" w:line="240" w:lineRule="auto"/>
            </w:pPr>
            <w:r>
              <w:rPr>
                <w:rFonts w:eastAsia="Arial"/>
                <w:b/>
                <w:color w:val="4B1F26"/>
              </w:rPr>
              <w:t>What reasonable adjustments or systemic changes are needed?</w:t>
            </w:r>
          </w:p>
        </w:tc>
        <w:tc>
          <w:tcPr>
            <w:tcW w:w="6340" w:type="dxa"/>
            <w:shd w:val="clear" w:color="auto" w:fill="F5F4EF"/>
          </w:tcPr>
          <w:p w14:paraId="6B65F839" w14:textId="77777777" w:rsidR="001C7FD1" w:rsidRDefault="003F5285">
            <w:pPr>
              <w:spacing w:after="0" w:line="240" w:lineRule="auto"/>
            </w:pPr>
            <w:sdt>
              <w:sdtPr>
                <w:alias w:val="T598"/>
                <w:tag w:val="T598"/>
                <w:id w:val="100598"/>
                <w:text/>
              </w:sdtPr>
              <w:sdtEndPr/>
              <w:sdtContent>
                <w:r>
                  <w:rPr>
                    <w:rFonts w:eastAsia="Arial"/>
                    <w:color w:val="555555"/>
                  </w:rPr>
                  <w:t>Click or tap to type</w:t>
                </w:r>
              </w:sdtContent>
            </w:sdt>
          </w:p>
        </w:tc>
      </w:tr>
      <w:tr w:rsidR="001C7FD1" w14:paraId="16CEE275" w14:textId="77777777">
        <w:trPr>
          <w:cantSplit/>
        </w:trPr>
        <w:tc>
          <w:tcPr>
            <w:tcW w:w="3300" w:type="dxa"/>
            <w:shd w:val="clear" w:color="auto" w:fill="EEECE1"/>
          </w:tcPr>
          <w:p w14:paraId="44763B1F" w14:textId="77777777" w:rsidR="001C7FD1" w:rsidRDefault="003F5285">
            <w:pPr>
              <w:spacing w:after="0" w:line="240" w:lineRule="auto"/>
            </w:pPr>
            <w:r>
              <w:rPr>
                <w:rFonts w:eastAsia="Arial"/>
                <w:b/>
                <w:color w:val="4B1F26"/>
              </w:rPr>
              <w:t>What are the person's top three quality-of-life priorities?</w:t>
            </w:r>
          </w:p>
        </w:tc>
        <w:tc>
          <w:tcPr>
            <w:tcW w:w="6340" w:type="dxa"/>
          </w:tcPr>
          <w:p w14:paraId="06C6E1BE" w14:textId="77777777" w:rsidR="001C7FD1" w:rsidRDefault="003F5285">
            <w:pPr>
              <w:spacing w:after="0" w:line="240" w:lineRule="auto"/>
            </w:pPr>
            <w:sdt>
              <w:sdtPr>
                <w:alias w:val="T599"/>
                <w:tag w:val="T599"/>
                <w:id w:val="100599"/>
                <w:text/>
              </w:sdtPr>
              <w:sdtEndPr/>
              <w:sdtContent>
                <w:r>
                  <w:rPr>
                    <w:rFonts w:eastAsia="Arial"/>
                    <w:color w:val="555555"/>
                  </w:rPr>
                  <w:t>Click or tap to type</w:t>
                </w:r>
              </w:sdtContent>
            </w:sdt>
          </w:p>
        </w:tc>
      </w:tr>
    </w:tbl>
    <w:p w14:paraId="19D27155" w14:textId="77777777" w:rsidR="001C7FD1" w:rsidRDefault="003F5285">
      <w:pPr>
        <w:pStyle w:val="Heading1"/>
      </w:pPr>
      <w:r>
        <w:t>16. Wara Yindi Parent/Carer Capacity and Family Impact Profile</w:t>
      </w:r>
    </w:p>
    <w:p w14:paraId="395280A7" w14:textId="77777777" w:rsidR="001C7FD1" w:rsidRDefault="003F5285">
      <w:pPr>
        <w:spacing w:after="160" w:line="269" w:lineRule="auto"/>
      </w:pPr>
      <w:r>
        <w:rPr>
          <w:rFonts w:eastAsia="Arial"/>
        </w:rPr>
        <w:t>Complete this optional section where unpaid care is provided. It recognises the real and often hidden work families perform while avoiding blame. The purpose is to understand sustainability, risk and support gaps.</w:t>
      </w:r>
    </w:p>
    <w:tbl>
      <w:tblPr>
        <w:tblW w:w="9640" w:type="dxa"/>
        <w:tblInd w:w="120" w:type="dxa"/>
        <w:tblBorders>
          <w:top w:val="single" w:sz="6" w:space="0" w:color="DDD9C3"/>
          <w:left w:val="single" w:sz="6" w:space="0" w:color="DDD9C3"/>
          <w:bottom w:val="single" w:sz="6" w:space="0" w:color="DDD9C3"/>
          <w:right w:val="single" w:sz="6" w:space="0" w:color="DDD9C3"/>
          <w:insideH w:val="single" w:sz="6" w:space="0" w:color="DDD9C3"/>
          <w:insideV w:val="single" w:sz="6" w:space="0" w:color="DDD9C3"/>
        </w:tblBorders>
        <w:tblLayout w:type="fixed"/>
        <w:tblLook w:val="04A0" w:firstRow="1" w:lastRow="0" w:firstColumn="1" w:lastColumn="0" w:noHBand="0" w:noVBand="1"/>
      </w:tblPr>
      <w:tblGrid>
        <w:gridCol w:w="9640"/>
      </w:tblGrid>
      <w:tr w:rsidR="001C7FD1" w14:paraId="00245B84" w14:textId="77777777">
        <w:trPr>
          <w:cantSplit/>
        </w:trPr>
        <w:tc>
          <w:tcPr>
            <w:tcW w:w="9640" w:type="dxa"/>
            <w:shd w:val="clear" w:color="auto" w:fill="EAF3F7"/>
            <w:tcMar>
              <w:top w:w="90" w:type="dxa"/>
              <w:left w:w="120" w:type="dxa"/>
              <w:bottom w:w="90" w:type="dxa"/>
              <w:right w:w="120" w:type="dxa"/>
            </w:tcMar>
            <w:vAlign w:val="center"/>
          </w:tcPr>
          <w:p w14:paraId="2D1E580B" w14:textId="77777777" w:rsidR="001C7FD1" w:rsidRDefault="003F5285">
            <w:pPr>
              <w:spacing w:after="0" w:line="240" w:lineRule="auto"/>
            </w:pPr>
            <w:r>
              <w:rPr>
                <w:rFonts w:eastAsia="Arial"/>
                <w:b/>
                <w:color w:val="2A7DB8"/>
              </w:rPr>
              <w:t xml:space="preserve">Carer scale: </w:t>
            </w:r>
            <w:r>
              <w:rPr>
                <w:rFonts w:eastAsia="Arial"/>
              </w:rPr>
              <w:t>For How often: 0 = never, 1 = occasionally, 2 = some days, 3 = most days, 4 = every day/continuously. For Impact: 0 = none, 1 = low, 2 = moderate, 3 = high, 4 = very high. Use N/A where not relevant.</w:t>
            </w:r>
          </w:p>
        </w:tc>
      </w:tr>
    </w:tbl>
    <w:p w14:paraId="0DD78F4D" w14:textId="77777777" w:rsidR="001C7FD1" w:rsidRDefault="003F5285">
      <w:pPr>
        <w:spacing w:before="100" w:after="0" w:line="72" w:lineRule="auto"/>
      </w:pPr>
      <w:r>
        <w:rPr>
          <w:rFonts w:eastAsia="Arial"/>
          <w:color w:val="FFFFFF"/>
          <w:sz w:val="8"/>
        </w:rPr>
        <w:t xml:space="preserve"> </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800"/>
        <w:gridCol w:w="1250"/>
        <w:gridCol w:w="1250"/>
        <w:gridCol w:w="3340"/>
      </w:tblGrid>
      <w:tr w:rsidR="001C7FD1" w14:paraId="52458F1D" w14:textId="77777777">
        <w:trPr>
          <w:tblHeader/>
        </w:trPr>
        <w:tc>
          <w:tcPr>
            <w:tcW w:w="3800" w:type="dxa"/>
            <w:shd w:val="clear" w:color="auto" w:fill="4B1F26"/>
            <w:tcMar>
              <w:top w:w="90" w:type="dxa"/>
              <w:left w:w="120" w:type="dxa"/>
              <w:bottom w:w="90" w:type="dxa"/>
              <w:right w:w="120" w:type="dxa"/>
            </w:tcMar>
            <w:vAlign w:val="center"/>
          </w:tcPr>
          <w:p w14:paraId="21A1473B" w14:textId="77777777" w:rsidR="001C7FD1" w:rsidRDefault="003F5285">
            <w:pPr>
              <w:spacing w:after="0" w:line="240" w:lineRule="auto"/>
            </w:pPr>
            <w:r>
              <w:rPr>
                <w:rFonts w:eastAsia="Arial"/>
                <w:b/>
                <w:color w:val="FFFFFF"/>
              </w:rPr>
              <w:t>Family / caring pressure</w:t>
            </w:r>
          </w:p>
        </w:tc>
        <w:tc>
          <w:tcPr>
            <w:tcW w:w="1250" w:type="dxa"/>
            <w:shd w:val="clear" w:color="auto" w:fill="4B1F26"/>
            <w:tcMar>
              <w:top w:w="90" w:type="dxa"/>
              <w:left w:w="120" w:type="dxa"/>
              <w:bottom w:w="90" w:type="dxa"/>
              <w:right w:w="120" w:type="dxa"/>
            </w:tcMar>
            <w:vAlign w:val="center"/>
          </w:tcPr>
          <w:p w14:paraId="43366480" w14:textId="77777777" w:rsidR="001C7FD1" w:rsidRDefault="003F5285">
            <w:pPr>
              <w:spacing w:after="0" w:line="240" w:lineRule="auto"/>
              <w:jc w:val="center"/>
            </w:pPr>
            <w:r>
              <w:rPr>
                <w:rFonts w:eastAsia="Arial"/>
                <w:b/>
                <w:color w:val="FFFFFF"/>
              </w:rPr>
              <w:t>How often</w:t>
            </w:r>
            <w:r>
              <w:rPr>
                <w:rFonts w:eastAsia="Arial"/>
                <w:b/>
                <w:color w:val="FFFFFF"/>
              </w:rPr>
              <w:br/>
              <w:t>0-4</w:t>
            </w:r>
          </w:p>
        </w:tc>
        <w:tc>
          <w:tcPr>
            <w:tcW w:w="1250" w:type="dxa"/>
            <w:shd w:val="clear" w:color="auto" w:fill="4B1F26"/>
            <w:tcMar>
              <w:top w:w="90" w:type="dxa"/>
              <w:left w:w="120" w:type="dxa"/>
              <w:bottom w:w="90" w:type="dxa"/>
              <w:right w:w="120" w:type="dxa"/>
            </w:tcMar>
            <w:vAlign w:val="center"/>
          </w:tcPr>
          <w:p w14:paraId="18BA6C27" w14:textId="77777777" w:rsidR="001C7FD1" w:rsidRDefault="003F5285">
            <w:pPr>
              <w:spacing w:after="0" w:line="240" w:lineRule="auto"/>
              <w:jc w:val="center"/>
            </w:pPr>
            <w:r>
              <w:rPr>
                <w:rFonts w:eastAsia="Arial"/>
                <w:b/>
                <w:color w:val="FFFFFF"/>
              </w:rPr>
              <w:t>Impact</w:t>
            </w:r>
            <w:r>
              <w:rPr>
                <w:rFonts w:eastAsia="Arial"/>
                <w:b/>
                <w:color w:val="FFFFFF"/>
              </w:rPr>
              <w:br/>
              <w:t>0-4</w:t>
            </w:r>
          </w:p>
        </w:tc>
        <w:tc>
          <w:tcPr>
            <w:tcW w:w="3340" w:type="dxa"/>
            <w:shd w:val="clear" w:color="auto" w:fill="4B1F26"/>
            <w:tcMar>
              <w:top w:w="90" w:type="dxa"/>
              <w:left w:w="120" w:type="dxa"/>
              <w:bottom w:w="90" w:type="dxa"/>
              <w:right w:w="120" w:type="dxa"/>
            </w:tcMar>
            <w:vAlign w:val="center"/>
          </w:tcPr>
          <w:p w14:paraId="42D3CBFD" w14:textId="77777777" w:rsidR="001C7FD1" w:rsidRDefault="003F5285">
            <w:pPr>
              <w:spacing w:after="0" w:line="240" w:lineRule="auto"/>
            </w:pPr>
            <w:r>
              <w:rPr>
                <w:rFonts w:eastAsia="Arial"/>
                <w:b/>
                <w:color w:val="FFFFFF"/>
              </w:rPr>
              <w:t>Example and help that would make a difference</w:t>
            </w:r>
          </w:p>
        </w:tc>
      </w:tr>
      <w:tr w:rsidR="001C7FD1" w14:paraId="5C242051" w14:textId="77777777">
        <w:trPr>
          <w:cantSplit/>
        </w:trPr>
        <w:tc>
          <w:tcPr>
            <w:tcW w:w="3800" w:type="dxa"/>
          </w:tcPr>
          <w:p w14:paraId="51901C15" w14:textId="77777777" w:rsidR="001C7FD1" w:rsidRDefault="003F5285">
            <w:pPr>
              <w:spacing w:after="0" w:line="240" w:lineRule="auto"/>
            </w:pPr>
            <w:r>
              <w:rPr>
                <w:rFonts w:eastAsia="Arial"/>
                <w:b/>
              </w:rPr>
              <w:t>Providing reminders, prompting, emotional co-regulation or reassurance</w:t>
            </w:r>
          </w:p>
        </w:tc>
        <w:tc>
          <w:tcPr>
            <w:tcW w:w="1250" w:type="dxa"/>
          </w:tcPr>
          <w:p w14:paraId="20923596" w14:textId="77777777" w:rsidR="001C7FD1" w:rsidRDefault="003F5285">
            <w:pPr>
              <w:spacing w:after="0" w:line="240" w:lineRule="auto"/>
              <w:jc w:val="center"/>
            </w:pPr>
            <w:sdt>
              <w:sdtPr>
                <w:alias w:val="R600"/>
                <w:tag w:val="R600"/>
                <w:id w:val="100600"/>
                <w:text/>
              </w:sdtPr>
              <w:sdtEndPr/>
              <w:sdtContent>
                <w:r>
                  <w:rPr>
                    <w:rFonts w:eastAsia="Arial"/>
                    <w:color w:val="555555"/>
                  </w:rPr>
                  <w:t>0-4 / N/A</w:t>
                </w:r>
              </w:sdtContent>
            </w:sdt>
          </w:p>
        </w:tc>
        <w:tc>
          <w:tcPr>
            <w:tcW w:w="1250" w:type="dxa"/>
          </w:tcPr>
          <w:p w14:paraId="241E7ACF" w14:textId="77777777" w:rsidR="001C7FD1" w:rsidRDefault="003F5285">
            <w:pPr>
              <w:spacing w:after="0" w:line="240" w:lineRule="auto"/>
              <w:jc w:val="center"/>
            </w:pPr>
            <w:sdt>
              <w:sdtPr>
                <w:alias w:val="R601"/>
                <w:tag w:val="R601"/>
                <w:id w:val="100601"/>
                <w:text/>
              </w:sdtPr>
              <w:sdtEndPr/>
              <w:sdtContent>
                <w:r>
                  <w:rPr>
                    <w:rFonts w:eastAsia="Arial"/>
                    <w:color w:val="555555"/>
                  </w:rPr>
                  <w:t>0-4 / N/A</w:t>
                </w:r>
              </w:sdtContent>
            </w:sdt>
          </w:p>
        </w:tc>
        <w:tc>
          <w:tcPr>
            <w:tcW w:w="3340" w:type="dxa"/>
          </w:tcPr>
          <w:p w14:paraId="405A1D55" w14:textId="77777777" w:rsidR="001C7FD1" w:rsidRDefault="003F5285">
            <w:pPr>
              <w:spacing w:after="0" w:line="240" w:lineRule="auto"/>
            </w:pPr>
            <w:sdt>
              <w:sdtPr>
                <w:alias w:val="T602"/>
                <w:tag w:val="T602"/>
                <w:id w:val="100602"/>
                <w:text/>
              </w:sdtPr>
              <w:sdtEndPr/>
              <w:sdtContent>
                <w:r>
                  <w:rPr>
                    <w:rFonts w:eastAsia="Arial"/>
                    <w:color w:val="555555"/>
                  </w:rPr>
                  <w:t>Click or tap to type</w:t>
                </w:r>
              </w:sdtContent>
            </w:sdt>
          </w:p>
        </w:tc>
      </w:tr>
      <w:tr w:rsidR="001C7FD1" w14:paraId="2AA0F37E" w14:textId="77777777">
        <w:trPr>
          <w:cantSplit/>
        </w:trPr>
        <w:tc>
          <w:tcPr>
            <w:tcW w:w="3800" w:type="dxa"/>
            <w:shd w:val="clear" w:color="auto" w:fill="F5F4EF"/>
          </w:tcPr>
          <w:p w14:paraId="70F8A67A" w14:textId="77777777" w:rsidR="001C7FD1" w:rsidRDefault="003F5285">
            <w:pPr>
              <w:spacing w:after="0" w:line="240" w:lineRule="auto"/>
            </w:pPr>
            <w:r>
              <w:rPr>
                <w:rFonts w:eastAsia="Arial"/>
                <w:b/>
              </w:rPr>
              <w:t>Providing close supervision to maintain safety</w:t>
            </w:r>
          </w:p>
        </w:tc>
        <w:tc>
          <w:tcPr>
            <w:tcW w:w="1250" w:type="dxa"/>
            <w:shd w:val="clear" w:color="auto" w:fill="F5F4EF"/>
          </w:tcPr>
          <w:p w14:paraId="0E179B79" w14:textId="77777777" w:rsidR="001C7FD1" w:rsidRDefault="003F5285">
            <w:pPr>
              <w:spacing w:after="0" w:line="240" w:lineRule="auto"/>
              <w:jc w:val="center"/>
            </w:pPr>
            <w:sdt>
              <w:sdtPr>
                <w:alias w:val="R603"/>
                <w:tag w:val="R603"/>
                <w:id w:val="100603"/>
                <w:text/>
              </w:sdtPr>
              <w:sdtEndPr/>
              <w:sdtContent>
                <w:r>
                  <w:rPr>
                    <w:rFonts w:eastAsia="Arial"/>
                    <w:color w:val="555555"/>
                  </w:rPr>
                  <w:t>0-4 / N/A</w:t>
                </w:r>
              </w:sdtContent>
            </w:sdt>
          </w:p>
        </w:tc>
        <w:tc>
          <w:tcPr>
            <w:tcW w:w="1250" w:type="dxa"/>
            <w:shd w:val="clear" w:color="auto" w:fill="F5F4EF"/>
          </w:tcPr>
          <w:p w14:paraId="3AB41BE4" w14:textId="77777777" w:rsidR="001C7FD1" w:rsidRDefault="003F5285">
            <w:pPr>
              <w:spacing w:after="0" w:line="240" w:lineRule="auto"/>
              <w:jc w:val="center"/>
            </w:pPr>
            <w:sdt>
              <w:sdtPr>
                <w:alias w:val="R604"/>
                <w:tag w:val="R604"/>
                <w:id w:val="100604"/>
                <w:text/>
              </w:sdtPr>
              <w:sdtEndPr/>
              <w:sdtContent>
                <w:r>
                  <w:rPr>
                    <w:rFonts w:eastAsia="Arial"/>
                    <w:color w:val="555555"/>
                  </w:rPr>
                  <w:t>0-4 / N/A</w:t>
                </w:r>
              </w:sdtContent>
            </w:sdt>
          </w:p>
        </w:tc>
        <w:tc>
          <w:tcPr>
            <w:tcW w:w="3340" w:type="dxa"/>
            <w:shd w:val="clear" w:color="auto" w:fill="F5F4EF"/>
          </w:tcPr>
          <w:p w14:paraId="2A9ED6BE" w14:textId="77777777" w:rsidR="001C7FD1" w:rsidRDefault="003F5285">
            <w:pPr>
              <w:spacing w:after="0" w:line="240" w:lineRule="auto"/>
            </w:pPr>
            <w:sdt>
              <w:sdtPr>
                <w:alias w:val="T605"/>
                <w:tag w:val="T605"/>
                <w:id w:val="100605"/>
                <w:text/>
              </w:sdtPr>
              <w:sdtEndPr/>
              <w:sdtContent>
                <w:r>
                  <w:rPr>
                    <w:rFonts w:eastAsia="Arial"/>
                    <w:color w:val="555555"/>
                  </w:rPr>
                  <w:t>Click or tap to type</w:t>
                </w:r>
              </w:sdtContent>
            </w:sdt>
          </w:p>
        </w:tc>
      </w:tr>
      <w:tr w:rsidR="001C7FD1" w14:paraId="41C0D42B" w14:textId="77777777">
        <w:trPr>
          <w:cantSplit/>
        </w:trPr>
        <w:tc>
          <w:tcPr>
            <w:tcW w:w="3800" w:type="dxa"/>
          </w:tcPr>
          <w:p w14:paraId="7BA9F2A6" w14:textId="77777777" w:rsidR="001C7FD1" w:rsidRDefault="003F5285">
            <w:pPr>
              <w:spacing w:after="0" w:line="240" w:lineRule="auto"/>
            </w:pPr>
            <w:r>
              <w:rPr>
                <w:rFonts w:eastAsia="Arial"/>
                <w:b/>
              </w:rPr>
              <w:t>Providing hands-on personal care or physical assistance</w:t>
            </w:r>
          </w:p>
        </w:tc>
        <w:tc>
          <w:tcPr>
            <w:tcW w:w="1250" w:type="dxa"/>
          </w:tcPr>
          <w:p w14:paraId="41CECE41" w14:textId="77777777" w:rsidR="001C7FD1" w:rsidRDefault="003F5285">
            <w:pPr>
              <w:spacing w:after="0" w:line="240" w:lineRule="auto"/>
              <w:jc w:val="center"/>
            </w:pPr>
            <w:sdt>
              <w:sdtPr>
                <w:alias w:val="R606"/>
                <w:tag w:val="R606"/>
                <w:id w:val="100606"/>
                <w:text/>
              </w:sdtPr>
              <w:sdtEndPr/>
              <w:sdtContent>
                <w:r>
                  <w:rPr>
                    <w:rFonts w:eastAsia="Arial"/>
                    <w:color w:val="555555"/>
                  </w:rPr>
                  <w:t>0-4 / N/A</w:t>
                </w:r>
              </w:sdtContent>
            </w:sdt>
          </w:p>
        </w:tc>
        <w:tc>
          <w:tcPr>
            <w:tcW w:w="1250" w:type="dxa"/>
          </w:tcPr>
          <w:p w14:paraId="35CB6882" w14:textId="77777777" w:rsidR="001C7FD1" w:rsidRDefault="003F5285">
            <w:pPr>
              <w:spacing w:after="0" w:line="240" w:lineRule="auto"/>
              <w:jc w:val="center"/>
            </w:pPr>
            <w:sdt>
              <w:sdtPr>
                <w:alias w:val="R607"/>
                <w:tag w:val="R607"/>
                <w:id w:val="100607"/>
                <w:text/>
              </w:sdtPr>
              <w:sdtEndPr/>
              <w:sdtContent>
                <w:r>
                  <w:rPr>
                    <w:rFonts w:eastAsia="Arial"/>
                    <w:color w:val="555555"/>
                  </w:rPr>
                  <w:t>0-4 / N/A</w:t>
                </w:r>
              </w:sdtContent>
            </w:sdt>
          </w:p>
        </w:tc>
        <w:tc>
          <w:tcPr>
            <w:tcW w:w="3340" w:type="dxa"/>
          </w:tcPr>
          <w:p w14:paraId="57751559" w14:textId="77777777" w:rsidR="001C7FD1" w:rsidRDefault="003F5285">
            <w:pPr>
              <w:spacing w:after="0" w:line="240" w:lineRule="auto"/>
            </w:pPr>
            <w:sdt>
              <w:sdtPr>
                <w:alias w:val="T608"/>
                <w:tag w:val="T608"/>
                <w:id w:val="100608"/>
                <w:text/>
              </w:sdtPr>
              <w:sdtEndPr/>
              <w:sdtContent>
                <w:r>
                  <w:rPr>
                    <w:rFonts w:eastAsia="Arial"/>
                    <w:color w:val="555555"/>
                  </w:rPr>
                  <w:t>Click or tap to type</w:t>
                </w:r>
              </w:sdtContent>
            </w:sdt>
          </w:p>
        </w:tc>
      </w:tr>
      <w:tr w:rsidR="001C7FD1" w14:paraId="7E5C5EFE" w14:textId="77777777">
        <w:trPr>
          <w:cantSplit/>
        </w:trPr>
        <w:tc>
          <w:tcPr>
            <w:tcW w:w="3800" w:type="dxa"/>
            <w:shd w:val="clear" w:color="auto" w:fill="F5F4EF"/>
          </w:tcPr>
          <w:p w14:paraId="1D98517C" w14:textId="77777777" w:rsidR="001C7FD1" w:rsidRDefault="003F5285">
            <w:pPr>
              <w:spacing w:after="0" w:line="240" w:lineRule="auto"/>
            </w:pPr>
            <w:r>
              <w:rPr>
                <w:rFonts w:eastAsia="Arial"/>
                <w:b/>
              </w:rPr>
              <w:t>Managing medication, appointments, therapy or health monitoring</w:t>
            </w:r>
          </w:p>
        </w:tc>
        <w:tc>
          <w:tcPr>
            <w:tcW w:w="1250" w:type="dxa"/>
            <w:shd w:val="clear" w:color="auto" w:fill="F5F4EF"/>
          </w:tcPr>
          <w:p w14:paraId="777AD00B" w14:textId="77777777" w:rsidR="001C7FD1" w:rsidRDefault="003F5285">
            <w:pPr>
              <w:spacing w:after="0" w:line="240" w:lineRule="auto"/>
              <w:jc w:val="center"/>
            </w:pPr>
            <w:sdt>
              <w:sdtPr>
                <w:alias w:val="R609"/>
                <w:tag w:val="R609"/>
                <w:id w:val="100609"/>
                <w:text/>
              </w:sdtPr>
              <w:sdtEndPr/>
              <w:sdtContent>
                <w:r>
                  <w:rPr>
                    <w:rFonts w:eastAsia="Arial"/>
                    <w:color w:val="555555"/>
                  </w:rPr>
                  <w:t>0-4 / N/A</w:t>
                </w:r>
              </w:sdtContent>
            </w:sdt>
          </w:p>
        </w:tc>
        <w:tc>
          <w:tcPr>
            <w:tcW w:w="1250" w:type="dxa"/>
            <w:shd w:val="clear" w:color="auto" w:fill="F5F4EF"/>
          </w:tcPr>
          <w:p w14:paraId="3D8C3992" w14:textId="77777777" w:rsidR="001C7FD1" w:rsidRDefault="003F5285">
            <w:pPr>
              <w:spacing w:after="0" w:line="240" w:lineRule="auto"/>
              <w:jc w:val="center"/>
            </w:pPr>
            <w:sdt>
              <w:sdtPr>
                <w:alias w:val="R610"/>
                <w:tag w:val="R610"/>
                <w:id w:val="100610"/>
                <w:text/>
              </w:sdtPr>
              <w:sdtEndPr/>
              <w:sdtContent>
                <w:r>
                  <w:rPr>
                    <w:rFonts w:eastAsia="Arial"/>
                    <w:color w:val="555555"/>
                  </w:rPr>
                  <w:t>0-4 / N/A</w:t>
                </w:r>
              </w:sdtContent>
            </w:sdt>
          </w:p>
        </w:tc>
        <w:tc>
          <w:tcPr>
            <w:tcW w:w="3340" w:type="dxa"/>
            <w:shd w:val="clear" w:color="auto" w:fill="F5F4EF"/>
          </w:tcPr>
          <w:p w14:paraId="47896E61" w14:textId="77777777" w:rsidR="001C7FD1" w:rsidRDefault="003F5285">
            <w:pPr>
              <w:spacing w:after="0" w:line="240" w:lineRule="auto"/>
            </w:pPr>
            <w:sdt>
              <w:sdtPr>
                <w:alias w:val="T611"/>
                <w:tag w:val="T611"/>
                <w:id w:val="100611"/>
                <w:text/>
              </w:sdtPr>
              <w:sdtEndPr/>
              <w:sdtContent>
                <w:r>
                  <w:rPr>
                    <w:rFonts w:eastAsia="Arial"/>
                    <w:color w:val="555555"/>
                  </w:rPr>
                  <w:t>Click or tap to type</w:t>
                </w:r>
              </w:sdtContent>
            </w:sdt>
          </w:p>
        </w:tc>
      </w:tr>
      <w:tr w:rsidR="001C7FD1" w14:paraId="24B81255" w14:textId="77777777">
        <w:trPr>
          <w:cantSplit/>
        </w:trPr>
        <w:tc>
          <w:tcPr>
            <w:tcW w:w="3800" w:type="dxa"/>
          </w:tcPr>
          <w:p w14:paraId="38B53BB9" w14:textId="77777777" w:rsidR="001C7FD1" w:rsidRDefault="003F5285">
            <w:pPr>
              <w:spacing w:after="0" w:line="240" w:lineRule="auto"/>
            </w:pPr>
            <w:r>
              <w:rPr>
                <w:rFonts w:eastAsia="Arial"/>
                <w:b/>
              </w:rPr>
              <w:t>Planning routines, transport, meals, activities and daily tasks</w:t>
            </w:r>
          </w:p>
        </w:tc>
        <w:tc>
          <w:tcPr>
            <w:tcW w:w="1250" w:type="dxa"/>
          </w:tcPr>
          <w:p w14:paraId="1BC0EF04" w14:textId="77777777" w:rsidR="001C7FD1" w:rsidRDefault="003F5285">
            <w:pPr>
              <w:spacing w:after="0" w:line="240" w:lineRule="auto"/>
              <w:jc w:val="center"/>
            </w:pPr>
            <w:sdt>
              <w:sdtPr>
                <w:alias w:val="R612"/>
                <w:tag w:val="R612"/>
                <w:id w:val="100612"/>
                <w:text/>
              </w:sdtPr>
              <w:sdtEndPr/>
              <w:sdtContent>
                <w:r>
                  <w:rPr>
                    <w:rFonts w:eastAsia="Arial"/>
                    <w:color w:val="555555"/>
                  </w:rPr>
                  <w:t>0-4 / N/A</w:t>
                </w:r>
              </w:sdtContent>
            </w:sdt>
          </w:p>
        </w:tc>
        <w:tc>
          <w:tcPr>
            <w:tcW w:w="1250" w:type="dxa"/>
          </w:tcPr>
          <w:p w14:paraId="539E38E1" w14:textId="77777777" w:rsidR="001C7FD1" w:rsidRDefault="003F5285">
            <w:pPr>
              <w:spacing w:after="0" w:line="240" w:lineRule="auto"/>
              <w:jc w:val="center"/>
            </w:pPr>
            <w:sdt>
              <w:sdtPr>
                <w:alias w:val="R613"/>
                <w:tag w:val="R613"/>
                <w:id w:val="100613"/>
                <w:text/>
              </w:sdtPr>
              <w:sdtEndPr/>
              <w:sdtContent>
                <w:r>
                  <w:rPr>
                    <w:rFonts w:eastAsia="Arial"/>
                    <w:color w:val="555555"/>
                  </w:rPr>
                  <w:t>0-4 / N/A</w:t>
                </w:r>
              </w:sdtContent>
            </w:sdt>
          </w:p>
        </w:tc>
        <w:tc>
          <w:tcPr>
            <w:tcW w:w="3340" w:type="dxa"/>
          </w:tcPr>
          <w:p w14:paraId="77F8F410" w14:textId="77777777" w:rsidR="001C7FD1" w:rsidRDefault="003F5285">
            <w:pPr>
              <w:spacing w:after="0" w:line="240" w:lineRule="auto"/>
            </w:pPr>
            <w:sdt>
              <w:sdtPr>
                <w:alias w:val="T614"/>
                <w:tag w:val="T614"/>
                <w:id w:val="100614"/>
                <w:text/>
              </w:sdtPr>
              <w:sdtEndPr/>
              <w:sdtContent>
                <w:r>
                  <w:rPr>
                    <w:rFonts w:eastAsia="Arial"/>
                    <w:color w:val="555555"/>
                  </w:rPr>
                  <w:t>Click or tap to type</w:t>
                </w:r>
              </w:sdtContent>
            </w:sdt>
          </w:p>
        </w:tc>
      </w:tr>
      <w:tr w:rsidR="001C7FD1" w14:paraId="4768DC0F" w14:textId="77777777">
        <w:trPr>
          <w:cantSplit/>
        </w:trPr>
        <w:tc>
          <w:tcPr>
            <w:tcW w:w="3800" w:type="dxa"/>
            <w:shd w:val="clear" w:color="auto" w:fill="F5F4EF"/>
          </w:tcPr>
          <w:p w14:paraId="44A41EEB" w14:textId="77777777" w:rsidR="001C7FD1" w:rsidRDefault="003F5285">
            <w:pPr>
              <w:spacing w:after="0" w:line="240" w:lineRule="auto"/>
            </w:pPr>
            <w:r>
              <w:rPr>
                <w:rFonts w:eastAsia="Arial"/>
                <w:b/>
              </w:rPr>
              <w:t>Managing forms, NDIS administration, providers, school/work or service communication</w:t>
            </w:r>
          </w:p>
        </w:tc>
        <w:tc>
          <w:tcPr>
            <w:tcW w:w="1250" w:type="dxa"/>
            <w:shd w:val="clear" w:color="auto" w:fill="F5F4EF"/>
          </w:tcPr>
          <w:p w14:paraId="6743079E" w14:textId="77777777" w:rsidR="001C7FD1" w:rsidRDefault="003F5285">
            <w:pPr>
              <w:spacing w:after="0" w:line="240" w:lineRule="auto"/>
              <w:jc w:val="center"/>
            </w:pPr>
            <w:sdt>
              <w:sdtPr>
                <w:alias w:val="R615"/>
                <w:tag w:val="R615"/>
                <w:id w:val="100615"/>
                <w:text/>
              </w:sdtPr>
              <w:sdtEndPr/>
              <w:sdtContent>
                <w:r>
                  <w:rPr>
                    <w:rFonts w:eastAsia="Arial"/>
                    <w:color w:val="555555"/>
                  </w:rPr>
                  <w:t>0-4 / N/A</w:t>
                </w:r>
              </w:sdtContent>
            </w:sdt>
          </w:p>
        </w:tc>
        <w:tc>
          <w:tcPr>
            <w:tcW w:w="1250" w:type="dxa"/>
            <w:shd w:val="clear" w:color="auto" w:fill="F5F4EF"/>
          </w:tcPr>
          <w:p w14:paraId="118827F8" w14:textId="77777777" w:rsidR="001C7FD1" w:rsidRDefault="003F5285">
            <w:pPr>
              <w:spacing w:after="0" w:line="240" w:lineRule="auto"/>
              <w:jc w:val="center"/>
            </w:pPr>
            <w:sdt>
              <w:sdtPr>
                <w:alias w:val="R616"/>
                <w:tag w:val="R616"/>
                <w:id w:val="100616"/>
                <w:text/>
              </w:sdtPr>
              <w:sdtEndPr/>
              <w:sdtContent>
                <w:r>
                  <w:rPr>
                    <w:rFonts w:eastAsia="Arial"/>
                    <w:color w:val="555555"/>
                  </w:rPr>
                  <w:t>0-4 / N/A</w:t>
                </w:r>
              </w:sdtContent>
            </w:sdt>
          </w:p>
        </w:tc>
        <w:tc>
          <w:tcPr>
            <w:tcW w:w="3340" w:type="dxa"/>
            <w:shd w:val="clear" w:color="auto" w:fill="F5F4EF"/>
          </w:tcPr>
          <w:p w14:paraId="2F721A54" w14:textId="77777777" w:rsidR="001C7FD1" w:rsidRDefault="003F5285">
            <w:pPr>
              <w:spacing w:after="0" w:line="240" w:lineRule="auto"/>
            </w:pPr>
            <w:sdt>
              <w:sdtPr>
                <w:alias w:val="T617"/>
                <w:tag w:val="T617"/>
                <w:id w:val="100617"/>
                <w:text/>
              </w:sdtPr>
              <w:sdtEndPr/>
              <w:sdtContent>
                <w:r>
                  <w:rPr>
                    <w:rFonts w:eastAsia="Arial"/>
                    <w:color w:val="555555"/>
                  </w:rPr>
                  <w:t>Click or tap to type</w:t>
                </w:r>
              </w:sdtContent>
            </w:sdt>
          </w:p>
        </w:tc>
      </w:tr>
      <w:tr w:rsidR="001C7FD1" w14:paraId="32FC6330" w14:textId="77777777">
        <w:trPr>
          <w:cantSplit/>
        </w:trPr>
        <w:tc>
          <w:tcPr>
            <w:tcW w:w="3800" w:type="dxa"/>
          </w:tcPr>
          <w:p w14:paraId="1CCF1999" w14:textId="77777777" w:rsidR="001C7FD1" w:rsidRDefault="003F5285">
            <w:pPr>
              <w:spacing w:after="0" w:line="240" w:lineRule="auto"/>
            </w:pPr>
            <w:r>
              <w:rPr>
                <w:rFonts w:eastAsia="Arial"/>
                <w:b/>
              </w:rPr>
              <w:t>Responding to distress, crisis, behaviour or disrupted sleep</w:t>
            </w:r>
          </w:p>
        </w:tc>
        <w:tc>
          <w:tcPr>
            <w:tcW w:w="1250" w:type="dxa"/>
          </w:tcPr>
          <w:p w14:paraId="5015B682" w14:textId="77777777" w:rsidR="001C7FD1" w:rsidRDefault="003F5285">
            <w:pPr>
              <w:spacing w:after="0" w:line="240" w:lineRule="auto"/>
              <w:jc w:val="center"/>
            </w:pPr>
            <w:sdt>
              <w:sdtPr>
                <w:alias w:val="R618"/>
                <w:tag w:val="R618"/>
                <w:id w:val="100618"/>
                <w:text/>
              </w:sdtPr>
              <w:sdtEndPr/>
              <w:sdtContent>
                <w:r>
                  <w:rPr>
                    <w:rFonts w:eastAsia="Arial"/>
                    <w:color w:val="555555"/>
                  </w:rPr>
                  <w:t>0-4 / N/A</w:t>
                </w:r>
              </w:sdtContent>
            </w:sdt>
          </w:p>
        </w:tc>
        <w:tc>
          <w:tcPr>
            <w:tcW w:w="1250" w:type="dxa"/>
          </w:tcPr>
          <w:p w14:paraId="6C076E58" w14:textId="77777777" w:rsidR="001C7FD1" w:rsidRDefault="003F5285">
            <w:pPr>
              <w:spacing w:after="0" w:line="240" w:lineRule="auto"/>
              <w:jc w:val="center"/>
            </w:pPr>
            <w:sdt>
              <w:sdtPr>
                <w:alias w:val="R619"/>
                <w:tag w:val="R619"/>
                <w:id w:val="100619"/>
                <w:text/>
              </w:sdtPr>
              <w:sdtEndPr/>
              <w:sdtContent>
                <w:r>
                  <w:rPr>
                    <w:rFonts w:eastAsia="Arial"/>
                    <w:color w:val="555555"/>
                  </w:rPr>
                  <w:t>0-4 / N/A</w:t>
                </w:r>
              </w:sdtContent>
            </w:sdt>
          </w:p>
        </w:tc>
        <w:tc>
          <w:tcPr>
            <w:tcW w:w="3340" w:type="dxa"/>
          </w:tcPr>
          <w:p w14:paraId="74210CFE" w14:textId="77777777" w:rsidR="001C7FD1" w:rsidRDefault="003F5285">
            <w:pPr>
              <w:spacing w:after="0" w:line="240" w:lineRule="auto"/>
            </w:pPr>
            <w:sdt>
              <w:sdtPr>
                <w:alias w:val="T620"/>
                <w:tag w:val="T620"/>
                <w:id w:val="100620"/>
                <w:text/>
              </w:sdtPr>
              <w:sdtEndPr/>
              <w:sdtContent>
                <w:r>
                  <w:rPr>
                    <w:rFonts w:eastAsia="Arial"/>
                    <w:color w:val="555555"/>
                  </w:rPr>
                  <w:t>Click or tap to type</w:t>
                </w:r>
              </w:sdtContent>
            </w:sdt>
          </w:p>
        </w:tc>
      </w:tr>
      <w:tr w:rsidR="001C7FD1" w14:paraId="1ABA68EC" w14:textId="77777777">
        <w:trPr>
          <w:cantSplit/>
        </w:trPr>
        <w:tc>
          <w:tcPr>
            <w:tcW w:w="3800" w:type="dxa"/>
            <w:shd w:val="clear" w:color="auto" w:fill="F5F4EF"/>
          </w:tcPr>
          <w:p w14:paraId="1775E61B" w14:textId="77777777" w:rsidR="001C7FD1" w:rsidRDefault="003F5285">
            <w:pPr>
              <w:spacing w:after="0" w:line="240" w:lineRule="auto"/>
            </w:pPr>
            <w:r>
              <w:rPr>
                <w:rFonts w:eastAsia="Arial"/>
                <w:b/>
              </w:rPr>
              <w:lastRenderedPageBreak/>
              <w:t>Changing family plans because care or support is unavailable</w:t>
            </w:r>
          </w:p>
        </w:tc>
        <w:tc>
          <w:tcPr>
            <w:tcW w:w="1250" w:type="dxa"/>
            <w:shd w:val="clear" w:color="auto" w:fill="F5F4EF"/>
          </w:tcPr>
          <w:p w14:paraId="21096018" w14:textId="77777777" w:rsidR="001C7FD1" w:rsidRDefault="003F5285">
            <w:pPr>
              <w:spacing w:after="0" w:line="240" w:lineRule="auto"/>
              <w:jc w:val="center"/>
            </w:pPr>
            <w:sdt>
              <w:sdtPr>
                <w:alias w:val="R621"/>
                <w:tag w:val="R621"/>
                <w:id w:val="100621"/>
                <w:text/>
              </w:sdtPr>
              <w:sdtEndPr/>
              <w:sdtContent>
                <w:r>
                  <w:rPr>
                    <w:rFonts w:eastAsia="Arial"/>
                    <w:color w:val="555555"/>
                  </w:rPr>
                  <w:t>0-4 / N/A</w:t>
                </w:r>
              </w:sdtContent>
            </w:sdt>
          </w:p>
        </w:tc>
        <w:tc>
          <w:tcPr>
            <w:tcW w:w="1250" w:type="dxa"/>
            <w:shd w:val="clear" w:color="auto" w:fill="F5F4EF"/>
          </w:tcPr>
          <w:p w14:paraId="7FB83ABA" w14:textId="77777777" w:rsidR="001C7FD1" w:rsidRDefault="003F5285">
            <w:pPr>
              <w:spacing w:after="0" w:line="240" w:lineRule="auto"/>
              <w:jc w:val="center"/>
            </w:pPr>
            <w:sdt>
              <w:sdtPr>
                <w:alias w:val="R622"/>
                <w:tag w:val="R622"/>
                <w:id w:val="100622"/>
                <w:text/>
              </w:sdtPr>
              <w:sdtEndPr/>
              <w:sdtContent>
                <w:r>
                  <w:rPr>
                    <w:rFonts w:eastAsia="Arial"/>
                    <w:color w:val="555555"/>
                  </w:rPr>
                  <w:t>0-4 / N/A</w:t>
                </w:r>
              </w:sdtContent>
            </w:sdt>
          </w:p>
        </w:tc>
        <w:tc>
          <w:tcPr>
            <w:tcW w:w="3340" w:type="dxa"/>
            <w:shd w:val="clear" w:color="auto" w:fill="F5F4EF"/>
          </w:tcPr>
          <w:p w14:paraId="59B1F2BF" w14:textId="77777777" w:rsidR="001C7FD1" w:rsidRDefault="003F5285">
            <w:pPr>
              <w:spacing w:after="0" w:line="240" w:lineRule="auto"/>
            </w:pPr>
            <w:sdt>
              <w:sdtPr>
                <w:alias w:val="T623"/>
                <w:tag w:val="T623"/>
                <w:id w:val="100623"/>
                <w:text/>
              </w:sdtPr>
              <w:sdtEndPr/>
              <w:sdtContent>
                <w:r>
                  <w:rPr>
                    <w:rFonts w:eastAsia="Arial"/>
                    <w:color w:val="555555"/>
                  </w:rPr>
                  <w:t>Click or tap to type</w:t>
                </w:r>
              </w:sdtContent>
            </w:sdt>
          </w:p>
        </w:tc>
      </w:tr>
      <w:tr w:rsidR="001C7FD1" w14:paraId="14D6B07C" w14:textId="77777777">
        <w:trPr>
          <w:cantSplit/>
        </w:trPr>
        <w:tc>
          <w:tcPr>
            <w:tcW w:w="3800" w:type="dxa"/>
          </w:tcPr>
          <w:p w14:paraId="7C57EFE9" w14:textId="77777777" w:rsidR="001C7FD1" w:rsidRDefault="003F5285">
            <w:pPr>
              <w:spacing w:after="0" w:line="240" w:lineRule="auto"/>
            </w:pPr>
            <w:r>
              <w:rPr>
                <w:rFonts w:eastAsia="Arial"/>
                <w:b/>
              </w:rPr>
              <w:t>Reduced sleep, rest, privacy or time for personal health</w:t>
            </w:r>
          </w:p>
        </w:tc>
        <w:tc>
          <w:tcPr>
            <w:tcW w:w="1250" w:type="dxa"/>
          </w:tcPr>
          <w:p w14:paraId="549BB71A" w14:textId="77777777" w:rsidR="001C7FD1" w:rsidRDefault="003F5285">
            <w:pPr>
              <w:spacing w:after="0" w:line="240" w:lineRule="auto"/>
              <w:jc w:val="center"/>
            </w:pPr>
            <w:sdt>
              <w:sdtPr>
                <w:alias w:val="R624"/>
                <w:tag w:val="R624"/>
                <w:id w:val="100624"/>
                <w:text/>
              </w:sdtPr>
              <w:sdtEndPr/>
              <w:sdtContent>
                <w:r>
                  <w:rPr>
                    <w:rFonts w:eastAsia="Arial"/>
                    <w:color w:val="555555"/>
                  </w:rPr>
                  <w:t>0-4 / N/A</w:t>
                </w:r>
              </w:sdtContent>
            </w:sdt>
          </w:p>
        </w:tc>
        <w:tc>
          <w:tcPr>
            <w:tcW w:w="1250" w:type="dxa"/>
          </w:tcPr>
          <w:p w14:paraId="74CC4B37" w14:textId="77777777" w:rsidR="001C7FD1" w:rsidRDefault="003F5285">
            <w:pPr>
              <w:spacing w:after="0" w:line="240" w:lineRule="auto"/>
              <w:jc w:val="center"/>
            </w:pPr>
            <w:sdt>
              <w:sdtPr>
                <w:alias w:val="R625"/>
                <w:tag w:val="R625"/>
                <w:id w:val="100625"/>
                <w:text/>
              </w:sdtPr>
              <w:sdtEndPr/>
              <w:sdtContent>
                <w:r>
                  <w:rPr>
                    <w:rFonts w:eastAsia="Arial"/>
                    <w:color w:val="555555"/>
                  </w:rPr>
                  <w:t>0-4 / N/A</w:t>
                </w:r>
              </w:sdtContent>
            </w:sdt>
          </w:p>
        </w:tc>
        <w:tc>
          <w:tcPr>
            <w:tcW w:w="3340" w:type="dxa"/>
          </w:tcPr>
          <w:p w14:paraId="5C6E76F6" w14:textId="77777777" w:rsidR="001C7FD1" w:rsidRDefault="003F5285">
            <w:pPr>
              <w:spacing w:after="0" w:line="240" w:lineRule="auto"/>
            </w:pPr>
            <w:sdt>
              <w:sdtPr>
                <w:alias w:val="T626"/>
                <w:tag w:val="T626"/>
                <w:id w:val="100626"/>
                <w:text/>
              </w:sdtPr>
              <w:sdtEndPr/>
              <w:sdtContent>
                <w:r>
                  <w:rPr>
                    <w:rFonts w:eastAsia="Arial"/>
                    <w:color w:val="555555"/>
                  </w:rPr>
                  <w:t>Click or tap to type</w:t>
                </w:r>
              </w:sdtContent>
            </w:sdt>
          </w:p>
        </w:tc>
      </w:tr>
      <w:tr w:rsidR="001C7FD1" w14:paraId="0E042505" w14:textId="77777777">
        <w:trPr>
          <w:cantSplit/>
        </w:trPr>
        <w:tc>
          <w:tcPr>
            <w:tcW w:w="3800" w:type="dxa"/>
            <w:shd w:val="clear" w:color="auto" w:fill="F5F4EF"/>
          </w:tcPr>
          <w:p w14:paraId="0B3D34DB" w14:textId="77777777" w:rsidR="001C7FD1" w:rsidRDefault="003F5285">
            <w:pPr>
              <w:spacing w:after="0" w:line="240" w:lineRule="auto"/>
            </w:pPr>
            <w:r>
              <w:rPr>
                <w:rFonts w:eastAsia="Arial"/>
                <w:b/>
              </w:rPr>
              <w:t>Impact on paid work, business, study or career</w:t>
            </w:r>
          </w:p>
        </w:tc>
        <w:tc>
          <w:tcPr>
            <w:tcW w:w="1250" w:type="dxa"/>
            <w:shd w:val="clear" w:color="auto" w:fill="F5F4EF"/>
          </w:tcPr>
          <w:p w14:paraId="462164B0" w14:textId="77777777" w:rsidR="001C7FD1" w:rsidRDefault="003F5285">
            <w:pPr>
              <w:spacing w:after="0" w:line="240" w:lineRule="auto"/>
              <w:jc w:val="center"/>
            </w:pPr>
            <w:sdt>
              <w:sdtPr>
                <w:alias w:val="R627"/>
                <w:tag w:val="R627"/>
                <w:id w:val="100627"/>
                <w:text/>
              </w:sdtPr>
              <w:sdtEndPr/>
              <w:sdtContent>
                <w:r>
                  <w:rPr>
                    <w:rFonts w:eastAsia="Arial"/>
                    <w:color w:val="555555"/>
                  </w:rPr>
                  <w:t>0-4 / N/A</w:t>
                </w:r>
              </w:sdtContent>
            </w:sdt>
          </w:p>
        </w:tc>
        <w:tc>
          <w:tcPr>
            <w:tcW w:w="1250" w:type="dxa"/>
            <w:shd w:val="clear" w:color="auto" w:fill="F5F4EF"/>
          </w:tcPr>
          <w:p w14:paraId="0A209772" w14:textId="77777777" w:rsidR="001C7FD1" w:rsidRDefault="003F5285">
            <w:pPr>
              <w:spacing w:after="0" w:line="240" w:lineRule="auto"/>
              <w:jc w:val="center"/>
            </w:pPr>
            <w:sdt>
              <w:sdtPr>
                <w:alias w:val="R628"/>
                <w:tag w:val="R628"/>
                <w:id w:val="100628"/>
                <w:text/>
              </w:sdtPr>
              <w:sdtEndPr/>
              <w:sdtContent>
                <w:r>
                  <w:rPr>
                    <w:rFonts w:eastAsia="Arial"/>
                    <w:color w:val="555555"/>
                  </w:rPr>
                  <w:t>0-4 / N/A</w:t>
                </w:r>
              </w:sdtContent>
            </w:sdt>
          </w:p>
        </w:tc>
        <w:tc>
          <w:tcPr>
            <w:tcW w:w="3340" w:type="dxa"/>
            <w:shd w:val="clear" w:color="auto" w:fill="F5F4EF"/>
          </w:tcPr>
          <w:p w14:paraId="1F5EAC49" w14:textId="77777777" w:rsidR="001C7FD1" w:rsidRDefault="003F5285">
            <w:pPr>
              <w:spacing w:after="0" w:line="240" w:lineRule="auto"/>
            </w:pPr>
            <w:sdt>
              <w:sdtPr>
                <w:alias w:val="T629"/>
                <w:tag w:val="T629"/>
                <w:id w:val="100629"/>
                <w:text/>
              </w:sdtPr>
              <w:sdtEndPr/>
              <w:sdtContent>
                <w:r>
                  <w:rPr>
                    <w:rFonts w:eastAsia="Arial"/>
                    <w:color w:val="555555"/>
                  </w:rPr>
                  <w:t>Click or tap to type</w:t>
                </w:r>
              </w:sdtContent>
            </w:sdt>
          </w:p>
        </w:tc>
      </w:tr>
      <w:tr w:rsidR="001C7FD1" w14:paraId="4FC25ACF" w14:textId="77777777">
        <w:trPr>
          <w:cantSplit/>
        </w:trPr>
        <w:tc>
          <w:tcPr>
            <w:tcW w:w="3800" w:type="dxa"/>
          </w:tcPr>
          <w:p w14:paraId="500CE2A5" w14:textId="77777777" w:rsidR="001C7FD1" w:rsidRDefault="003F5285">
            <w:pPr>
              <w:spacing w:after="0" w:line="240" w:lineRule="auto"/>
            </w:pPr>
            <w:r>
              <w:rPr>
                <w:rFonts w:eastAsia="Arial"/>
                <w:b/>
              </w:rPr>
              <w:t>Financial impact and disability-related out-of-pocket costs</w:t>
            </w:r>
          </w:p>
        </w:tc>
        <w:tc>
          <w:tcPr>
            <w:tcW w:w="1250" w:type="dxa"/>
          </w:tcPr>
          <w:p w14:paraId="195FA5C4" w14:textId="77777777" w:rsidR="001C7FD1" w:rsidRDefault="003F5285">
            <w:pPr>
              <w:spacing w:after="0" w:line="240" w:lineRule="auto"/>
              <w:jc w:val="center"/>
            </w:pPr>
            <w:sdt>
              <w:sdtPr>
                <w:alias w:val="R630"/>
                <w:tag w:val="R630"/>
                <w:id w:val="100630"/>
                <w:text/>
              </w:sdtPr>
              <w:sdtEndPr/>
              <w:sdtContent>
                <w:r>
                  <w:rPr>
                    <w:rFonts w:eastAsia="Arial"/>
                    <w:color w:val="555555"/>
                  </w:rPr>
                  <w:t>0-4 / N/A</w:t>
                </w:r>
              </w:sdtContent>
            </w:sdt>
          </w:p>
        </w:tc>
        <w:tc>
          <w:tcPr>
            <w:tcW w:w="1250" w:type="dxa"/>
          </w:tcPr>
          <w:p w14:paraId="0567112B" w14:textId="77777777" w:rsidR="001C7FD1" w:rsidRDefault="003F5285">
            <w:pPr>
              <w:spacing w:after="0" w:line="240" w:lineRule="auto"/>
              <w:jc w:val="center"/>
            </w:pPr>
            <w:sdt>
              <w:sdtPr>
                <w:alias w:val="R631"/>
                <w:tag w:val="R631"/>
                <w:id w:val="100631"/>
                <w:text/>
              </w:sdtPr>
              <w:sdtEndPr/>
              <w:sdtContent>
                <w:r>
                  <w:rPr>
                    <w:rFonts w:eastAsia="Arial"/>
                    <w:color w:val="555555"/>
                  </w:rPr>
                  <w:t>0-4 / N/A</w:t>
                </w:r>
              </w:sdtContent>
            </w:sdt>
          </w:p>
        </w:tc>
        <w:tc>
          <w:tcPr>
            <w:tcW w:w="3340" w:type="dxa"/>
          </w:tcPr>
          <w:p w14:paraId="5E0A649A" w14:textId="77777777" w:rsidR="001C7FD1" w:rsidRDefault="003F5285">
            <w:pPr>
              <w:spacing w:after="0" w:line="240" w:lineRule="auto"/>
            </w:pPr>
            <w:sdt>
              <w:sdtPr>
                <w:alias w:val="T632"/>
                <w:tag w:val="T632"/>
                <w:id w:val="100632"/>
                <w:text/>
              </w:sdtPr>
              <w:sdtEndPr/>
              <w:sdtContent>
                <w:r>
                  <w:rPr>
                    <w:rFonts w:eastAsia="Arial"/>
                    <w:color w:val="555555"/>
                  </w:rPr>
                  <w:t>Click or tap to type</w:t>
                </w:r>
              </w:sdtContent>
            </w:sdt>
          </w:p>
        </w:tc>
      </w:tr>
      <w:tr w:rsidR="001C7FD1" w14:paraId="7FD22CBA" w14:textId="77777777">
        <w:trPr>
          <w:cantSplit/>
        </w:trPr>
        <w:tc>
          <w:tcPr>
            <w:tcW w:w="3800" w:type="dxa"/>
            <w:shd w:val="clear" w:color="auto" w:fill="F5F4EF"/>
          </w:tcPr>
          <w:p w14:paraId="6E22A27E" w14:textId="77777777" w:rsidR="001C7FD1" w:rsidRDefault="003F5285">
            <w:pPr>
              <w:spacing w:after="0" w:line="240" w:lineRule="auto"/>
            </w:pPr>
            <w:r>
              <w:rPr>
                <w:rFonts w:eastAsia="Arial"/>
                <w:b/>
              </w:rPr>
              <w:t>Impact on partner relationships, siblings, children or extended family</w:t>
            </w:r>
          </w:p>
        </w:tc>
        <w:tc>
          <w:tcPr>
            <w:tcW w:w="1250" w:type="dxa"/>
            <w:shd w:val="clear" w:color="auto" w:fill="F5F4EF"/>
          </w:tcPr>
          <w:p w14:paraId="41C0C02C" w14:textId="77777777" w:rsidR="001C7FD1" w:rsidRDefault="003F5285">
            <w:pPr>
              <w:spacing w:after="0" w:line="240" w:lineRule="auto"/>
              <w:jc w:val="center"/>
            </w:pPr>
            <w:sdt>
              <w:sdtPr>
                <w:alias w:val="R633"/>
                <w:tag w:val="R633"/>
                <w:id w:val="100633"/>
                <w:text/>
              </w:sdtPr>
              <w:sdtEndPr/>
              <w:sdtContent>
                <w:r>
                  <w:rPr>
                    <w:rFonts w:eastAsia="Arial"/>
                    <w:color w:val="555555"/>
                  </w:rPr>
                  <w:t>0-4 / N/A</w:t>
                </w:r>
              </w:sdtContent>
            </w:sdt>
          </w:p>
        </w:tc>
        <w:tc>
          <w:tcPr>
            <w:tcW w:w="1250" w:type="dxa"/>
            <w:shd w:val="clear" w:color="auto" w:fill="F5F4EF"/>
          </w:tcPr>
          <w:p w14:paraId="1A993054" w14:textId="77777777" w:rsidR="001C7FD1" w:rsidRDefault="003F5285">
            <w:pPr>
              <w:spacing w:after="0" w:line="240" w:lineRule="auto"/>
              <w:jc w:val="center"/>
            </w:pPr>
            <w:sdt>
              <w:sdtPr>
                <w:alias w:val="R634"/>
                <w:tag w:val="R634"/>
                <w:id w:val="100634"/>
                <w:text/>
              </w:sdtPr>
              <w:sdtEndPr/>
              <w:sdtContent>
                <w:r>
                  <w:rPr>
                    <w:rFonts w:eastAsia="Arial"/>
                    <w:color w:val="555555"/>
                  </w:rPr>
                  <w:t>0-4 / N/A</w:t>
                </w:r>
              </w:sdtContent>
            </w:sdt>
          </w:p>
        </w:tc>
        <w:tc>
          <w:tcPr>
            <w:tcW w:w="3340" w:type="dxa"/>
            <w:shd w:val="clear" w:color="auto" w:fill="F5F4EF"/>
          </w:tcPr>
          <w:p w14:paraId="01DFBFEA" w14:textId="77777777" w:rsidR="001C7FD1" w:rsidRDefault="003F5285">
            <w:pPr>
              <w:spacing w:after="0" w:line="240" w:lineRule="auto"/>
            </w:pPr>
            <w:sdt>
              <w:sdtPr>
                <w:alias w:val="T635"/>
                <w:tag w:val="T635"/>
                <w:id w:val="100635"/>
                <w:text/>
              </w:sdtPr>
              <w:sdtEndPr/>
              <w:sdtContent>
                <w:r>
                  <w:rPr>
                    <w:rFonts w:eastAsia="Arial"/>
                    <w:color w:val="555555"/>
                  </w:rPr>
                  <w:t>Click or tap to type</w:t>
                </w:r>
              </w:sdtContent>
            </w:sdt>
          </w:p>
        </w:tc>
      </w:tr>
      <w:tr w:rsidR="001C7FD1" w14:paraId="1DF85CB5" w14:textId="77777777">
        <w:trPr>
          <w:cantSplit/>
        </w:trPr>
        <w:tc>
          <w:tcPr>
            <w:tcW w:w="3800" w:type="dxa"/>
          </w:tcPr>
          <w:p w14:paraId="3D0AC8AB" w14:textId="77777777" w:rsidR="001C7FD1" w:rsidRDefault="003F5285">
            <w:pPr>
              <w:spacing w:after="0" w:line="240" w:lineRule="auto"/>
            </w:pPr>
            <w:r>
              <w:rPr>
                <w:rFonts w:eastAsia="Arial"/>
                <w:b/>
              </w:rPr>
              <w:t>Difficulty maintaining social, cultural or community connection</w:t>
            </w:r>
          </w:p>
        </w:tc>
        <w:tc>
          <w:tcPr>
            <w:tcW w:w="1250" w:type="dxa"/>
          </w:tcPr>
          <w:p w14:paraId="61C124A8" w14:textId="77777777" w:rsidR="001C7FD1" w:rsidRDefault="003F5285">
            <w:pPr>
              <w:spacing w:after="0" w:line="240" w:lineRule="auto"/>
              <w:jc w:val="center"/>
            </w:pPr>
            <w:sdt>
              <w:sdtPr>
                <w:alias w:val="R636"/>
                <w:tag w:val="R636"/>
                <w:id w:val="100636"/>
                <w:text/>
              </w:sdtPr>
              <w:sdtEndPr/>
              <w:sdtContent>
                <w:r>
                  <w:rPr>
                    <w:rFonts w:eastAsia="Arial"/>
                    <w:color w:val="555555"/>
                  </w:rPr>
                  <w:t>0-4 / N/A</w:t>
                </w:r>
              </w:sdtContent>
            </w:sdt>
          </w:p>
        </w:tc>
        <w:tc>
          <w:tcPr>
            <w:tcW w:w="1250" w:type="dxa"/>
          </w:tcPr>
          <w:p w14:paraId="49A82762" w14:textId="77777777" w:rsidR="001C7FD1" w:rsidRDefault="003F5285">
            <w:pPr>
              <w:spacing w:after="0" w:line="240" w:lineRule="auto"/>
              <w:jc w:val="center"/>
            </w:pPr>
            <w:sdt>
              <w:sdtPr>
                <w:alias w:val="R637"/>
                <w:tag w:val="R637"/>
                <w:id w:val="100637"/>
                <w:text/>
              </w:sdtPr>
              <w:sdtEndPr/>
              <w:sdtContent>
                <w:r>
                  <w:rPr>
                    <w:rFonts w:eastAsia="Arial"/>
                    <w:color w:val="555555"/>
                  </w:rPr>
                  <w:t>0-4 / N/A</w:t>
                </w:r>
              </w:sdtContent>
            </w:sdt>
          </w:p>
        </w:tc>
        <w:tc>
          <w:tcPr>
            <w:tcW w:w="3340" w:type="dxa"/>
          </w:tcPr>
          <w:p w14:paraId="52FBB916" w14:textId="77777777" w:rsidR="001C7FD1" w:rsidRDefault="003F5285">
            <w:pPr>
              <w:spacing w:after="0" w:line="240" w:lineRule="auto"/>
            </w:pPr>
            <w:sdt>
              <w:sdtPr>
                <w:alias w:val="T638"/>
                <w:tag w:val="T638"/>
                <w:id w:val="100638"/>
                <w:text/>
              </w:sdtPr>
              <w:sdtEndPr/>
              <w:sdtContent>
                <w:r>
                  <w:rPr>
                    <w:rFonts w:eastAsia="Arial"/>
                    <w:color w:val="555555"/>
                  </w:rPr>
                  <w:t>Click or tap to type</w:t>
                </w:r>
              </w:sdtContent>
            </w:sdt>
          </w:p>
        </w:tc>
      </w:tr>
      <w:tr w:rsidR="001C7FD1" w14:paraId="62C1E0BA" w14:textId="77777777">
        <w:trPr>
          <w:cantSplit/>
        </w:trPr>
        <w:tc>
          <w:tcPr>
            <w:tcW w:w="3800" w:type="dxa"/>
            <w:shd w:val="clear" w:color="auto" w:fill="F5F4EF"/>
          </w:tcPr>
          <w:p w14:paraId="5C094BD1" w14:textId="77777777" w:rsidR="001C7FD1" w:rsidRDefault="003F5285">
            <w:pPr>
              <w:spacing w:after="0" w:line="240" w:lineRule="auto"/>
            </w:pPr>
            <w:r>
              <w:rPr>
                <w:rFonts w:eastAsia="Arial"/>
                <w:b/>
              </w:rPr>
              <w:t>Worry about what happens if the main carer is ill or unavailable</w:t>
            </w:r>
          </w:p>
        </w:tc>
        <w:tc>
          <w:tcPr>
            <w:tcW w:w="1250" w:type="dxa"/>
            <w:shd w:val="clear" w:color="auto" w:fill="F5F4EF"/>
          </w:tcPr>
          <w:p w14:paraId="6BAE7660" w14:textId="77777777" w:rsidR="001C7FD1" w:rsidRDefault="003F5285">
            <w:pPr>
              <w:spacing w:after="0" w:line="240" w:lineRule="auto"/>
              <w:jc w:val="center"/>
            </w:pPr>
            <w:sdt>
              <w:sdtPr>
                <w:alias w:val="R639"/>
                <w:tag w:val="R639"/>
                <w:id w:val="100639"/>
                <w:text/>
              </w:sdtPr>
              <w:sdtEndPr/>
              <w:sdtContent>
                <w:r>
                  <w:rPr>
                    <w:rFonts w:eastAsia="Arial"/>
                    <w:color w:val="555555"/>
                  </w:rPr>
                  <w:t>0-4 / N/A</w:t>
                </w:r>
              </w:sdtContent>
            </w:sdt>
          </w:p>
        </w:tc>
        <w:tc>
          <w:tcPr>
            <w:tcW w:w="1250" w:type="dxa"/>
            <w:shd w:val="clear" w:color="auto" w:fill="F5F4EF"/>
          </w:tcPr>
          <w:p w14:paraId="1F003ED5" w14:textId="77777777" w:rsidR="001C7FD1" w:rsidRDefault="003F5285">
            <w:pPr>
              <w:spacing w:after="0" w:line="240" w:lineRule="auto"/>
              <w:jc w:val="center"/>
            </w:pPr>
            <w:sdt>
              <w:sdtPr>
                <w:alias w:val="R640"/>
                <w:tag w:val="R640"/>
                <w:id w:val="100640"/>
                <w:text/>
              </w:sdtPr>
              <w:sdtEndPr/>
              <w:sdtContent>
                <w:r>
                  <w:rPr>
                    <w:rFonts w:eastAsia="Arial"/>
                    <w:color w:val="555555"/>
                  </w:rPr>
                  <w:t>0-4 / N/A</w:t>
                </w:r>
              </w:sdtContent>
            </w:sdt>
          </w:p>
        </w:tc>
        <w:tc>
          <w:tcPr>
            <w:tcW w:w="3340" w:type="dxa"/>
            <w:shd w:val="clear" w:color="auto" w:fill="F5F4EF"/>
          </w:tcPr>
          <w:p w14:paraId="677731E4" w14:textId="77777777" w:rsidR="001C7FD1" w:rsidRDefault="003F5285">
            <w:pPr>
              <w:spacing w:after="0" w:line="240" w:lineRule="auto"/>
            </w:pPr>
            <w:sdt>
              <w:sdtPr>
                <w:alias w:val="T641"/>
                <w:tag w:val="T641"/>
                <w:id w:val="100641"/>
                <w:text/>
              </w:sdtPr>
              <w:sdtEndPr/>
              <w:sdtContent>
                <w:r>
                  <w:rPr>
                    <w:rFonts w:eastAsia="Arial"/>
                    <w:color w:val="555555"/>
                  </w:rPr>
                  <w:t>Click or tap to type</w:t>
                </w:r>
              </w:sdtContent>
            </w:sdt>
          </w:p>
        </w:tc>
      </w:tr>
      <w:tr w:rsidR="001C7FD1" w14:paraId="66492C81" w14:textId="77777777">
        <w:trPr>
          <w:cantSplit/>
        </w:trPr>
        <w:tc>
          <w:tcPr>
            <w:tcW w:w="3800" w:type="dxa"/>
          </w:tcPr>
          <w:p w14:paraId="42D724CC" w14:textId="77777777" w:rsidR="001C7FD1" w:rsidRDefault="003F5285">
            <w:pPr>
              <w:spacing w:after="0" w:line="240" w:lineRule="auto"/>
            </w:pPr>
            <w:r>
              <w:rPr>
                <w:rFonts w:eastAsia="Arial"/>
                <w:b/>
              </w:rPr>
              <w:t>Feeling emotionally drained, overwhelmed or unable to sustain the current level of care</w:t>
            </w:r>
          </w:p>
        </w:tc>
        <w:tc>
          <w:tcPr>
            <w:tcW w:w="1250" w:type="dxa"/>
          </w:tcPr>
          <w:p w14:paraId="52AB8F28" w14:textId="77777777" w:rsidR="001C7FD1" w:rsidRDefault="003F5285">
            <w:pPr>
              <w:spacing w:after="0" w:line="240" w:lineRule="auto"/>
              <w:jc w:val="center"/>
            </w:pPr>
            <w:sdt>
              <w:sdtPr>
                <w:alias w:val="R642"/>
                <w:tag w:val="R642"/>
                <w:id w:val="100642"/>
                <w:text/>
              </w:sdtPr>
              <w:sdtEndPr/>
              <w:sdtContent>
                <w:r>
                  <w:rPr>
                    <w:rFonts w:eastAsia="Arial"/>
                    <w:color w:val="555555"/>
                  </w:rPr>
                  <w:t>0-4 / N/A</w:t>
                </w:r>
              </w:sdtContent>
            </w:sdt>
          </w:p>
        </w:tc>
        <w:tc>
          <w:tcPr>
            <w:tcW w:w="1250" w:type="dxa"/>
          </w:tcPr>
          <w:p w14:paraId="1A9FE4B3" w14:textId="77777777" w:rsidR="001C7FD1" w:rsidRDefault="003F5285">
            <w:pPr>
              <w:spacing w:after="0" w:line="240" w:lineRule="auto"/>
              <w:jc w:val="center"/>
            </w:pPr>
            <w:sdt>
              <w:sdtPr>
                <w:alias w:val="R643"/>
                <w:tag w:val="R643"/>
                <w:id w:val="100643"/>
                <w:text/>
              </w:sdtPr>
              <w:sdtEndPr/>
              <w:sdtContent>
                <w:r>
                  <w:rPr>
                    <w:rFonts w:eastAsia="Arial"/>
                    <w:color w:val="555555"/>
                  </w:rPr>
                  <w:t>0-4 / N/A</w:t>
                </w:r>
              </w:sdtContent>
            </w:sdt>
          </w:p>
        </w:tc>
        <w:tc>
          <w:tcPr>
            <w:tcW w:w="3340" w:type="dxa"/>
          </w:tcPr>
          <w:p w14:paraId="0315617A" w14:textId="77777777" w:rsidR="001C7FD1" w:rsidRDefault="003F5285">
            <w:pPr>
              <w:spacing w:after="0" w:line="240" w:lineRule="auto"/>
            </w:pPr>
            <w:sdt>
              <w:sdtPr>
                <w:alias w:val="T644"/>
                <w:tag w:val="T644"/>
                <w:id w:val="100644"/>
                <w:text/>
              </w:sdtPr>
              <w:sdtEndPr/>
              <w:sdtContent>
                <w:r>
                  <w:rPr>
                    <w:rFonts w:eastAsia="Arial"/>
                    <w:color w:val="555555"/>
                  </w:rPr>
                  <w:t>Click or tap to type</w:t>
                </w:r>
              </w:sdtContent>
            </w:sdt>
          </w:p>
        </w:tc>
      </w:tr>
      <w:tr w:rsidR="001C7FD1" w14:paraId="4E878B54" w14:textId="77777777">
        <w:trPr>
          <w:cantSplit/>
        </w:trPr>
        <w:tc>
          <w:tcPr>
            <w:tcW w:w="3800" w:type="dxa"/>
            <w:shd w:val="clear" w:color="auto" w:fill="F5F4EF"/>
          </w:tcPr>
          <w:p w14:paraId="203D50FF" w14:textId="77777777" w:rsidR="001C7FD1" w:rsidRDefault="003F5285">
            <w:pPr>
              <w:spacing w:after="0" w:line="240" w:lineRule="auto"/>
            </w:pPr>
            <w:r>
              <w:rPr>
                <w:rFonts w:eastAsia="Arial"/>
                <w:b/>
              </w:rPr>
              <w:t>Difficulty obtaining respite, replacement care or trusted support workers</w:t>
            </w:r>
          </w:p>
        </w:tc>
        <w:tc>
          <w:tcPr>
            <w:tcW w:w="1250" w:type="dxa"/>
            <w:shd w:val="clear" w:color="auto" w:fill="F5F4EF"/>
          </w:tcPr>
          <w:p w14:paraId="6B5901FA" w14:textId="77777777" w:rsidR="001C7FD1" w:rsidRDefault="003F5285">
            <w:pPr>
              <w:spacing w:after="0" w:line="240" w:lineRule="auto"/>
              <w:jc w:val="center"/>
            </w:pPr>
            <w:sdt>
              <w:sdtPr>
                <w:alias w:val="R645"/>
                <w:tag w:val="R645"/>
                <w:id w:val="100645"/>
                <w:text/>
              </w:sdtPr>
              <w:sdtEndPr/>
              <w:sdtContent>
                <w:r>
                  <w:rPr>
                    <w:rFonts w:eastAsia="Arial"/>
                    <w:color w:val="555555"/>
                  </w:rPr>
                  <w:t>0-4 / N/A</w:t>
                </w:r>
              </w:sdtContent>
            </w:sdt>
          </w:p>
        </w:tc>
        <w:tc>
          <w:tcPr>
            <w:tcW w:w="1250" w:type="dxa"/>
            <w:shd w:val="clear" w:color="auto" w:fill="F5F4EF"/>
          </w:tcPr>
          <w:p w14:paraId="50ADCEA1" w14:textId="77777777" w:rsidR="001C7FD1" w:rsidRDefault="003F5285">
            <w:pPr>
              <w:spacing w:after="0" w:line="240" w:lineRule="auto"/>
              <w:jc w:val="center"/>
            </w:pPr>
            <w:sdt>
              <w:sdtPr>
                <w:alias w:val="R646"/>
                <w:tag w:val="R646"/>
                <w:id w:val="100646"/>
                <w:text/>
              </w:sdtPr>
              <w:sdtEndPr/>
              <w:sdtContent>
                <w:r>
                  <w:rPr>
                    <w:rFonts w:eastAsia="Arial"/>
                    <w:color w:val="555555"/>
                  </w:rPr>
                  <w:t>0-4 / N/A</w:t>
                </w:r>
              </w:sdtContent>
            </w:sdt>
          </w:p>
        </w:tc>
        <w:tc>
          <w:tcPr>
            <w:tcW w:w="3340" w:type="dxa"/>
            <w:shd w:val="clear" w:color="auto" w:fill="F5F4EF"/>
          </w:tcPr>
          <w:p w14:paraId="36DCC53D" w14:textId="77777777" w:rsidR="001C7FD1" w:rsidRDefault="003F5285">
            <w:pPr>
              <w:spacing w:after="0" w:line="240" w:lineRule="auto"/>
            </w:pPr>
            <w:sdt>
              <w:sdtPr>
                <w:alias w:val="T647"/>
                <w:tag w:val="T647"/>
                <w:id w:val="100647"/>
                <w:text/>
              </w:sdtPr>
              <w:sdtEndPr/>
              <w:sdtContent>
                <w:r>
                  <w:rPr>
                    <w:rFonts w:eastAsia="Arial"/>
                    <w:color w:val="555555"/>
                  </w:rPr>
                  <w:t>Click or tap to type</w:t>
                </w:r>
              </w:sdtContent>
            </w:sdt>
          </w:p>
        </w:tc>
      </w:tr>
    </w:tbl>
    <w:p w14:paraId="40F8EB02" w14:textId="77777777" w:rsidR="001C7FD1" w:rsidRDefault="003F5285">
      <w:pPr>
        <w:pStyle w:val="Heading2"/>
      </w:pPr>
      <w:r>
        <w:t>16.1 Family strengths, sustainability and support</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300"/>
        <w:gridCol w:w="6340"/>
      </w:tblGrid>
      <w:tr w:rsidR="001C7FD1" w14:paraId="62BFD49E" w14:textId="77777777">
        <w:trPr>
          <w:tblHeader/>
        </w:trPr>
        <w:tc>
          <w:tcPr>
            <w:tcW w:w="3300" w:type="dxa"/>
            <w:shd w:val="clear" w:color="auto" w:fill="4B1F26"/>
            <w:tcMar>
              <w:top w:w="90" w:type="dxa"/>
              <w:left w:w="120" w:type="dxa"/>
              <w:bottom w:w="90" w:type="dxa"/>
              <w:right w:w="120" w:type="dxa"/>
            </w:tcMar>
            <w:vAlign w:val="center"/>
          </w:tcPr>
          <w:p w14:paraId="285C8F3C" w14:textId="77777777" w:rsidR="001C7FD1" w:rsidRDefault="003F5285">
            <w:pPr>
              <w:spacing w:after="0" w:line="240" w:lineRule="auto"/>
            </w:pPr>
            <w:r>
              <w:rPr>
                <w:rFonts w:eastAsia="Arial"/>
                <w:b/>
                <w:color w:val="FFFFFF"/>
              </w:rPr>
              <w:t>Question</w:t>
            </w:r>
          </w:p>
        </w:tc>
        <w:tc>
          <w:tcPr>
            <w:tcW w:w="6340" w:type="dxa"/>
            <w:shd w:val="clear" w:color="auto" w:fill="4B1F26"/>
            <w:tcMar>
              <w:top w:w="90" w:type="dxa"/>
              <w:left w:w="120" w:type="dxa"/>
              <w:bottom w:w="90" w:type="dxa"/>
              <w:right w:w="120" w:type="dxa"/>
            </w:tcMar>
            <w:vAlign w:val="center"/>
          </w:tcPr>
          <w:p w14:paraId="01EFACAB" w14:textId="77777777" w:rsidR="001C7FD1" w:rsidRDefault="003F5285">
            <w:pPr>
              <w:spacing w:after="0" w:line="240" w:lineRule="auto"/>
            </w:pPr>
            <w:r>
              <w:rPr>
                <w:rFonts w:eastAsia="Arial"/>
                <w:b/>
                <w:color w:val="FFFFFF"/>
              </w:rPr>
              <w:t>Your response</w:t>
            </w:r>
          </w:p>
        </w:tc>
      </w:tr>
      <w:tr w:rsidR="001C7FD1" w14:paraId="45A2478C" w14:textId="77777777">
        <w:trPr>
          <w:cantSplit/>
        </w:trPr>
        <w:tc>
          <w:tcPr>
            <w:tcW w:w="3300" w:type="dxa"/>
            <w:shd w:val="clear" w:color="auto" w:fill="EEECE1"/>
          </w:tcPr>
          <w:p w14:paraId="744C8997" w14:textId="77777777" w:rsidR="001C7FD1" w:rsidRDefault="003F5285">
            <w:pPr>
              <w:spacing w:after="0" w:line="240" w:lineRule="auto"/>
            </w:pPr>
            <w:r>
              <w:rPr>
                <w:rFonts w:eastAsia="Arial"/>
                <w:b/>
                <w:color w:val="4B1F26"/>
              </w:rPr>
              <w:t>What does the family do well and what keeps everyone connected?</w:t>
            </w:r>
          </w:p>
        </w:tc>
        <w:tc>
          <w:tcPr>
            <w:tcW w:w="6340" w:type="dxa"/>
          </w:tcPr>
          <w:p w14:paraId="37474EAE" w14:textId="77777777" w:rsidR="001C7FD1" w:rsidRDefault="003F5285">
            <w:pPr>
              <w:spacing w:after="0" w:line="240" w:lineRule="auto"/>
            </w:pPr>
            <w:sdt>
              <w:sdtPr>
                <w:alias w:val="T648"/>
                <w:tag w:val="T648"/>
                <w:id w:val="100648"/>
                <w:text/>
              </w:sdtPr>
              <w:sdtEndPr/>
              <w:sdtContent>
                <w:r>
                  <w:rPr>
                    <w:rFonts w:eastAsia="Arial"/>
                    <w:color w:val="555555"/>
                  </w:rPr>
                  <w:t>Click or tap to type</w:t>
                </w:r>
              </w:sdtContent>
            </w:sdt>
          </w:p>
        </w:tc>
      </w:tr>
      <w:tr w:rsidR="001C7FD1" w14:paraId="1C547F19" w14:textId="77777777">
        <w:trPr>
          <w:cantSplit/>
        </w:trPr>
        <w:tc>
          <w:tcPr>
            <w:tcW w:w="3300" w:type="dxa"/>
            <w:shd w:val="clear" w:color="auto" w:fill="EEECE1"/>
          </w:tcPr>
          <w:p w14:paraId="7D9F93A2" w14:textId="77777777" w:rsidR="001C7FD1" w:rsidRDefault="003F5285">
            <w:pPr>
              <w:spacing w:after="0" w:line="240" w:lineRule="auto"/>
            </w:pPr>
            <w:r>
              <w:rPr>
                <w:rFonts w:eastAsia="Arial"/>
                <w:b/>
                <w:color w:val="4B1F26"/>
              </w:rPr>
              <w:t>Which caring tasks are most demanding or least sustainable?</w:t>
            </w:r>
          </w:p>
        </w:tc>
        <w:tc>
          <w:tcPr>
            <w:tcW w:w="6340" w:type="dxa"/>
            <w:shd w:val="clear" w:color="auto" w:fill="F5F4EF"/>
          </w:tcPr>
          <w:p w14:paraId="6DEF9C85" w14:textId="77777777" w:rsidR="001C7FD1" w:rsidRDefault="003F5285">
            <w:pPr>
              <w:spacing w:after="0" w:line="240" w:lineRule="auto"/>
            </w:pPr>
            <w:sdt>
              <w:sdtPr>
                <w:alias w:val="T649"/>
                <w:tag w:val="T649"/>
                <w:id w:val="100649"/>
                <w:text/>
              </w:sdtPr>
              <w:sdtEndPr/>
              <w:sdtContent>
                <w:r>
                  <w:rPr>
                    <w:rFonts w:eastAsia="Arial"/>
                    <w:color w:val="555555"/>
                  </w:rPr>
                  <w:t>Click or tap to type</w:t>
                </w:r>
              </w:sdtContent>
            </w:sdt>
          </w:p>
        </w:tc>
      </w:tr>
      <w:tr w:rsidR="001C7FD1" w14:paraId="4B56E7E0" w14:textId="77777777">
        <w:trPr>
          <w:cantSplit/>
        </w:trPr>
        <w:tc>
          <w:tcPr>
            <w:tcW w:w="3300" w:type="dxa"/>
            <w:shd w:val="clear" w:color="auto" w:fill="EEECE1"/>
          </w:tcPr>
          <w:p w14:paraId="709CA165" w14:textId="77777777" w:rsidR="001C7FD1" w:rsidRDefault="003F5285">
            <w:pPr>
              <w:spacing w:after="0" w:line="240" w:lineRule="auto"/>
            </w:pPr>
            <w:r>
              <w:rPr>
                <w:rFonts w:eastAsia="Arial"/>
                <w:b/>
                <w:color w:val="4B1F26"/>
              </w:rPr>
              <w:t>How many hours of unpaid support are provided on a typical weekday and weekend day?</w:t>
            </w:r>
          </w:p>
        </w:tc>
        <w:tc>
          <w:tcPr>
            <w:tcW w:w="6340" w:type="dxa"/>
          </w:tcPr>
          <w:p w14:paraId="43E88C30" w14:textId="77777777" w:rsidR="001C7FD1" w:rsidRDefault="003F5285">
            <w:pPr>
              <w:spacing w:after="0" w:line="240" w:lineRule="auto"/>
            </w:pPr>
            <w:sdt>
              <w:sdtPr>
                <w:alias w:val="T650"/>
                <w:tag w:val="T650"/>
                <w:id w:val="100650"/>
                <w:text/>
              </w:sdtPr>
              <w:sdtEndPr/>
              <w:sdtContent>
                <w:r>
                  <w:rPr>
                    <w:rFonts w:eastAsia="Arial"/>
                    <w:color w:val="555555"/>
                  </w:rPr>
                  <w:t>Click or tap to type</w:t>
                </w:r>
              </w:sdtContent>
            </w:sdt>
          </w:p>
        </w:tc>
      </w:tr>
      <w:tr w:rsidR="001C7FD1" w14:paraId="4176B99C" w14:textId="77777777">
        <w:trPr>
          <w:cantSplit/>
        </w:trPr>
        <w:tc>
          <w:tcPr>
            <w:tcW w:w="3300" w:type="dxa"/>
            <w:shd w:val="clear" w:color="auto" w:fill="EEECE1"/>
          </w:tcPr>
          <w:p w14:paraId="600A5F6E" w14:textId="77777777" w:rsidR="001C7FD1" w:rsidRDefault="003F5285">
            <w:pPr>
              <w:spacing w:after="0" w:line="240" w:lineRule="auto"/>
            </w:pPr>
            <w:r>
              <w:rPr>
                <w:rFonts w:eastAsia="Arial"/>
                <w:b/>
                <w:color w:val="4B1F26"/>
              </w:rPr>
              <w:t>What support is provided overnight?</w:t>
            </w:r>
          </w:p>
        </w:tc>
        <w:tc>
          <w:tcPr>
            <w:tcW w:w="6340" w:type="dxa"/>
            <w:shd w:val="clear" w:color="auto" w:fill="F5F4EF"/>
          </w:tcPr>
          <w:p w14:paraId="08FBDDC0" w14:textId="77777777" w:rsidR="001C7FD1" w:rsidRDefault="003F5285">
            <w:pPr>
              <w:spacing w:after="0" w:line="240" w:lineRule="auto"/>
            </w:pPr>
            <w:sdt>
              <w:sdtPr>
                <w:alias w:val="T651"/>
                <w:tag w:val="T651"/>
                <w:id w:val="100651"/>
                <w:text/>
              </w:sdtPr>
              <w:sdtEndPr/>
              <w:sdtContent>
                <w:r>
                  <w:rPr>
                    <w:rFonts w:eastAsia="Arial"/>
                    <w:color w:val="555555"/>
                  </w:rPr>
                  <w:t>Click or tap to type</w:t>
                </w:r>
              </w:sdtContent>
            </w:sdt>
          </w:p>
        </w:tc>
      </w:tr>
      <w:tr w:rsidR="001C7FD1" w14:paraId="37C24F6B" w14:textId="77777777">
        <w:trPr>
          <w:cantSplit/>
        </w:trPr>
        <w:tc>
          <w:tcPr>
            <w:tcW w:w="3300" w:type="dxa"/>
            <w:shd w:val="clear" w:color="auto" w:fill="EEECE1"/>
          </w:tcPr>
          <w:p w14:paraId="02BB6B9E" w14:textId="77777777" w:rsidR="001C7FD1" w:rsidRDefault="003F5285">
            <w:pPr>
              <w:spacing w:after="0" w:line="240" w:lineRule="auto"/>
            </w:pPr>
            <w:r>
              <w:rPr>
                <w:rFonts w:eastAsia="Arial"/>
                <w:b/>
                <w:color w:val="4B1F26"/>
              </w:rPr>
              <w:t>What impact has caring had on health, sleep, work, business, study, finances and other children/family members?</w:t>
            </w:r>
          </w:p>
        </w:tc>
        <w:tc>
          <w:tcPr>
            <w:tcW w:w="6340" w:type="dxa"/>
          </w:tcPr>
          <w:p w14:paraId="6B1C4CFC" w14:textId="77777777" w:rsidR="001C7FD1" w:rsidRDefault="003F5285">
            <w:pPr>
              <w:spacing w:after="0" w:line="240" w:lineRule="auto"/>
            </w:pPr>
            <w:sdt>
              <w:sdtPr>
                <w:alias w:val="T652"/>
                <w:tag w:val="T652"/>
                <w:id w:val="100652"/>
                <w:text/>
              </w:sdtPr>
              <w:sdtEndPr/>
              <w:sdtContent>
                <w:r>
                  <w:rPr>
                    <w:rFonts w:eastAsia="Arial"/>
                    <w:color w:val="555555"/>
                  </w:rPr>
                  <w:t>Click or tap to type</w:t>
                </w:r>
              </w:sdtContent>
            </w:sdt>
          </w:p>
        </w:tc>
      </w:tr>
      <w:tr w:rsidR="001C7FD1" w14:paraId="227BCA95" w14:textId="77777777">
        <w:trPr>
          <w:cantSplit/>
        </w:trPr>
        <w:tc>
          <w:tcPr>
            <w:tcW w:w="3300" w:type="dxa"/>
            <w:shd w:val="clear" w:color="auto" w:fill="EEECE1"/>
          </w:tcPr>
          <w:p w14:paraId="346D8D9E" w14:textId="77777777" w:rsidR="001C7FD1" w:rsidRDefault="003F5285">
            <w:pPr>
              <w:spacing w:after="0" w:line="240" w:lineRule="auto"/>
            </w:pPr>
            <w:r>
              <w:rPr>
                <w:rFonts w:eastAsia="Arial"/>
                <w:b/>
                <w:color w:val="4B1F26"/>
              </w:rPr>
              <w:lastRenderedPageBreak/>
              <w:t>Who can provide safe replacement care, for how long and how often?</w:t>
            </w:r>
          </w:p>
        </w:tc>
        <w:tc>
          <w:tcPr>
            <w:tcW w:w="6340" w:type="dxa"/>
            <w:shd w:val="clear" w:color="auto" w:fill="F5F4EF"/>
          </w:tcPr>
          <w:p w14:paraId="69DEC6C1" w14:textId="77777777" w:rsidR="001C7FD1" w:rsidRDefault="003F5285">
            <w:pPr>
              <w:spacing w:after="0" w:line="240" w:lineRule="auto"/>
            </w:pPr>
            <w:sdt>
              <w:sdtPr>
                <w:alias w:val="T653"/>
                <w:tag w:val="T653"/>
                <w:id w:val="100653"/>
                <w:text/>
              </w:sdtPr>
              <w:sdtEndPr/>
              <w:sdtContent>
                <w:r>
                  <w:rPr>
                    <w:rFonts w:eastAsia="Arial"/>
                    <w:color w:val="555555"/>
                  </w:rPr>
                  <w:t>Click or tap to type</w:t>
                </w:r>
              </w:sdtContent>
            </w:sdt>
          </w:p>
        </w:tc>
      </w:tr>
      <w:tr w:rsidR="001C7FD1" w14:paraId="4D50FC9A" w14:textId="77777777">
        <w:trPr>
          <w:cantSplit/>
        </w:trPr>
        <w:tc>
          <w:tcPr>
            <w:tcW w:w="3300" w:type="dxa"/>
            <w:shd w:val="clear" w:color="auto" w:fill="EEECE1"/>
          </w:tcPr>
          <w:p w14:paraId="02178243" w14:textId="77777777" w:rsidR="001C7FD1" w:rsidRDefault="003F5285">
            <w:pPr>
              <w:spacing w:after="0" w:line="240" w:lineRule="auto"/>
            </w:pPr>
            <w:r>
              <w:rPr>
                <w:rFonts w:eastAsia="Arial"/>
                <w:b/>
                <w:color w:val="4B1F26"/>
              </w:rPr>
              <w:t>What is the contingency plan if the primary carer is unavailable?</w:t>
            </w:r>
          </w:p>
        </w:tc>
        <w:tc>
          <w:tcPr>
            <w:tcW w:w="6340" w:type="dxa"/>
          </w:tcPr>
          <w:p w14:paraId="5AECE66E" w14:textId="77777777" w:rsidR="001C7FD1" w:rsidRDefault="003F5285">
            <w:pPr>
              <w:spacing w:after="0" w:line="240" w:lineRule="auto"/>
            </w:pPr>
            <w:sdt>
              <w:sdtPr>
                <w:alias w:val="T654"/>
                <w:tag w:val="T654"/>
                <w:id w:val="100654"/>
                <w:text/>
              </w:sdtPr>
              <w:sdtEndPr/>
              <w:sdtContent>
                <w:r>
                  <w:rPr>
                    <w:rFonts w:eastAsia="Arial"/>
                    <w:color w:val="555555"/>
                  </w:rPr>
                  <w:t>Click or tap to type</w:t>
                </w:r>
              </w:sdtContent>
            </w:sdt>
          </w:p>
        </w:tc>
      </w:tr>
      <w:tr w:rsidR="001C7FD1" w14:paraId="6ACD8627" w14:textId="77777777">
        <w:trPr>
          <w:cantSplit/>
        </w:trPr>
        <w:tc>
          <w:tcPr>
            <w:tcW w:w="3300" w:type="dxa"/>
            <w:shd w:val="clear" w:color="auto" w:fill="EEECE1"/>
          </w:tcPr>
          <w:p w14:paraId="36F78D57" w14:textId="77777777" w:rsidR="001C7FD1" w:rsidRDefault="003F5285">
            <w:pPr>
              <w:spacing w:after="0" w:line="240" w:lineRule="auto"/>
            </w:pPr>
            <w:r>
              <w:rPr>
                <w:rFonts w:eastAsia="Arial"/>
                <w:b/>
                <w:color w:val="4B1F26"/>
              </w:rPr>
              <w:t>What respite, practical help, training, counselling or peer/community support is needed?</w:t>
            </w:r>
          </w:p>
        </w:tc>
        <w:tc>
          <w:tcPr>
            <w:tcW w:w="6340" w:type="dxa"/>
            <w:shd w:val="clear" w:color="auto" w:fill="F5F4EF"/>
          </w:tcPr>
          <w:p w14:paraId="51F623F0" w14:textId="77777777" w:rsidR="001C7FD1" w:rsidRDefault="003F5285">
            <w:pPr>
              <w:spacing w:after="0" w:line="240" w:lineRule="auto"/>
            </w:pPr>
            <w:sdt>
              <w:sdtPr>
                <w:alias w:val="T655"/>
                <w:tag w:val="T655"/>
                <w:id w:val="100655"/>
                <w:text/>
              </w:sdtPr>
              <w:sdtEndPr/>
              <w:sdtContent>
                <w:r>
                  <w:rPr>
                    <w:rFonts w:eastAsia="Arial"/>
                    <w:color w:val="555555"/>
                  </w:rPr>
                  <w:t>Click or tap to type</w:t>
                </w:r>
              </w:sdtContent>
            </w:sdt>
          </w:p>
        </w:tc>
      </w:tr>
      <w:tr w:rsidR="001C7FD1" w14:paraId="1DCA668A" w14:textId="77777777">
        <w:trPr>
          <w:cantSplit/>
        </w:trPr>
        <w:tc>
          <w:tcPr>
            <w:tcW w:w="3300" w:type="dxa"/>
            <w:shd w:val="clear" w:color="auto" w:fill="EEECE1"/>
          </w:tcPr>
          <w:p w14:paraId="69A06972" w14:textId="77777777" w:rsidR="001C7FD1" w:rsidRDefault="003F5285">
            <w:pPr>
              <w:spacing w:after="0" w:line="240" w:lineRule="auto"/>
            </w:pPr>
            <w:r>
              <w:rPr>
                <w:rFonts w:eastAsia="Arial"/>
                <w:b/>
                <w:color w:val="4B1F26"/>
              </w:rPr>
              <w:t>What would make the current arrangement safer and sustainable for the next 12 months?</w:t>
            </w:r>
          </w:p>
        </w:tc>
        <w:tc>
          <w:tcPr>
            <w:tcW w:w="6340" w:type="dxa"/>
          </w:tcPr>
          <w:p w14:paraId="49FA2E2E" w14:textId="77777777" w:rsidR="001C7FD1" w:rsidRDefault="003F5285">
            <w:pPr>
              <w:spacing w:after="0" w:line="240" w:lineRule="auto"/>
            </w:pPr>
            <w:sdt>
              <w:sdtPr>
                <w:alias w:val="T656"/>
                <w:tag w:val="T656"/>
                <w:id w:val="100656"/>
                <w:text/>
              </w:sdtPr>
              <w:sdtEndPr/>
              <w:sdtContent>
                <w:r>
                  <w:rPr>
                    <w:rFonts w:eastAsia="Arial"/>
                    <w:color w:val="555555"/>
                  </w:rPr>
                  <w:t>Click or tap to type</w:t>
                </w:r>
              </w:sdtContent>
            </w:sdt>
          </w:p>
        </w:tc>
      </w:tr>
      <w:tr w:rsidR="001C7FD1" w14:paraId="59A81496" w14:textId="77777777">
        <w:trPr>
          <w:cantSplit/>
        </w:trPr>
        <w:tc>
          <w:tcPr>
            <w:tcW w:w="3300" w:type="dxa"/>
            <w:shd w:val="clear" w:color="auto" w:fill="EEECE1"/>
          </w:tcPr>
          <w:p w14:paraId="78CC8F13" w14:textId="77777777" w:rsidR="001C7FD1" w:rsidRDefault="003F5285">
            <w:pPr>
              <w:spacing w:after="0" w:line="240" w:lineRule="auto"/>
            </w:pPr>
            <w:r>
              <w:rPr>
                <w:rFonts w:eastAsia="Arial"/>
                <w:b/>
                <w:color w:val="4B1F26"/>
              </w:rPr>
              <w:t>Is the parent/carer willing to complete a separate validated carer stress measure if clinically relevant?</w:t>
            </w:r>
          </w:p>
        </w:tc>
        <w:tc>
          <w:tcPr>
            <w:tcW w:w="6340" w:type="dxa"/>
            <w:shd w:val="clear" w:color="auto" w:fill="F5F4EF"/>
          </w:tcPr>
          <w:p w14:paraId="5A99CF07" w14:textId="77777777" w:rsidR="001C7FD1" w:rsidRDefault="003F5285">
            <w:pPr>
              <w:spacing w:after="0" w:line="240" w:lineRule="auto"/>
            </w:pPr>
            <w:sdt>
              <w:sdtPr>
                <w:alias w:val="T657"/>
                <w:tag w:val="T657"/>
                <w:id w:val="100657"/>
                <w:text/>
              </w:sdtPr>
              <w:sdtEndPr/>
              <w:sdtContent>
                <w:r>
                  <w:rPr>
                    <w:rFonts w:eastAsia="Arial"/>
                    <w:color w:val="555555"/>
                  </w:rPr>
                  <w:t>Click or tap to type</w:t>
                </w:r>
              </w:sdtContent>
            </w:sdt>
          </w:p>
        </w:tc>
      </w:tr>
    </w:tbl>
    <w:p w14:paraId="202A9E8D" w14:textId="77777777" w:rsidR="001C7FD1" w:rsidRDefault="003F5285">
      <w:pPr>
        <w:pStyle w:val="Heading1"/>
      </w:pPr>
      <w:r>
        <w:t>17. Wara Yindi Daily Routine and Weekly Support Map</w:t>
      </w:r>
    </w:p>
    <w:p w14:paraId="1E115BD2" w14:textId="77777777" w:rsidR="001C7FD1" w:rsidRDefault="003F5285">
      <w:pPr>
        <w:spacing w:after="160" w:line="269" w:lineRule="auto"/>
      </w:pPr>
      <w:r>
        <w:rPr>
          <w:rFonts w:eastAsia="Arial"/>
        </w:rPr>
        <w:t>Use this section to show when support is needed, who provides it and where gaps or pressure points occur. Include unpaid family support and recovery time after activities.</w:t>
      </w:r>
    </w:p>
    <w:p w14:paraId="1AFC3D8A" w14:textId="77777777" w:rsidR="001C7FD1" w:rsidRDefault="003F5285">
      <w:pPr>
        <w:pStyle w:val="Heading2"/>
      </w:pPr>
      <w:r>
        <w:t>17.1 Typical day</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2100"/>
        <w:gridCol w:w="2650"/>
        <w:gridCol w:w="2390"/>
        <w:gridCol w:w="2500"/>
      </w:tblGrid>
      <w:tr w:rsidR="001C7FD1" w14:paraId="4005F7FF" w14:textId="77777777">
        <w:trPr>
          <w:tblHeader/>
        </w:trPr>
        <w:tc>
          <w:tcPr>
            <w:tcW w:w="2100" w:type="dxa"/>
            <w:shd w:val="clear" w:color="auto" w:fill="4B1F26"/>
            <w:tcMar>
              <w:top w:w="90" w:type="dxa"/>
              <w:left w:w="120" w:type="dxa"/>
              <w:bottom w:w="90" w:type="dxa"/>
              <w:right w:w="120" w:type="dxa"/>
            </w:tcMar>
            <w:vAlign w:val="center"/>
          </w:tcPr>
          <w:p w14:paraId="59D19E17" w14:textId="77777777" w:rsidR="001C7FD1" w:rsidRDefault="003F5285">
            <w:pPr>
              <w:spacing w:after="0" w:line="240" w:lineRule="auto"/>
            </w:pPr>
            <w:r>
              <w:rPr>
                <w:rFonts w:eastAsia="Arial"/>
                <w:b/>
                <w:color w:val="FFFFFF"/>
              </w:rPr>
              <w:t>Time / routine</w:t>
            </w:r>
          </w:p>
        </w:tc>
        <w:tc>
          <w:tcPr>
            <w:tcW w:w="2650" w:type="dxa"/>
            <w:shd w:val="clear" w:color="auto" w:fill="4B1F26"/>
            <w:tcMar>
              <w:top w:w="90" w:type="dxa"/>
              <w:left w:w="120" w:type="dxa"/>
              <w:bottom w:w="90" w:type="dxa"/>
              <w:right w:w="120" w:type="dxa"/>
            </w:tcMar>
            <w:vAlign w:val="center"/>
          </w:tcPr>
          <w:p w14:paraId="59AAB2B8" w14:textId="77777777" w:rsidR="001C7FD1" w:rsidRDefault="003F5285">
            <w:pPr>
              <w:spacing w:after="0" w:line="240" w:lineRule="auto"/>
            </w:pPr>
            <w:r>
              <w:rPr>
                <w:rFonts w:eastAsia="Arial"/>
                <w:b/>
                <w:color w:val="FFFFFF"/>
              </w:rPr>
              <w:t>What usually happens?</w:t>
            </w:r>
          </w:p>
        </w:tc>
        <w:tc>
          <w:tcPr>
            <w:tcW w:w="2390" w:type="dxa"/>
            <w:shd w:val="clear" w:color="auto" w:fill="4B1F26"/>
            <w:tcMar>
              <w:top w:w="90" w:type="dxa"/>
              <w:left w:w="120" w:type="dxa"/>
              <w:bottom w:w="90" w:type="dxa"/>
              <w:right w:w="120" w:type="dxa"/>
            </w:tcMar>
            <w:vAlign w:val="center"/>
          </w:tcPr>
          <w:p w14:paraId="049718EF" w14:textId="77777777" w:rsidR="001C7FD1" w:rsidRDefault="003F5285">
            <w:pPr>
              <w:spacing w:after="0" w:line="240" w:lineRule="auto"/>
            </w:pPr>
            <w:r>
              <w:rPr>
                <w:rFonts w:eastAsia="Arial"/>
                <w:b/>
                <w:color w:val="FFFFFF"/>
              </w:rPr>
              <w:t>Support provided and by whom</w:t>
            </w:r>
          </w:p>
        </w:tc>
        <w:tc>
          <w:tcPr>
            <w:tcW w:w="2500" w:type="dxa"/>
            <w:shd w:val="clear" w:color="auto" w:fill="4B1F26"/>
            <w:tcMar>
              <w:top w:w="90" w:type="dxa"/>
              <w:left w:w="120" w:type="dxa"/>
              <w:bottom w:w="90" w:type="dxa"/>
              <w:right w:w="120" w:type="dxa"/>
            </w:tcMar>
            <w:vAlign w:val="center"/>
          </w:tcPr>
          <w:p w14:paraId="33A4455E" w14:textId="77777777" w:rsidR="001C7FD1" w:rsidRDefault="003F5285">
            <w:pPr>
              <w:spacing w:after="0" w:line="240" w:lineRule="auto"/>
            </w:pPr>
            <w:r>
              <w:rPr>
                <w:rFonts w:eastAsia="Arial"/>
                <w:b/>
                <w:color w:val="FFFFFF"/>
              </w:rPr>
              <w:t>Gaps, risk, fatigue or recovery</w:t>
            </w:r>
          </w:p>
        </w:tc>
      </w:tr>
      <w:tr w:rsidR="001C7FD1" w14:paraId="04AB4E75" w14:textId="77777777">
        <w:trPr>
          <w:cantSplit/>
        </w:trPr>
        <w:tc>
          <w:tcPr>
            <w:tcW w:w="2100" w:type="dxa"/>
            <w:shd w:val="clear" w:color="auto" w:fill="EEECE1"/>
          </w:tcPr>
          <w:p w14:paraId="4007CB1A" w14:textId="77777777" w:rsidR="001C7FD1" w:rsidRDefault="003F5285">
            <w:pPr>
              <w:spacing w:after="0" w:line="240" w:lineRule="auto"/>
            </w:pPr>
            <w:r>
              <w:rPr>
                <w:rFonts w:eastAsia="Arial"/>
                <w:b/>
                <w:color w:val="4B1F26"/>
              </w:rPr>
              <w:t>Overnight</w:t>
            </w:r>
          </w:p>
        </w:tc>
        <w:tc>
          <w:tcPr>
            <w:tcW w:w="2650" w:type="dxa"/>
          </w:tcPr>
          <w:p w14:paraId="060779A5" w14:textId="77777777" w:rsidR="001C7FD1" w:rsidRDefault="003F5285">
            <w:pPr>
              <w:spacing w:after="0" w:line="240" w:lineRule="auto"/>
            </w:pPr>
            <w:sdt>
              <w:sdtPr>
                <w:alias w:val="T658"/>
                <w:tag w:val="T658"/>
                <w:id w:val="100658"/>
                <w:text/>
              </w:sdtPr>
              <w:sdtEndPr/>
              <w:sdtContent>
                <w:r>
                  <w:rPr>
                    <w:rFonts w:eastAsia="Arial"/>
                    <w:color w:val="555555"/>
                  </w:rPr>
                  <w:t>Click or tap to type</w:t>
                </w:r>
              </w:sdtContent>
            </w:sdt>
          </w:p>
        </w:tc>
        <w:tc>
          <w:tcPr>
            <w:tcW w:w="2390" w:type="dxa"/>
          </w:tcPr>
          <w:p w14:paraId="67D25035" w14:textId="77777777" w:rsidR="001C7FD1" w:rsidRDefault="003F5285">
            <w:pPr>
              <w:spacing w:after="0" w:line="240" w:lineRule="auto"/>
            </w:pPr>
            <w:sdt>
              <w:sdtPr>
                <w:alias w:val="T659"/>
                <w:tag w:val="T659"/>
                <w:id w:val="100659"/>
                <w:text/>
              </w:sdtPr>
              <w:sdtEndPr/>
              <w:sdtContent>
                <w:r>
                  <w:rPr>
                    <w:rFonts w:eastAsia="Arial"/>
                    <w:color w:val="555555"/>
                  </w:rPr>
                  <w:t>Click or tap to type</w:t>
                </w:r>
              </w:sdtContent>
            </w:sdt>
          </w:p>
        </w:tc>
        <w:tc>
          <w:tcPr>
            <w:tcW w:w="2500" w:type="dxa"/>
          </w:tcPr>
          <w:p w14:paraId="0A5BF3F9" w14:textId="77777777" w:rsidR="001C7FD1" w:rsidRDefault="003F5285">
            <w:pPr>
              <w:spacing w:after="0" w:line="240" w:lineRule="auto"/>
            </w:pPr>
            <w:sdt>
              <w:sdtPr>
                <w:alias w:val="T660"/>
                <w:tag w:val="T660"/>
                <w:id w:val="100660"/>
                <w:text/>
              </w:sdtPr>
              <w:sdtEndPr/>
              <w:sdtContent>
                <w:r>
                  <w:rPr>
                    <w:rFonts w:eastAsia="Arial"/>
                    <w:color w:val="555555"/>
                  </w:rPr>
                  <w:t>Click or tap to type</w:t>
                </w:r>
              </w:sdtContent>
            </w:sdt>
          </w:p>
        </w:tc>
      </w:tr>
      <w:tr w:rsidR="001C7FD1" w14:paraId="633020DE" w14:textId="77777777">
        <w:trPr>
          <w:cantSplit/>
        </w:trPr>
        <w:tc>
          <w:tcPr>
            <w:tcW w:w="2100" w:type="dxa"/>
            <w:shd w:val="clear" w:color="auto" w:fill="EEECE1"/>
          </w:tcPr>
          <w:p w14:paraId="3AED9E6B" w14:textId="77777777" w:rsidR="001C7FD1" w:rsidRDefault="003F5285">
            <w:pPr>
              <w:spacing w:after="0" w:line="240" w:lineRule="auto"/>
            </w:pPr>
            <w:r>
              <w:rPr>
                <w:rFonts w:eastAsia="Arial"/>
                <w:b/>
                <w:color w:val="4B1F26"/>
              </w:rPr>
              <w:t>Waking and getting out of bed</w:t>
            </w:r>
          </w:p>
        </w:tc>
        <w:tc>
          <w:tcPr>
            <w:tcW w:w="2650" w:type="dxa"/>
            <w:shd w:val="clear" w:color="auto" w:fill="F5F4EF"/>
          </w:tcPr>
          <w:p w14:paraId="48E34663" w14:textId="77777777" w:rsidR="001C7FD1" w:rsidRDefault="003F5285">
            <w:pPr>
              <w:spacing w:after="0" w:line="240" w:lineRule="auto"/>
            </w:pPr>
            <w:sdt>
              <w:sdtPr>
                <w:alias w:val="T661"/>
                <w:tag w:val="T661"/>
                <w:id w:val="100661"/>
                <w:text/>
              </w:sdtPr>
              <w:sdtEndPr/>
              <w:sdtContent>
                <w:r>
                  <w:rPr>
                    <w:rFonts w:eastAsia="Arial"/>
                    <w:color w:val="555555"/>
                  </w:rPr>
                  <w:t>Click or tap to type</w:t>
                </w:r>
              </w:sdtContent>
            </w:sdt>
          </w:p>
        </w:tc>
        <w:tc>
          <w:tcPr>
            <w:tcW w:w="2390" w:type="dxa"/>
            <w:shd w:val="clear" w:color="auto" w:fill="F5F4EF"/>
          </w:tcPr>
          <w:p w14:paraId="521023CC" w14:textId="77777777" w:rsidR="001C7FD1" w:rsidRDefault="003F5285">
            <w:pPr>
              <w:spacing w:after="0" w:line="240" w:lineRule="auto"/>
            </w:pPr>
            <w:sdt>
              <w:sdtPr>
                <w:alias w:val="T662"/>
                <w:tag w:val="T662"/>
                <w:id w:val="100662"/>
                <w:text/>
              </w:sdtPr>
              <w:sdtEndPr/>
              <w:sdtContent>
                <w:r>
                  <w:rPr>
                    <w:rFonts w:eastAsia="Arial"/>
                    <w:color w:val="555555"/>
                  </w:rPr>
                  <w:t>Click or tap to type</w:t>
                </w:r>
              </w:sdtContent>
            </w:sdt>
          </w:p>
        </w:tc>
        <w:tc>
          <w:tcPr>
            <w:tcW w:w="2500" w:type="dxa"/>
            <w:shd w:val="clear" w:color="auto" w:fill="F5F4EF"/>
          </w:tcPr>
          <w:p w14:paraId="503A2F29" w14:textId="77777777" w:rsidR="001C7FD1" w:rsidRDefault="003F5285">
            <w:pPr>
              <w:spacing w:after="0" w:line="240" w:lineRule="auto"/>
            </w:pPr>
            <w:sdt>
              <w:sdtPr>
                <w:alias w:val="T663"/>
                <w:tag w:val="T663"/>
                <w:id w:val="100663"/>
                <w:text/>
              </w:sdtPr>
              <w:sdtEndPr/>
              <w:sdtContent>
                <w:r>
                  <w:rPr>
                    <w:rFonts w:eastAsia="Arial"/>
                    <w:color w:val="555555"/>
                  </w:rPr>
                  <w:t>Click or tap to type</w:t>
                </w:r>
              </w:sdtContent>
            </w:sdt>
          </w:p>
        </w:tc>
      </w:tr>
      <w:tr w:rsidR="001C7FD1" w14:paraId="685B3B27" w14:textId="77777777">
        <w:trPr>
          <w:cantSplit/>
        </w:trPr>
        <w:tc>
          <w:tcPr>
            <w:tcW w:w="2100" w:type="dxa"/>
            <w:shd w:val="clear" w:color="auto" w:fill="EEECE1"/>
          </w:tcPr>
          <w:p w14:paraId="4869D0D8" w14:textId="77777777" w:rsidR="001C7FD1" w:rsidRDefault="003F5285">
            <w:pPr>
              <w:spacing w:after="0" w:line="240" w:lineRule="auto"/>
            </w:pPr>
            <w:r>
              <w:rPr>
                <w:rFonts w:eastAsia="Arial"/>
                <w:b/>
                <w:color w:val="4B1F26"/>
              </w:rPr>
              <w:t>Morning personal care and dressing</w:t>
            </w:r>
          </w:p>
        </w:tc>
        <w:tc>
          <w:tcPr>
            <w:tcW w:w="2650" w:type="dxa"/>
          </w:tcPr>
          <w:p w14:paraId="1E7DD366" w14:textId="77777777" w:rsidR="001C7FD1" w:rsidRDefault="003F5285">
            <w:pPr>
              <w:spacing w:after="0" w:line="240" w:lineRule="auto"/>
            </w:pPr>
            <w:sdt>
              <w:sdtPr>
                <w:alias w:val="T664"/>
                <w:tag w:val="T664"/>
                <w:id w:val="100664"/>
                <w:text/>
              </w:sdtPr>
              <w:sdtEndPr/>
              <w:sdtContent>
                <w:r>
                  <w:rPr>
                    <w:rFonts w:eastAsia="Arial"/>
                    <w:color w:val="555555"/>
                  </w:rPr>
                  <w:t>Click or tap to type</w:t>
                </w:r>
              </w:sdtContent>
            </w:sdt>
          </w:p>
        </w:tc>
        <w:tc>
          <w:tcPr>
            <w:tcW w:w="2390" w:type="dxa"/>
          </w:tcPr>
          <w:p w14:paraId="5C23BD3B" w14:textId="77777777" w:rsidR="001C7FD1" w:rsidRDefault="003F5285">
            <w:pPr>
              <w:spacing w:after="0" w:line="240" w:lineRule="auto"/>
            </w:pPr>
            <w:sdt>
              <w:sdtPr>
                <w:alias w:val="T665"/>
                <w:tag w:val="T665"/>
                <w:id w:val="100665"/>
                <w:text/>
              </w:sdtPr>
              <w:sdtEndPr/>
              <w:sdtContent>
                <w:r>
                  <w:rPr>
                    <w:rFonts w:eastAsia="Arial"/>
                    <w:color w:val="555555"/>
                  </w:rPr>
                  <w:t>Click or tap to type</w:t>
                </w:r>
              </w:sdtContent>
            </w:sdt>
          </w:p>
        </w:tc>
        <w:tc>
          <w:tcPr>
            <w:tcW w:w="2500" w:type="dxa"/>
          </w:tcPr>
          <w:p w14:paraId="621F5DB8" w14:textId="77777777" w:rsidR="001C7FD1" w:rsidRDefault="003F5285">
            <w:pPr>
              <w:spacing w:after="0" w:line="240" w:lineRule="auto"/>
            </w:pPr>
            <w:sdt>
              <w:sdtPr>
                <w:alias w:val="T666"/>
                <w:tag w:val="T666"/>
                <w:id w:val="100666"/>
                <w:text/>
              </w:sdtPr>
              <w:sdtEndPr/>
              <w:sdtContent>
                <w:r>
                  <w:rPr>
                    <w:rFonts w:eastAsia="Arial"/>
                    <w:color w:val="555555"/>
                  </w:rPr>
                  <w:t>Click or tap to type</w:t>
                </w:r>
              </w:sdtContent>
            </w:sdt>
          </w:p>
        </w:tc>
      </w:tr>
      <w:tr w:rsidR="001C7FD1" w14:paraId="06544031" w14:textId="77777777">
        <w:trPr>
          <w:cantSplit/>
        </w:trPr>
        <w:tc>
          <w:tcPr>
            <w:tcW w:w="2100" w:type="dxa"/>
            <w:shd w:val="clear" w:color="auto" w:fill="EEECE1"/>
          </w:tcPr>
          <w:p w14:paraId="0EF922CF" w14:textId="77777777" w:rsidR="001C7FD1" w:rsidRDefault="003F5285">
            <w:pPr>
              <w:spacing w:after="0" w:line="240" w:lineRule="auto"/>
            </w:pPr>
            <w:r>
              <w:rPr>
                <w:rFonts w:eastAsia="Arial"/>
                <w:b/>
                <w:color w:val="4B1F26"/>
              </w:rPr>
              <w:t>Breakfast, medication and preparation</w:t>
            </w:r>
          </w:p>
        </w:tc>
        <w:tc>
          <w:tcPr>
            <w:tcW w:w="2650" w:type="dxa"/>
            <w:shd w:val="clear" w:color="auto" w:fill="F5F4EF"/>
          </w:tcPr>
          <w:p w14:paraId="06B9184C" w14:textId="77777777" w:rsidR="001C7FD1" w:rsidRDefault="003F5285">
            <w:pPr>
              <w:spacing w:after="0" w:line="240" w:lineRule="auto"/>
            </w:pPr>
            <w:sdt>
              <w:sdtPr>
                <w:alias w:val="T667"/>
                <w:tag w:val="T667"/>
                <w:id w:val="100667"/>
                <w:text/>
              </w:sdtPr>
              <w:sdtEndPr/>
              <w:sdtContent>
                <w:r>
                  <w:rPr>
                    <w:rFonts w:eastAsia="Arial"/>
                    <w:color w:val="555555"/>
                  </w:rPr>
                  <w:t>Click or tap to type</w:t>
                </w:r>
              </w:sdtContent>
            </w:sdt>
          </w:p>
        </w:tc>
        <w:tc>
          <w:tcPr>
            <w:tcW w:w="2390" w:type="dxa"/>
            <w:shd w:val="clear" w:color="auto" w:fill="F5F4EF"/>
          </w:tcPr>
          <w:p w14:paraId="05E5DED3" w14:textId="77777777" w:rsidR="001C7FD1" w:rsidRDefault="003F5285">
            <w:pPr>
              <w:spacing w:after="0" w:line="240" w:lineRule="auto"/>
            </w:pPr>
            <w:sdt>
              <w:sdtPr>
                <w:alias w:val="T668"/>
                <w:tag w:val="T668"/>
                <w:id w:val="100668"/>
                <w:text/>
              </w:sdtPr>
              <w:sdtEndPr/>
              <w:sdtContent>
                <w:r>
                  <w:rPr>
                    <w:rFonts w:eastAsia="Arial"/>
                    <w:color w:val="555555"/>
                  </w:rPr>
                  <w:t>Click or tap to type</w:t>
                </w:r>
              </w:sdtContent>
            </w:sdt>
          </w:p>
        </w:tc>
        <w:tc>
          <w:tcPr>
            <w:tcW w:w="2500" w:type="dxa"/>
            <w:shd w:val="clear" w:color="auto" w:fill="F5F4EF"/>
          </w:tcPr>
          <w:p w14:paraId="5EA1F581" w14:textId="77777777" w:rsidR="001C7FD1" w:rsidRDefault="003F5285">
            <w:pPr>
              <w:spacing w:after="0" w:line="240" w:lineRule="auto"/>
            </w:pPr>
            <w:sdt>
              <w:sdtPr>
                <w:alias w:val="T669"/>
                <w:tag w:val="T669"/>
                <w:id w:val="100669"/>
                <w:text/>
              </w:sdtPr>
              <w:sdtEndPr/>
              <w:sdtContent>
                <w:r>
                  <w:rPr>
                    <w:rFonts w:eastAsia="Arial"/>
                    <w:color w:val="555555"/>
                  </w:rPr>
                  <w:t>Click or tap to type</w:t>
                </w:r>
              </w:sdtContent>
            </w:sdt>
          </w:p>
        </w:tc>
      </w:tr>
      <w:tr w:rsidR="001C7FD1" w14:paraId="648DCE0F" w14:textId="77777777">
        <w:trPr>
          <w:cantSplit/>
        </w:trPr>
        <w:tc>
          <w:tcPr>
            <w:tcW w:w="2100" w:type="dxa"/>
            <w:shd w:val="clear" w:color="auto" w:fill="EEECE1"/>
          </w:tcPr>
          <w:p w14:paraId="692F419C" w14:textId="77777777" w:rsidR="001C7FD1" w:rsidRDefault="003F5285">
            <w:pPr>
              <w:spacing w:after="0" w:line="240" w:lineRule="auto"/>
            </w:pPr>
            <w:r>
              <w:rPr>
                <w:rFonts w:eastAsia="Arial"/>
                <w:b/>
                <w:color w:val="4B1F26"/>
              </w:rPr>
              <w:t>Travel and transition to the main daytime setting</w:t>
            </w:r>
          </w:p>
        </w:tc>
        <w:tc>
          <w:tcPr>
            <w:tcW w:w="2650" w:type="dxa"/>
          </w:tcPr>
          <w:p w14:paraId="54F4E526" w14:textId="77777777" w:rsidR="001C7FD1" w:rsidRDefault="003F5285">
            <w:pPr>
              <w:spacing w:after="0" w:line="240" w:lineRule="auto"/>
            </w:pPr>
            <w:sdt>
              <w:sdtPr>
                <w:alias w:val="T670"/>
                <w:tag w:val="T670"/>
                <w:id w:val="100670"/>
                <w:text/>
              </w:sdtPr>
              <w:sdtEndPr/>
              <w:sdtContent>
                <w:r>
                  <w:rPr>
                    <w:rFonts w:eastAsia="Arial"/>
                    <w:color w:val="555555"/>
                  </w:rPr>
                  <w:t>Click or tap to type</w:t>
                </w:r>
              </w:sdtContent>
            </w:sdt>
          </w:p>
        </w:tc>
        <w:tc>
          <w:tcPr>
            <w:tcW w:w="2390" w:type="dxa"/>
          </w:tcPr>
          <w:p w14:paraId="5207B6B9" w14:textId="77777777" w:rsidR="001C7FD1" w:rsidRDefault="003F5285">
            <w:pPr>
              <w:spacing w:after="0" w:line="240" w:lineRule="auto"/>
            </w:pPr>
            <w:sdt>
              <w:sdtPr>
                <w:alias w:val="T671"/>
                <w:tag w:val="T671"/>
                <w:id w:val="100671"/>
                <w:text/>
              </w:sdtPr>
              <w:sdtEndPr/>
              <w:sdtContent>
                <w:r>
                  <w:rPr>
                    <w:rFonts w:eastAsia="Arial"/>
                    <w:color w:val="555555"/>
                  </w:rPr>
                  <w:t>Click or tap to type</w:t>
                </w:r>
              </w:sdtContent>
            </w:sdt>
          </w:p>
        </w:tc>
        <w:tc>
          <w:tcPr>
            <w:tcW w:w="2500" w:type="dxa"/>
          </w:tcPr>
          <w:p w14:paraId="0CF9C1D5" w14:textId="77777777" w:rsidR="001C7FD1" w:rsidRDefault="003F5285">
            <w:pPr>
              <w:spacing w:after="0" w:line="240" w:lineRule="auto"/>
            </w:pPr>
            <w:sdt>
              <w:sdtPr>
                <w:alias w:val="T672"/>
                <w:tag w:val="T672"/>
                <w:id w:val="100672"/>
                <w:text/>
              </w:sdtPr>
              <w:sdtEndPr/>
              <w:sdtContent>
                <w:r>
                  <w:rPr>
                    <w:rFonts w:eastAsia="Arial"/>
                    <w:color w:val="555555"/>
                  </w:rPr>
                  <w:t>Click or tap to type</w:t>
                </w:r>
              </w:sdtContent>
            </w:sdt>
          </w:p>
        </w:tc>
      </w:tr>
      <w:tr w:rsidR="001C7FD1" w14:paraId="0D733505" w14:textId="77777777">
        <w:trPr>
          <w:cantSplit/>
        </w:trPr>
        <w:tc>
          <w:tcPr>
            <w:tcW w:w="2100" w:type="dxa"/>
            <w:shd w:val="clear" w:color="auto" w:fill="EEECE1"/>
          </w:tcPr>
          <w:p w14:paraId="2F2712CE" w14:textId="77777777" w:rsidR="001C7FD1" w:rsidRDefault="003F5285">
            <w:pPr>
              <w:spacing w:after="0" w:line="240" w:lineRule="auto"/>
            </w:pPr>
            <w:r>
              <w:rPr>
                <w:rFonts w:eastAsia="Arial"/>
                <w:b/>
                <w:color w:val="4B1F26"/>
              </w:rPr>
              <w:t>Morning activities / education / work</w:t>
            </w:r>
          </w:p>
        </w:tc>
        <w:tc>
          <w:tcPr>
            <w:tcW w:w="2650" w:type="dxa"/>
            <w:shd w:val="clear" w:color="auto" w:fill="F5F4EF"/>
          </w:tcPr>
          <w:p w14:paraId="09093E42" w14:textId="77777777" w:rsidR="001C7FD1" w:rsidRDefault="003F5285">
            <w:pPr>
              <w:spacing w:after="0" w:line="240" w:lineRule="auto"/>
            </w:pPr>
            <w:sdt>
              <w:sdtPr>
                <w:alias w:val="T673"/>
                <w:tag w:val="T673"/>
                <w:id w:val="100673"/>
                <w:text/>
              </w:sdtPr>
              <w:sdtEndPr/>
              <w:sdtContent>
                <w:r>
                  <w:rPr>
                    <w:rFonts w:eastAsia="Arial"/>
                    <w:color w:val="555555"/>
                  </w:rPr>
                  <w:t>Click or tap to type</w:t>
                </w:r>
              </w:sdtContent>
            </w:sdt>
          </w:p>
        </w:tc>
        <w:tc>
          <w:tcPr>
            <w:tcW w:w="2390" w:type="dxa"/>
            <w:shd w:val="clear" w:color="auto" w:fill="F5F4EF"/>
          </w:tcPr>
          <w:p w14:paraId="42A62026" w14:textId="77777777" w:rsidR="001C7FD1" w:rsidRDefault="003F5285">
            <w:pPr>
              <w:spacing w:after="0" w:line="240" w:lineRule="auto"/>
            </w:pPr>
            <w:sdt>
              <w:sdtPr>
                <w:alias w:val="T674"/>
                <w:tag w:val="T674"/>
                <w:id w:val="100674"/>
                <w:text/>
              </w:sdtPr>
              <w:sdtEndPr/>
              <w:sdtContent>
                <w:r>
                  <w:rPr>
                    <w:rFonts w:eastAsia="Arial"/>
                    <w:color w:val="555555"/>
                  </w:rPr>
                  <w:t>Click or tap to type</w:t>
                </w:r>
              </w:sdtContent>
            </w:sdt>
          </w:p>
        </w:tc>
        <w:tc>
          <w:tcPr>
            <w:tcW w:w="2500" w:type="dxa"/>
            <w:shd w:val="clear" w:color="auto" w:fill="F5F4EF"/>
          </w:tcPr>
          <w:p w14:paraId="7A2C3827" w14:textId="77777777" w:rsidR="001C7FD1" w:rsidRDefault="003F5285">
            <w:pPr>
              <w:spacing w:after="0" w:line="240" w:lineRule="auto"/>
            </w:pPr>
            <w:sdt>
              <w:sdtPr>
                <w:alias w:val="T675"/>
                <w:tag w:val="T675"/>
                <w:id w:val="100675"/>
                <w:text/>
              </w:sdtPr>
              <w:sdtEndPr/>
              <w:sdtContent>
                <w:r>
                  <w:rPr>
                    <w:rFonts w:eastAsia="Arial"/>
                    <w:color w:val="555555"/>
                  </w:rPr>
                  <w:t>Click or tap to type</w:t>
                </w:r>
              </w:sdtContent>
            </w:sdt>
          </w:p>
        </w:tc>
      </w:tr>
      <w:tr w:rsidR="001C7FD1" w14:paraId="777C8C85" w14:textId="77777777">
        <w:trPr>
          <w:cantSplit/>
        </w:trPr>
        <w:tc>
          <w:tcPr>
            <w:tcW w:w="2100" w:type="dxa"/>
            <w:shd w:val="clear" w:color="auto" w:fill="EEECE1"/>
          </w:tcPr>
          <w:p w14:paraId="17C5B63E" w14:textId="77777777" w:rsidR="001C7FD1" w:rsidRDefault="003F5285">
            <w:pPr>
              <w:spacing w:after="0" w:line="240" w:lineRule="auto"/>
            </w:pPr>
            <w:r>
              <w:rPr>
                <w:rFonts w:eastAsia="Arial"/>
                <w:b/>
                <w:color w:val="4B1F26"/>
              </w:rPr>
              <w:lastRenderedPageBreak/>
              <w:t>Midday meal and activities</w:t>
            </w:r>
          </w:p>
        </w:tc>
        <w:tc>
          <w:tcPr>
            <w:tcW w:w="2650" w:type="dxa"/>
          </w:tcPr>
          <w:p w14:paraId="16ED2F8F" w14:textId="77777777" w:rsidR="001C7FD1" w:rsidRDefault="003F5285">
            <w:pPr>
              <w:spacing w:after="0" w:line="240" w:lineRule="auto"/>
            </w:pPr>
            <w:sdt>
              <w:sdtPr>
                <w:alias w:val="T676"/>
                <w:tag w:val="T676"/>
                <w:id w:val="100676"/>
                <w:text/>
              </w:sdtPr>
              <w:sdtEndPr/>
              <w:sdtContent>
                <w:r>
                  <w:rPr>
                    <w:rFonts w:eastAsia="Arial"/>
                    <w:color w:val="555555"/>
                  </w:rPr>
                  <w:t>Click or tap to type</w:t>
                </w:r>
              </w:sdtContent>
            </w:sdt>
          </w:p>
        </w:tc>
        <w:tc>
          <w:tcPr>
            <w:tcW w:w="2390" w:type="dxa"/>
          </w:tcPr>
          <w:p w14:paraId="24463BEB" w14:textId="77777777" w:rsidR="001C7FD1" w:rsidRDefault="003F5285">
            <w:pPr>
              <w:spacing w:after="0" w:line="240" w:lineRule="auto"/>
            </w:pPr>
            <w:sdt>
              <w:sdtPr>
                <w:alias w:val="T677"/>
                <w:tag w:val="T677"/>
                <w:id w:val="100677"/>
                <w:text/>
              </w:sdtPr>
              <w:sdtEndPr/>
              <w:sdtContent>
                <w:r>
                  <w:rPr>
                    <w:rFonts w:eastAsia="Arial"/>
                    <w:color w:val="555555"/>
                  </w:rPr>
                  <w:t>Click or tap to type</w:t>
                </w:r>
              </w:sdtContent>
            </w:sdt>
          </w:p>
        </w:tc>
        <w:tc>
          <w:tcPr>
            <w:tcW w:w="2500" w:type="dxa"/>
          </w:tcPr>
          <w:p w14:paraId="35757E56" w14:textId="77777777" w:rsidR="001C7FD1" w:rsidRDefault="003F5285">
            <w:pPr>
              <w:spacing w:after="0" w:line="240" w:lineRule="auto"/>
            </w:pPr>
            <w:sdt>
              <w:sdtPr>
                <w:alias w:val="T678"/>
                <w:tag w:val="T678"/>
                <w:id w:val="100678"/>
                <w:text/>
              </w:sdtPr>
              <w:sdtEndPr/>
              <w:sdtContent>
                <w:r>
                  <w:rPr>
                    <w:rFonts w:eastAsia="Arial"/>
                    <w:color w:val="555555"/>
                  </w:rPr>
                  <w:t>Click or tap to type</w:t>
                </w:r>
              </w:sdtContent>
            </w:sdt>
          </w:p>
        </w:tc>
      </w:tr>
      <w:tr w:rsidR="001C7FD1" w14:paraId="7DA6D8DB" w14:textId="77777777">
        <w:trPr>
          <w:cantSplit/>
        </w:trPr>
        <w:tc>
          <w:tcPr>
            <w:tcW w:w="2100" w:type="dxa"/>
            <w:shd w:val="clear" w:color="auto" w:fill="EEECE1"/>
          </w:tcPr>
          <w:p w14:paraId="0027BE03" w14:textId="77777777" w:rsidR="001C7FD1" w:rsidRDefault="003F5285">
            <w:pPr>
              <w:spacing w:after="0" w:line="240" w:lineRule="auto"/>
            </w:pPr>
            <w:r>
              <w:rPr>
                <w:rFonts w:eastAsia="Arial"/>
                <w:b/>
                <w:color w:val="4B1F26"/>
              </w:rPr>
              <w:t>Afternoon activities and transition home</w:t>
            </w:r>
          </w:p>
        </w:tc>
        <w:tc>
          <w:tcPr>
            <w:tcW w:w="2650" w:type="dxa"/>
            <w:shd w:val="clear" w:color="auto" w:fill="F5F4EF"/>
          </w:tcPr>
          <w:p w14:paraId="0FB11797" w14:textId="77777777" w:rsidR="001C7FD1" w:rsidRDefault="003F5285">
            <w:pPr>
              <w:spacing w:after="0" w:line="240" w:lineRule="auto"/>
            </w:pPr>
            <w:sdt>
              <w:sdtPr>
                <w:alias w:val="T679"/>
                <w:tag w:val="T679"/>
                <w:id w:val="100679"/>
                <w:text/>
              </w:sdtPr>
              <w:sdtEndPr/>
              <w:sdtContent>
                <w:r>
                  <w:rPr>
                    <w:rFonts w:eastAsia="Arial"/>
                    <w:color w:val="555555"/>
                  </w:rPr>
                  <w:t>Click or tap to type</w:t>
                </w:r>
              </w:sdtContent>
            </w:sdt>
          </w:p>
        </w:tc>
        <w:tc>
          <w:tcPr>
            <w:tcW w:w="2390" w:type="dxa"/>
            <w:shd w:val="clear" w:color="auto" w:fill="F5F4EF"/>
          </w:tcPr>
          <w:p w14:paraId="17E2AC90" w14:textId="77777777" w:rsidR="001C7FD1" w:rsidRDefault="003F5285">
            <w:pPr>
              <w:spacing w:after="0" w:line="240" w:lineRule="auto"/>
            </w:pPr>
            <w:sdt>
              <w:sdtPr>
                <w:alias w:val="T680"/>
                <w:tag w:val="T680"/>
                <w:id w:val="100680"/>
                <w:text/>
              </w:sdtPr>
              <w:sdtEndPr/>
              <w:sdtContent>
                <w:r>
                  <w:rPr>
                    <w:rFonts w:eastAsia="Arial"/>
                    <w:color w:val="555555"/>
                  </w:rPr>
                  <w:t>Click or tap to type</w:t>
                </w:r>
              </w:sdtContent>
            </w:sdt>
          </w:p>
        </w:tc>
        <w:tc>
          <w:tcPr>
            <w:tcW w:w="2500" w:type="dxa"/>
            <w:shd w:val="clear" w:color="auto" w:fill="F5F4EF"/>
          </w:tcPr>
          <w:p w14:paraId="6E02D4B3" w14:textId="77777777" w:rsidR="001C7FD1" w:rsidRDefault="003F5285">
            <w:pPr>
              <w:spacing w:after="0" w:line="240" w:lineRule="auto"/>
            </w:pPr>
            <w:sdt>
              <w:sdtPr>
                <w:alias w:val="T681"/>
                <w:tag w:val="T681"/>
                <w:id w:val="100681"/>
                <w:text/>
              </w:sdtPr>
              <w:sdtEndPr/>
              <w:sdtContent>
                <w:r>
                  <w:rPr>
                    <w:rFonts w:eastAsia="Arial"/>
                    <w:color w:val="555555"/>
                  </w:rPr>
                  <w:t>Click or tap to type</w:t>
                </w:r>
              </w:sdtContent>
            </w:sdt>
          </w:p>
        </w:tc>
      </w:tr>
      <w:tr w:rsidR="001C7FD1" w14:paraId="279F3FE3" w14:textId="77777777">
        <w:trPr>
          <w:cantSplit/>
        </w:trPr>
        <w:tc>
          <w:tcPr>
            <w:tcW w:w="2100" w:type="dxa"/>
            <w:shd w:val="clear" w:color="auto" w:fill="EEECE1"/>
          </w:tcPr>
          <w:p w14:paraId="04DA4951" w14:textId="77777777" w:rsidR="001C7FD1" w:rsidRDefault="003F5285">
            <w:pPr>
              <w:spacing w:after="0" w:line="240" w:lineRule="auto"/>
            </w:pPr>
            <w:r>
              <w:rPr>
                <w:rFonts w:eastAsia="Arial"/>
                <w:b/>
                <w:color w:val="4B1F26"/>
              </w:rPr>
              <w:t>Appointments, homework, errands or community activities</w:t>
            </w:r>
          </w:p>
        </w:tc>
        <w:tc>
          <w:tcPr>
            <w:tcW w:w="2650" w:type="dxa"/>
          </w:tcPr>
          <w:p w14:paraId="453B505D" w14:textId="77777777" w:rsidR="001C7FD1" w:rsidRDefault="003F5285">
            <w:pPr>
              <w:spacing w:after="0" w:line="240" w:lineRule="auto"/>
            </w:pPr>
            <w:sdt>
              <w:sdtPr>
                <w:alias w:val="T682"/>
                <w:tag w:val="T682"/>
                <w:id w:val="100682"/>
                <w:text/>
              </w:sdtPr>
              <w:sdtEndPr/>
              <w:sdtContent>
                <w:r>
                  <w:rPr>
                    <w:rFonts w:eastAsia="Arial"/>
                    <w:color w:val="555555"/>
                  </w:rPr>
                  <w:t>Click or tap to type</w:t>
                </w:r>
              </w:sdtContent>
            </w:sdt>
          </w:p>
        </w:tc>
        <w:tc>
          <w:tcPr>
            <w:tcW w:w="2390" w:type="dxa"/>
          </w:tcPr>
          <w:p w14:paraId="0F86D282" w14:textId="77777777" w:rsidR="001C7FD1" w:rsidRDefault="003F5285">
            <w:pPr>
              <w:spacing w:after="0" w:line="240" w:lineRule="auto"/>
            </w:pPr>
            <w:sdt>
              <w:sdtPr>
                <w:alias w:val="T683"/>
                <w:tag w:val="T683"/>
                <w:id w:val="100683"/>
                <w:text/>
              </w:sdtPr>
              <w:sdtEndPr/>
              <w:sdtContent>
                <w:r>
                  <w:rPr>
                    <w:rFonts w:eastAsia="Arial"/>
                    <w:color w:val="555555"/>
                  </w:rPr>
                  <w:t>Click or tap to type</w:t>
                </w:r>
              </w:sdtContent>
            </w:sdt>
          </w:p>
        </w:tc>
        <w:tc>
          <w:tcPr>
            <w:tcW w:w="2500" w:type="dxa"/>
          </w:tcPr>
          <w:p w14:paraId="42468D15" w14:textId="77777777" w:rsidR="001C7FD1" w:rsidRDefault="003F5285">
            <w:pPr>
              <w:spacing w:after="0" w:line="240" w:lineRule="auto"/>
            </w:pPr>
            <w:sdt>
              <w:sdtPr>
                <w:alias w:val="T684"/>
                <w:tag w:val="T684"/>
                <w:id w:val="100684"/>
                <w:text/>
              </w:sdtPr>
              <w:sdtEndPr/>
              <w:sdtContent>
                <w:r>
                  <w:rPr>
                    <w:rFonts w:eastAsia="Arial"/>
                    <w:color w:val="555555"/>
                  </w:rPr>
                  <w:t>Click or tap to type</w:t>
                </w:r>
              </w:sdtContent>
            </w:sdt>
          </w:p>
        </w:tc>
      </w:tr>
      <w:tr w:rsidR="001C7FD1" w14:paraId="52573BFC" w14:textId="77777777">
        <w:trPr>
          <w:cantSplit/>
        </w:trPr>
        <w:tc>
          <w:tcPr>
            <w:tcW w:w="2100" w:type="dxa"/>
            <w:shd w:val="clear" w:color="auto" w:fill="EEECE1"/>
          </w:tcPr>
          <w:p w14:paraId="2362B877" w14:textId="77777777" w:rsidR="001C7FD1" w:rsidRDefault="003F5285">
            <w:pPr>
              <w:spacing w:after="0" w:line="240" w:lineRule="auto"/>
            </w:pPr>
            <w:r>
              <w:rPr>
                <w:rFonts w:eastAsia="Arial"/>
                <w:b/>
                <w:color w:val="4B1F26"/>
              </w:rPr>
              <w:t>Evening meal and household routine</w:t>
            </w:r>
          </w:p>
        </w:tc>
        <w:tc>
          <w:tcPr>
            <w:tcW w:w="2650" w:type="dxa"/>
            <w:shd w:val="clear" w:color="auto" w:fill="F5F4EF"/>
          </w:tcPr>
          <w:p w14:paraId="1D4B6E45" w14:textId="77777777" w:rsidR="001C7FD1" w:rsidRDefault="003F5285">
            <w:pPr>
              <w:spacing w:after="0" w:line="240" w:lineRule="auto"/>
            </w:pPr>
            <w:sdt>
              <w:sdtPr>
                <w:alias w:val="T685"/>
                <w:tag w:val="T685"/>
                <w:id w:val="100685"/>
                <w:text/>
              </w:sdtPr>
              <w:sdtEndPr/>
              <w:sdtContent>
                <w:r>
                  <w:rPr>
                    <w:rFonts w:eastAsia="Arial"/>
                    <w:color w:val="555555"/>
                  </w:rPr>
                  <w:t>Click or tap to type</w:t>
                </w:r>
              </w:sdtContent>
            </w:sdt>
          </w:p>
        </w:tc>
        <w:tc>
          <w:tcPr>
            <w:tcW w:w="2390" w:type="dxa"/>
            <w:shd w:val="clear" w:color="auto" w:fill="F5F4EF"/>
          </w:tcPr>
          <w:p w14:paraId="71D21A04" w14:textId="77777777" w:rsidR="001C7FD1" w:rsidRDefault="003F5285">
            <w:pPr>
              <w:spacing w:after="0" w:line="240" w:lineRule="auto"/>
            </w:pPr>
            <w:sdt>
              <w:sdtPr>
                <w:alias w:val="T686"/>
                <w:tag w:val="T686"/>
                <w:id w:val="100686"/>
                <w:text/>
              </w:sdtPr>
              <w:sdtEndPr/>
              <w:sdtContent>
                <w:r>
                  <w:rPr>
                    <w:rFonts w:eastAsia="Arial"/>
                    <w:color w:val="555555"/>
                  </w:rPr>
                  <w:t>Click or tap to type</w:t>
                </w:r>
              </w:sdtContent>
            </w:sdt>
          </w:p>
        </w:tc>
        <w:tc>
          <w:tcPr>
            <w:tcW w:w="2500" w:type="dxa"/>
            <w:shd w:val="clear" w:color="auto" w:fill="F5F4EF"/>
          </w:tcPr>
          <w:p w14:paraId="243CFA33" w14:textId="77777777" w:rsidR="001C7FD1" w:rsidRDefault="003F5285">
            <w:pPr>
              <w:spacing w:after="0" w:line="240" w:lineRule="auto"/>
            </w:pPr>
            <w:sdt>
              <w:sdtPr>
                <w:alias w:val="T687"/>
                <w:tag w:val="T687"/>
                <w:id w:val="100687"/>
                <w:text/>
              </w:sdtPr>
              <w:sdtEndPr/>
              <w:sdtContent>
                <w:r>
                  <w:rPr>
                    <w:rFonts w:eastAsia="Arial"/>
                    <w:color w:val="555555"/>
                  </w:rPr>
                  <w:t>Click or tap to type</w:t>
                </w:r>
              </w:sdtContent>
            </w:sdt>
          </w:p>
        </w:tc>
      </w:tr>
      <w:tr w:rsidR="001C7FD1" w14:paraId="36B9B75E" w14:textId="77777777">
        <w:trPr>
          <w:cantSplit/>
        </w:trPr>
        <w:tc>
          <w:tcPr>
            <w:tcW w:w="2100" w:type="dxa"/>
            <w:shd w:val="clear" w:color="auto" w:fill="EEECE1"/>
          </w:tcPr>
          <w:p w14:paraId="77A51AFE" w14:textId="77777777" w:rsidR="001C7FD1" w:rsidRDefault="003F5285">
            <w:pPr>
              <w:spacing w:after="0" w:line="240" w:lineRule="auto"/>
            </w:pPr>
            <w:r>
              <w:rPr>
                <w:rFonts w:eastAsia="Arial"/>
                <w:b/>
                <w:color w:val="4B1F26"/>
              </w:rPr>
              <w:t>Evening regulation, leisure and connection</w:t>
            </w:r>
          </w:p>
        </w:tc>
        <w:tc>
          <w:tcPr>
            <w:tcW w:w="2650" w:type="dxa"/>
          </w:tcPr>
          <w:p w14:paraId="14098A6C" w14:textId="77777777" w:rsidR="001C7FD1" w:rsidRDefault="003F5285">
            <w:pPr>
              <w:spacing w:after="0" w:line="240" w:lineRule="auto"/>
            </w:pPr>
            <w:sdt>
              <w:sdtPr>
                <w:alias w:val="T688"/>
                <w:tag w:val="T688"/>
                <w:id w:val="100688"/>
                <w:text/>
              </w:sdtPr>
              <w:sdtEndPr/>
              <w:sdtContent>
                <w:r>
                  <w:rPr>
                    <w:rFonts w:eastAsia="Arial"/>
                    <w:color w:val="555555"/>
                  </w:rPr>
                  <w:t>Click or tap to type</w:t>
                </w:r>
              </w:sdtContent>
            </w:sdt>
          </w:p>
        </w:tc>
        <w:tc>
          <w:tcPr>
            <w:tcW w:w="2390" w:type="dxa"/>
          </w:tcPr>
          <w:p w14:paraId="4D10065C" w14:textId="77777777" w:rsidR="001C7FD1" w:rsidRDefault="003F5285">
            <w:pPr>
              <w:spacing w:after="0" w:line="240" w:lineRule="auto"/>
            </w:pPr>
            <w:sdt>
              <w:sdtPr>
                <w:alias w:val="T689"/>
                <w:tag w:val="T689"/>
                <w:id w:val="100689"/>
                <w:text/>
              </w:sdtPr>
              <w:sdtEndPr/>
              <w:sdtContent>
                <w:r>
                  <w:rPr>
                    <w:rFonts w:eastAsia="Arial"/>
                    <w:color w:val="555555"/>
                  </w:rPr>
                  <w:t>Click or tap to type</w:t>
                </w:r>
              </w:sdtContent>
            </w:sdt>
          </w:p>
        </w:tc>
        <w:tc>
          <w:tcPr>
            <w:tcW w:w="2500" w:type="dxa"/>
          </w:tcPr>
          <w:p w14:paraId="7AD0C8F1" w14:textId="77777777" w:rsidR="001C7FD1" w:rsidRDefault="003F5285">
            <w:pPr>
              <w:spacing w:after="0" w:line="240" w:lineRule="auto"/>
            </w:pPr>
            <w:sdt>
              <w:sdtPr>
                <w:alias w:val="T690"/>
                <w:tag w:val="T690"/>
                <w:id w:val="100690"/>
                <w:text/>
              </w:sdtPr>
              <w:sdtEndPr/>
              <w:sdtContent>
                <w:r>
                  <w:rPr>
                    <w:rFonts w:eastAsia="Arial"/>
                    <w:color w:val="555555"/>
                  </w:rPr>
                  <w:t>Click or tap to type</w:t>
                </w:r>
              </w:sdtContent>
            </w:sdt>
          </w:p>
        </w:tc>
      </w:tr>
      <w:tr w:rsidR="001C7FD1" w14:paraId="18AE6E04" w14:textId="77777777">
        <w:trPr>
          <w:cantSplit/>
        </w:trPr>
        <w:tc>
          <w:tcPr>
            <w:tcW w:w="2100" w:type="dxa"/>
            <w:shd w:val="clear" w:color="auto" w:fill="EEECE1"/>
          </w:tcPr>
          <w:p w14:paraId="0DBC67B2" w14:textId="77777777" w:rsidR="001C7FD1" w:rsidRDefault="003F5285">
            <w:pPr>
              <w:spacing w:after="0" w:line="240" w:lineRule="auto"/>
            </w:pPr>
            <w:r>
              <w:rPr>
                <w:rFonts w:eastAsia="Arial"/>
                <w:b/>
                <w:color w:val="4B1F26"/>
              </w:rPr>
              <w:t>Bedtime and settling to sleep</w:t>
            </w:r>
          </w:p>
        </w:tc>
        <w:tc>
          <w:tcPr>
            <w:tcW w:w="2650" w:type="dxa"/>
            <w:shd w:val="clear" w:color="auto" w:fill="F5F4EF"/>
          </w:tcPr>
          <w:p w14:paraId="0FE2C347" w14:textId="77777777" w:rsidR="001C7FD1" w:rsidRDefault="003F5285">
            <w:pPr>
              <w:spacing w:after="0" w:line="240" w:lineRule="auto"/>
            </w:pPr>
            <w:sdt>
              <w:sdtPr>
                <w:alias w:val="T691"/>
                <w:tag w:val="T691"/>
                <w:id w:val="100691"/>
                <w:text/>
              </w:sdtPr>
              <w:sdtEndPr/>
              <w:sdtContent>
                <w:r>
                  <w:rPr>
                    <w:rFonts w:eastAsia="Arial"/>
                    <w:color w:val="555555"/>
                  </w:rPr>
                  <w:t>Click or tap to type</w:t>
                </w:r>
              </w:sdtContent>
            </w:sdt>
          </w:p>
        </w:tc>
        <w:tc>
          <w:tcPr>
            <w:tcW w:w="2390" w:type="dxa"/>
            <w:shd w:val="clear" w:color="auto" w:fill="F5F4EF"/>
          </w:tcPr>
          <w:p w14:paraId="096A2355" w14:textId="77777777" w:rsidR="001C7FD1" w:rsidRDefault="003F5285">
            <w:pPr>
              <w:spacing w:after="0" w:line="240" w:lineRule="auto"/>
            </w:pPr>
            <w:sdt>
              <w:sdtPr>
                <w:alias w:val="T692"/>
                <w:tag w:val="T692"/>
                <w:id w:val="100692"/>
                <w:text/>
              </w:sdtPr>
              <w:sdtEndPr/>
              <w:sdtContent>
                <w:r>
                  <w:rPr>
                    <w:rFonts w:eastAsia="Arial"/>
                    <w:color w:val="555555"/>
                  </w:rPr>
                  <w:t>Click or tap to type</w:t>
                </w:r>
              </w:sdtContent>
            </w:sdt>
          </w:p>
        </w:tc>
        <w:tc>
          <w:tcPr>
            <w:tcW w:w="2500" w:type="dxa"/>
            <w:shd w:val="clear" w:color="auto" w:fill="F5F4EF"/>
          </w:tcPr>
          <w:p w14:paraId="47DA319F" w14:textId="77777777" w:rsidR="001C7FD1" w:rsidRDefault="003F5285">
            <w:pPr>
              <w:spacing w:after="0" w:line="240" w:lineRule="auto"/>
            </w:pPr>
            <w:sdt>
              <w:sdtPr>
                <w:alias w:val="T693"/>
                <w:tag w:val="T693"/>
                <w:id w:val="100693"/>
                <w:text/>
              </w:sdtPr>
              <w:sdtEndPr/>
              <w:sdtContent>
                <w:r>
                  <w:rPr>
                    <w:rFonts w:eastAsia="Arial"/>
                    <w:color w:val="555555"/>
                  </w:rPr>
                  <w:t>Click or tap to type</w:t>
                </w:r>
              </w:sdtContent>
            </w:sdt>
          </w:p>
        </w:tc>
      </w:tr>
      <w:tr w:rsidR="001C7FD1" w14:paraId="32C30F2F" w14:textId="77777777">
        <w:trPr>
          <w:cantSplit/>
        </w:trPr>
        <w:tc>
          <w:tcPr>
            <w:tcW w:w="2100" w:type="dxa"/>
            <w:shd w:val="clear" w:color="auto" w:fill="EEECE1"/>
          </w:tcPr>
          <w:p w14:paraId="76BF4D57" w14:textId="77777777" w:rsidR="001C7FD1" w:rsidRDefault="003F5285">
            <w:pPr>
              <w:spacing w:after="0" w:line="240" w:lineRule="auto"/>
            </w:pPr>
            <w:r>
              <w:rPr>
                <w:rFonts w:eastAsia="Arial"/>
                <w:b/>
                <w:color w:val="4B1F26"/>
              </w:rPr>
              <w:t>Weekends and unstructured days</w:t>
            </w:r>
          </w:p>
        </w:tc>
        <w:tc>
          <w:tcPr>
            <w:tcW w:w="2650" w:type="dxa"/>
          </w:tcPr>
          <w:p w14:paraId="24070429" w14:textId="77777777" w:rsidR="001C7FD1" w:rsidRDefault="003F5285">
            <w:pPr>
              <w:spacing w:after="0" w:line="240" w:lineRule="auto"/>
            </w:pPr>
            <w:sdt>
              <w:sdtPr>
                <w:alias w:val="T694"/>
                <w:tag w:val="T694"/>
                <w:id w:val="100694"/>
                <w:text/>
              </w:sdtPr>
              <w:sdtEndPr/>
              <w:sdtContent>
                <w:r>
                  <w:rPr>
                    <w:rFonts w:eastAsia="Arial"/>
                    <w:color w:val="555555"/>
                  </w:rPr>
                  <w:t>Click or tap to type</w:t>
                </w:r>
              </w:sdtContent>
            </w:sdt>
          </w:p>
        </w:tc>
        <w:tc>
          <w:tcPr>
            <w:tcW w:w="2390" w:type="dxa"/>
          </w:tcPr>
          <w:p w14:paraId="3C374E9E" w14:textId="77777777" w:rsidR="001C7FD1" w:rsidRDefault="003F5285">
            <w:pPr>
              <w:spacing w:after="0" w:line="240" w:lineRule="auto"/>
            </w:pPr>
            <w:sdt>
              <w:sdtPr>
                <w:alias w:val="T695"/>
                <w:tag w:val="T695"/>
                <w:id w:val="100695"/>
                <w:text/>
              </w:sdtPr>
              <w:sdtEndPr/>
              <w:sdtContent>
                <w:r>
                  <w:rPr>
                    <w:rFonts w:eastAsia="Arial"/>
                    <w:color w:val="555555"/>
                  </w:rPr>
                  <w:t>Click or tap to type</w:t>
                </w:r>
              </w:sdtContent>
            </w:sdt>
          </w:p>
        </w:tc>
        <w:tc>
          <w:tcPr>
            <w:tcW w:w="2500" w:type="dxa"/>
          </w:tcPr>
          <w:p w14:paraId="30CFE64E" w14:textId="77777777" w:rsidR="001C7FD1" w:rsidRDefault="003F5285">
            <w:pPr>
              <w:spacing w:after="0" w:line="240" w:lineRule="auto"/>
            </w:pPr>
            <w:sdt>
              <w:sdtPr>
                <w:alias w:val="T696"/>
                <w:tag w:val="T696"/>
                <w:id w:val="100696"/>
                <w:text/>
              </w:sdtPr>
              <w:sdtEndPr/>
              <w:sdtContent>
                <w:r>
                  <w:rPr>
                    <w:rFonts w:eastAsia="Arial"/>
                    <w:color w:val="555555"/>
                  </w:rPr>
                  <w:t>Click or tap to type</w:t>
                </w:r>
              </w:sdtContent>
            </w:sdt>
          </w:p>
        </w:tc>
      </w:tr>
      <w:tr w:rsidR="001C7FD1" w14:paraId="0F88ED11" w14:textId="77777777">
        <w:trPr>
          <w:cantSplit/>
        </w:trPr>
        <w:tc>
          <w:tcPr>
            <w:tcW w:w="2100" w:type="dxa"/>
            <w:shd w:val="clear" w:color="auto" w:fill="EEECE1"/>
          </w:tcPr>
          <w:p w14:paraId="002A578B" w14:textId="77777777" w:rsidR="001C7FD1" w:rsidRDefault="003F5285">
            <w:pPr>
              <w:spacing w:after="0" w:line="240" w:lineRule="auto"/>
            </w:pPr>
            <w:r>
              <w:rPr>
                <w:rFonts w:eastAsia="Arial"/>
                <w:b/>
                <w:color w:val="4B1F26"/>
              </w:rPr>
              <w:t>Unexpected change, illness or crisis days</w:t>
            </w:r>
          </w:p>
        </w:tc>
        <w:tc>
          <w:tcPr>
            <w:tcW w:w="2650" w:type="dxa"/>
            <w:shd w:val="clear" w:color="auto" w:fill="F5F4EF"/>
          </w:tcPr>
          <w:p w14:paraId="736D1E53" w14:textId="77777777" w:rsidR="001C7FD1" w:rsidRDefault="003F5285">
            <w:pPr>
              <w:spacing w:after="0" w:line="240" w:lineRule="auto"/>
            </w:pPr>
            <w:sdt>
              <w:sdtPr>
                <w:alias w:val="T697"/>
                <w:tag w:val="T697"/>
                <w:id w:val="100697"/>
                <w:text/>
              </w:sdtPr>
              <w:sdtEndPr/>
              <w:sdtContent>
                <w:r>
                  <w:rPr>
                    <w:rFonts w:eastAsia="Arial"/>
                    <w:color w:val="555555"/>
                  </w:rPr>
                  <w:t>Click or tap to type</w:t>
                </w:r>
              </w:sdtContent>
            </w:sdt>
          </w:p>
        </w:tc>
        <w:tc>
          <w:tcPr>
            <w:tcW w:w="2390" w:type="dxa"/>
            <w:shd w:val="clear" w:color="auto" w:fill="F5F4EF"/>
          </w:tcPr>
          <w:p w14:paraId="3C314426" w14:textId="77777777" w:rsidR="001C7FD1" w:rsidRDefault="003F5285">
            <w:pPr>
              <w:spacing w:after="0" w:line="240" w:lineRule="auto"/>
            </w:pPr>
            <w:sdt>
              <w:sdtPr>
                <w:alias w:val="T698"/>
                <w:tag w:val="T698"/>
                <w:id w:val="100698"/>
                <w:text/>
              </w:sdtPr>
              <w:sdtEndPr/>
              <w:sdtContent>
                <w:r>
                  <w:rPr>
                    <w:rFonts w:eastAsia="Arial"/>
                    <w:color w:val="555555"/>
                  </w:rPr>
                  <w:t>Click or tap to type</w:t>
                </w:r>
              </w:sdtContent>
            </w:sdt>
          </w:p>
        </w:tc>
        <w:tc>
          <w:tcPr>
            <w:tcW w:w="2500" w:type="dxa"/>
            <w:shd w:val="clear" w:color="auto" w:fill="F5F4EF"/>
          </w:tcPr>
          <w:p w14:paraId="4910408B" w14:textId="77777777" w:rsidR="001C7FD1" w:rsidRDefault="003F5285">
            <w:pPr>
              <w:spacing w:after="0" w:line="240" w:lineRule="auto"/>
            </w:pPr>
            <w:sdt>
              <w:sdtPr>
                <w:alias w:val="T699"/>
                <w:tag w:val="T699"/>
                <w:id w:val="100699"/>
                <w:text/>
              </w:sdtPr>
              <w:sdtEndPr/>
              <w:sdtContent>
                <w:r>
                  <w:rPr>
                    <w:rFonts w:eastAsia="Arial"/>
                    <w:color w:val="555555"/>
                  </w:rPr>
                  <w:t>Click or tap to type</w:t>
                </w:r>
              </w:sdtContent>
            </w:sdt>
          </w:p>
        </w:tc>
      </w:tr>
    </w:tbl>
    <w:p w14:paraId="12FB4D1E" w14:textId="77777777" w:rsidR="001C7FD1" w:rsidRDefault="003F5285">
      <w:r>
        <w:br w:type="page"/>
      </w:r>
    </w:p>
    <w:p w14:paraId="4DCA2441" w14:textId="77777777" w:rsidR="001C7FD1" w:rsidRDefault="003F5285">
      <w:pPr>
        <w:pStyle w:val="Heading2"/>
      </w:pPr>
      <w:r>
        <w:lastRenderedPageBreak/>
        <w:t>17.2 Weekly support pattern</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1500"/>
        <w:gridCol w:w="2035"/>
        <w:gridCol w:w="2035"/>
        <w:gridCol w:w="2035"/>
        <w:gridCol w:w="2035"/>
      </w:tblGrid>
      <w:tr w:rsidR="001C7FD1" w14:paraId="52425FD6" w14:textId="77777777">
        <w:trPr>
          <w:tblHeader/>
        </w:trPr>
        <w:tc>
          <w:tcPr>
            <w:tcW w:w="1500" w:type="dxa"/>
            <w:shd w:val="clear" w:color="auto" w:fill="4B1F26"/>
            <w:tcMar>
              <w:top w:w="90" w:type="dxa"/>
              <w:left w:w="120" w:type="dxa"/>
              <w:bottom w:w="90" w:type="dxa"/>
              <w:right w:w="120" w:type="dxa"/>
            </w:tcMar>
            <w:vAlign w:val="center"/>
          </w:tcPr>
          <w:p w14:paraId="5EDDBFD5" w14:textId="77777777" w:rsidR="001C7FD1" w:rsidRDefault="003F5285">
            <w:pPr>
              <w:spacing w:after="0" w:line="240" w:lineRule="auto"/>
              <w:jc w:val="center"/>
            </w:pPr>
            <w:r>
              <w:rPr>
                <w:rFonts w:eastAsia="Arial"/>
                <w:b/>
                <w:color w:val="FFFFFF"/>
              </w:rPr>
              <w:t>Day</w:t>
            </w:r>
          </w:p>
        </w:tc>
        <w:tc>
          <w:tcPr>
            <w:tcW w:w="2035" w:type="dxa"/>
            <w:shd w:val="clear" w:color="auto" w:fill="4B1F26"/>
            <w:tcMar>
              <w:top w:w="90" w:type="dxa"/>
              <w:left w:w="120" w:type="dxa"/>
              <w:bottom w:w="90" w:type="dxa"/>
              <w:right w:w="120" w:type="dxa"/>
            </w:tcMar>
            <w:vAlign w:val="center"/>
          </w:tcPr>
          <w:p w14:paraId="7C152FA2" w14:textId="77777777" w:rsidR="001C7FD1" w:rsidRDefault="003F5285">
            <w:pPr>
              <w:spacing w:after="0" w:line="240" w:lineRule="auto"/>
              <w:jc w:val="center"/>
            </w:pPr>
            <w:r>
              <w:rPr>
                <w:rFonts w:eastAsia="Arial"/>
                <w:b/>
                <w:color w:val="FFFFFF"/>
              </w:rPr>
              <w:t>Morning</w:t>
            </w:r>
          </w:p>
        </w:tc>
        <w:tc>
          <w:tcPr>
            <w:tcW w:w="2035" w:type="dxa"/>
            <w:shd w:val="clear" w:color="auto" w:fill="4B1F26"/>
            <w:tcMar>
              <w:top w:w="90" w:type="dxa"/>
              <w:left w:w="120" w:type="dxa"/>
              <w:bottom w:w="90" w:type="dxa"/>
              <w:right w:w="120" w:type="dxa"/>
            </w:tcMar>
            <w:vAlign w:val="center"/>
          </w:tcPr>
          <w:p w14:paraId="53D15136" w14:textId="77777777" w:rsidR="001C7FD1" w:rsidRDefault="003F5285">
            <w:pPr>
              <w:spacing w:after="0" w:line="240" w:lineRule="auto"/>
              <w:jc w:val="center"/>
            </w:pPr>
            <w:r>
              <w:rPr>
                <w:rFonts w:eastAsia="Arial"/>
                <w:b/>
                <w:color w:val="FFFFFF"/>
              </w:rPr>
              <w:t>Afternoon</w:t>
            </w:r>
          </w:p>
        </w:tc>
        <w:tc>
          <w:tcPr>
            <w:tcW w:w="2035" w:type="dxa"/>
            <w:shd w:val="clear" w:color="auto" w:fill="4B1F26"/>
            <w:tcMar>
              <w:top w:w="90" w:type="dxa"/>
              <w:left w:w="120" w:type="dxa"/>
              <w:bottom w:w="90" w:type="dxa"/>
              <w:right w:w="120" w:type="dxa"/>
            </w:tcMar>
            <w:vAlign w:val="center"/>
          </w:tcPr>
          <w:p w14:paraId="20256C18" w14:textId="77777777" w:rsidR="001C7FD1" w:rsidRDefault="003F5285">
            <w:pPr>
              <w:spacing w:after="0" w:line="240" w:lineRule="auto"/>
              <w:jc w:val="center"/>
            </w:pPr>
            <w:r>
              <w:rPr>
                <w:rFonts w:eastAsia="Arial"/>
                <w:b/>
                <w:color w:val="FFFFFF"/>
              </w:rPr>
              <w:t>Evening</w:t>
            </w:r>
          </w:p>
        </w:tc>
        <w:tc>
          <w:tcPr>
            <w:tcW w:w="2035" w:type="dxa"/>
            <w:shd w:val="clear" w:color="auto" w:fill="4B1F26"/>
            <w:tcMar>
              <w:top w:w="90" w:type="dxa"/>
              <w:left w:w="120" w:type="dxa"/>
              <w:bottom w:w="90" w:type="dxa"/>
              <w:right w:w="120" w:type="dxa"/>
            </w:tcMar>
            <w:vAlign w:val="center"/>
          </w:tcPr>
          <w:p w14:paraId="56B0A8A3" w14:textId="77777777" w:rsidR="001C7FD1" w:rsidRDefault="003F5285">
            <w:pPr>
              <w:spacing w:after="0" w:line="240" w:lineRule="auto"/>
              <w:jc w:val="center"/>
            </w:pPr>
            <w:r>
              <w:rPr>
                <w:rFonts w:eastAsia="Arial"/>
                <w:b/>
                <w:color w:val="FFFFFF"/>
              </w:rPr>
              <w:t>Overnight</w:t>
            </w:r>
          </w:p>
        </w:tc>
      </w:tr>
      <w:tr w:rsidR="001C7FD1" w14:paraId="00F92329" w14:textId="77777777">
        <w:trPr>
          <w:cantSplit/>
        </w:trPr>
        <w:tc>
          <w:tcPr>
            <w:tcW w:w="1500" w:type="dxa"/>
            <w:shd w:val="clear" w:color="auto" w:fill="EEECE1"/>
          </w:tcPr>
          <w:p w14:paraId="576380CA" w14:textId="77777777" w:rsidR="001C7FD1" w:rsidRDefault="003F5285">
            <w:pPr>
              <w:spacing w:after="0" w:line="240" w:lineRule="auto"/>
            </w:pPr>
            <w:r>
              <w:rPr>
                <w:rFonts w:eastAsia="Arial"/>
                <w:b/>
                <w:color w:val="4B1F26"/>
              </w:rPr>
              <w:t>Monday</w:t>
            </w:r>
          </w:p>
        </w:tc>
        <w:tc>
          <w:tcPr>
            <w:tcW w:w="2035" w:type="dxa"/>
          </w:tcPr>
          <w:p w14:paraId="1F509C60" w14:textId="77777777" w:rsidR="001C7FD1" w:rsidRDefault="003F5285">
            <w:pPr>
              <w:spacing w:after="0" w:line="240" w:lineRule="auto"/>
            </w:pPr>
            <w:sdt>
              <w:sdtPr>
                <w:alias w:val="T700"/>
                <w:tag w:val="T700"/>
                <w:id w:val="100700"/>
                <w:text/>
              </w:sdtPr>
              <w:sdtEndPr/>
              <w:sdtContent>
                <w:r>
                  <w:rPr>
                    <w:rFonts w:eastAsia="Arial"/>
                    <w:color w:val="555555"/>
                  </w:rPr>
                  <w:t>Click or tap to type</w:t>
                </w:r>
              </w:sdtContent>
            </w:sdt>
          </w:p>
        </w:tc>
        <w:tc>
          <w:tcPr>
            <w:tcW w:w="2035" w:type="dxa"/>
          </w:tcPr>
          <w:p w14:paraId="728BE44A" w14:textId="77777777" w:rsidR="001C7FD1" w:rsidRDefault="003F5285">
            <w:pPr>
              <w:spacing w:after="0" w:line="240" w:lineRule="auto"/>
            </w:pPr>
            <w:sdt>
              <w:sdtPr>
                <w:alias w:val="T701"/>
                <w:tag w:val="T701"/>
                <w:id w:val="100701"/>
                <w:text/>
              </w:sdtPr>
              <w:sdtEndPr/>
              <w:sdtContent>
                <w:r>
                  <w:rPr>
                    <w:rFonts w:eastAsia="Arial"/>
                    <w:color w:val="555555"/>
                  </w:rPr>
                  <w:t>Click or tap to type</w:t>
                </w:r>
              </w:sdtContent>
            </w:sdt>
          </w:p>
        </w:tc>
        <w:tc>
          <w:tcPr>
            <w:tcW w:w="2035" w:type="dxa"/>
          </w:tcPr>
          <w:p w14:paraId="7BC1EDC7" w14:textId="77777777" w:rsidR="001C7FD1" w:rsidRDefault="003F5285">
            <w:pPr>
              <w:spacing w:after="0" w:line="240" w:lineRule="auto"/>
            </w:pPr>
            <w:sdt>
              <w:sdtPr>
                <w:alias w:val="T702"/>
                <w:tag w:val="T702"/>
                <w:id w:val="100702"/>
                <w:text/>
              </w:sdtPr>
              <w:sdtEndPr/>
              <w:sdtContent>
                <w:r>
                  <w:rPr>
                    <w:rFonts w:eastAsia="Arial"/>
                    <w:color w:val="555555"/>
                  </w:rPr>
                  <w:t>Click or tap to type</w:t>
                </w:r>
              </w:sdtContent>
            </w:sdt>
          </w:p>
        </w:tc>
        <w:tc>
          <w:tcPr>
            <w:tcW w:w="2035" w:type="dxa"/>
          </w:tcPr>
          <w:p w14:paraId="59CBF815" w14:textId="77777777" w:rsidR="001C7FD1" w:rsidRDefault="003F5285">
            <w:pPr>
              <w:spacing w:after="0" w:line="240" w:lineRule="auto"/>
            </w:pPr>
            <w:sdt>
              <w:sdtPr>
                <w:alias w:val="T703"/>
                <w:tag w:val="T703"/>
                <w:id w:val="100703"/>
                <w:text/>
              </w:sdtPr>
              <w:sdtEndPr/>
              <w:sdtContent>
                <w:r>
                  <w:rPr>
                    <w:rFonts w:eastAsia="Arial"/>
                    <w:color w:val="555555"/>
                  </w:rPr>
                  <w:t>Click or tap to type</w:t>
                </w:r>
              </w:sdtContent>
            </w:sdt>
          </w:p>
        </w:tc>
      </w:tr>
      <w:tr w:rsidR="001C7FD1" w14:paraId="786F3A3A" w14:textId="77777777">
        <w:trPr>
          <w:cantSplit/>
        </w:trPr>
        <w:tc>
          <w:tcPr>
            <w:tcW w:w="1500" w:type="dxa"/>
            <w:shd w:val="clear" w:color="auto" w:fill="EEECE1"/>
          </w:tcPr>
          <w:p w14:paraId="70C69417" w14:textId="77777777" w:rsidR="001C7FD1" w:rsidRDefault="003F5285">
            <w:pPr>
              <w:spacing w:after="0" w:line="240" w:lineRule="auto"/>
            </w:pPr>
            <w:r>
              <w:rPr>
                <w:rFonts w:eastAsia="Arial"/>
                <w:b/>
                <w:color w:val="4B1F26"/>
              </w:rPr>
              <w:t>Tuesday</w:t>
            </w:r>
          </w:p>
        </w:tc>
        <w:tc>
          <w:tcPr>
            <w:tcW w:w="2035" w:type="dxa"/>
            <w:shd w:val="clear" w:color="auto" w:fill="F5F4EF"/>
          </w:tcPr>
          <w:p w14:paraId="0D2C190A" w14:textId="77777777" w:rsidR="001C7FD1" w:rsidRDefault="003F5285">
            <w:pPr>
              <w:spacing w:after="0" w:line="240" w:lineRule="auto"/>
            </w:pPr>
            <w:sdt>
              <w:sdtPr>
                <w:alias w:val="T704"/>
                <w:tag w:val="T704"/>
                <w:id w:val="100704"/>
                <w:text/>
              </w:sdtPr>
              <w:sdtEndPr/>
              <w:sdtContent>
                <w:r>
                  <w:rPr>
                    <w:rFonts w:eastAsia="Arial"/>
                    <w:color w:val="555555"/>
                  </w:rPr>
                  <w:t>Click or tap to type</w:t>
                </w:r>
              </w:sdtContent>
            </w:sdt>
          </w:p>
        </w:tc>
        <w:tc>
          <w:tcPr>
            <w:tcW w:w="2035" w:type="dxa"/>
            <w:shd w:val="clear" w:color="auto" w:fill="F5F4EF"/>
          </w:tcPr>
          <w:p w14:paraId="6FC95C30" w14:textId="77777777" w:rsidR="001C7FD1" w:rsidRDefault="003F5285">
            <w:pPr>
              <w:spacing w:after="0" w:line="240" w:lineRule="auto"/>
            </w:pPr>
            <w:sdt>
              <w:sdtPr>
                <w:alias w:val="T705"/>
                <w:tag w:val="T705"/>
                <w:id w:val="100705"/>
                <w:text/>
              </w:sdtPr>
              <w:sdtEndPr/>
              <w:sdtContent>
                <w:r>
                  <w:rPr>
                    <w:rFonts w:eastAsia="Arial"/>
                    <w:color w:val="555555"/>
                  </w:rPr>
                  <w:t>Click or tap to type</w:t>
                </w:r>
              </w:sdtContent>
            </w:sdt>
          </w:p>
        </w:tc>
        <w:tc>
          <w:tcPr>
            <w:tcW w:w="2035" w:type="dxa"/>
            <w:shd w:val="clear" w:color="auto" w:fill="F5F4EF"/>
          </w:tcPr>
          <w:p w14:paraId="1AE28930" w14:textId="77777777" w:rsidR="001C7FD1" w:rsidRDefault="003F5285">
            <w:pPr>
              <w:spacing w:after="0" w:line="240" w:lineRule="auto"/>
            </w:pPr>
            <w:sdt>
              <w:sdtPr>
                <w:alias w:val="T706"/>
                <w:tag w:val="T706"/>
                <w:id w:val="100706"/>
                <w:text/>
              </w:sdtPr>
              <w:sdtEndPr/>
              <w:sdtContent>
                <w:r>
                  <w:rPr>
                    <w:rFonts w:eastAsia="Arial"/>
                    <w:color w:val="555555"/>
                  </w:rPr>
                  <w:t>Click or tap to type</w:t>
                </w:r>
              </w:sdtContent>
            </w:sdt>
          </w:p>
        </w:tc>
        <w:tc>
          <w:tcPr>
            <w:tcW w:w="2035" w:type="dxa"/>
            <w:shd w:val="clear" w:color="auto" w:fill="F5F4EF"/>
          </w:tcPr>
          <w:p w14:paraId="7FB5B1B4" w14:textId="77777777" w:rsidR="001C7FD1" w:rsidRDefault="003F5285">
            <w:pPr>
              <w:spacing w:after="0" w:line="240" w:lineRule="auto"/>
            </w:pPr>
            <w:sdt>
              <w:sdtPr>
                <w:alias w:val="T707"/>
                <w:tag w:val="T707"/>
                <w:id w:val="100707"/>
                <w:text/>
              </w:sdtPr>
              <w:sdtEndPr/>
              <w:sdtContent>
                <w:r>
                  <w:rPr>
                    <w:rFonts w:eastAsia="Arial"/>
                    <w:color w:val="555555"/>
                  </w:rPr>
                  <w:t>Click or tap to type</w:t>
                </w:r>
              </w:sdtContent>
            </w:sdt>
          </w:p>
        </w:tc>
      </w:tr>
      <w:tr w:rsidR="001C7FD1" w14:paraId="6811F0C9" w14:textId="77777777">
        <w:trPr>
          <w:cantSplit/>
        </w:trPr>
        <w:tc>
          <w:tcPr>
            <w:tcW w:w="1500" w:type="dxa"/>
            <w:shd w:val="clear" w:color="auto" w:fill="EEECE1"/>
          </w:tcPr>
          <w:p w14:paraId="5E19BC61" w14:textId="77777777" w:rsidR="001C7FD1" w:rsidRDefault="003F5285">
            <w:pPr>
              <w:spacing w:after="0" w:line="240" w:lineRule="auto"/>
            </w:pPr>
            <w:r>
              <w:rPr>
                <w:rFonts w:eastAsia="Arial"/>
                <w:b/>
                <w:color w:val="4B1F26"/>
              </w:rPr>
              <w:t>Wednesday</w:t>
            </w:r>
          </w:p>
        </w:tc>
        <w:tc>
          <w:tcPr>
            <w:tcW w:w="2035" w:type="dxa"/>
          </w:tcPr>
          <w:p w14:paraId="1C5CB214" w14:textId="77777777" w:rsidR="001C7FD1" w:rsidRDefault="003F5285">
            <w:pPr>
              <w:spacing w:after="0" w:line="240" w:lineRule="auto"/>
            </w:pPr>
            <w:sdt>
              <w:sdtPr>
                <w:alias w:val="T708"/>
                <w:tag w:val="T708"/>
                <w:id w:val="100708"/>
                <w:text/>
              </w:sdtPr>
              <w:sdtEndPr/>
              <w:sdtContent>
                <w:r>
                  <w:rPr>
                    <w:rFonts w:eastAsia="Arial"/>
                    <w:color w:val="555555"/>
                  </w:rPr>
                  <w:t>Click or tap to type</w:t>
                </w:r>
              </w:sdtContent>
            </w:sdt>
          </w:p>
        </w:tc>
        <w:tc>
          <w:tcPr>
            <w:tcW w:w="2035" w:type="dxa"/>
          </w:tcPr>
          <w:p w14:paraId="2B285EC4" w14:textId="77777777" w:rsidR="001C7FD1" w:rsidRDefault="003F5285">
            <w:pPr>
              <w:spacing w:after="0" w:line="240" w:lineRule="auto"/>
            </w:pPr>
            <w:sdt>
              <w:sdtPr>
                <w:alias w:val="T709"/>
                <w:tag w:val="T709"/>
                <w:id w:val="100709"/>
                <w:text/>
              </w:sdtPr>
              <w:sdtEndPr/>
              <w:sdtContent>
                <w:r>
                  <w:rPr>
                    <w:rFonts w:eastAsia="Arial"/>
                    <w:color w:val="555555"/>
                  </w:rPr>
                  <w:t>Click or tap to type</w:t>
                </w:r>
              </w:sdtContent>
            </w:sdt>
          </w:p>
        </w:tc>
        <w:tc>
          <w:tcPr>
            <w:tcW w:w="2035" w:type="dxa"/>
          </w:tcPr>
          <w:p w14:paraId="46C85334" w14:textId="77777777" w:rsidR="001C7FD1" w:rsidRDefault="003F5285">
            <w:pPr>
              <w:spacing w:after="0" w:line="240" w:lineRule="auto"/>
            </w:pPr>
            <w:sdt>
              <w:sdtPr>
                <w:alias w:val="T710"/>
                <w:tag w:val="T710"/>
                <w:id w:val="100710"/>
                <w:text/>
              </w:sdtPr>
              <w:sdtEndPr/>
              <w:sdtContent>
                <w:r>
                  <w:rPr>
                    <w:rFonts w:eastAsia="Arial"/>
                    <w:color w:val="555555"/>
                  </w:rPr>
                  <w:t>Click or tap to type</w:t>
                </w:r>
              </w:sdtContent>
            </w:sdt>
          </w:p>
        </w:tc>
        <w:tc>
          <w:tcPr>
            <w:tcW w:w="2035" w:type="dxa"/>
          </w:tcPr>
          <w:p w14:paraId="0E2CCF1B" w14:textId="77777777" w:rsidR="001C7FD1" w:rsidRDefault="003F5285">
            <w:pPr>
              <w:spacing w:after="0" w:line="240" w:lineRule="auto"/>
            </w:pPr>
            <w:sdt>
              <w:sdtPr>
                <w:alias w:val="T711"/>
                <w:tag w:val="T711"/>
                <w:id w:val="100711"/>
                <w:text/>
              </w:sdtPr>
              <w:sdtEndPr/>
              <w:sdtContent>
                <w:r>
                  <w:rPr>
                    <w:rFonts w:eastAsia="Arial"/>
                    <w:color w:val="555555"/>
                  </w:rPr>
                  <w:t>Click or tap to type</w:t>
                </w:r>
              </w:sdtContent>
            </w:sdt>
          </w:p>
        </w:tc>
      </w:tr>
      <w:tr w:rsidR="001C7FD1" w14:paraId="58BCFE49" w14:textId="77777777">
        <w:trPr>
          <w:cantSplit/>
        </w:trPr>
        <w:tc>
          <w:tcPr>
            <w:tcW w:w="1500" w:type="dxa"/>
            <w:shd w:val="clear" w:color="auto" w:fill="EEECE1"/>
          </w:tcPr>
          <w:p w14:paraId="134F2EC8" w14:textId="77777777" w:rsidR="001C7FD1" w:rsidRDefault="003F5285">
            <w:pPr>
              <w:spacing w:after="0" w:line="240" w:lineRule="auto"/>
            </w:pPr>
            <w:r>
              <w:rPr>
                <w:rFonts w:eastAsia="Arial"/>
                <w:b/>
                <w:color w:val="4B1F26"/>
              </w:rPr>
              <w:t>Thursday</w:t>
            </w:r>
          </w:p>
        </w:tc>
        <w:tc>
          <w:tcPr>
            <w:tcW w:w="2035" w:type="dxa"/>
            <w:shd w:val="clear" w:color="auto" w:fill="F5F4EF"/>
          </w:tcPr>
          <w:p w14:paraId="5FC26760" w14:textId="77777777" w:rsidR="001C7FD1" w:rsidRDefault="003F5285">
            <w:pPr>
              <w:spacing w:after="0" w:line="240" w:lineRule="auto"/>
            </w:pPr>
            <w:sdt>
              <w:sdtPr>
                <w:alias w:val="T712"/>
                <w:tag w:val="T712"/>
                <w:id w:val="100712"/>
                <w:text/>
              </w:sdtPr>
              <w:sdtEndPr/>
              <w:sdtContent>
                <w:r>
                  <w:rPr>
                    <w:rFonts w:eastAsia="Arial"/>
                    <w:color w:val="555555"/>
                  </w:rPr>
                  <w:t>Click or tap to type</w:t>
                </w:r>
              </w:sdtContent>
            </w:sdt>
          </w:p>
        </w:tc>
        <w:tc>
          <w:tcPr>
            <w:tcW w:w="2035" w:type="dxa"/>
            <w:shd w:val="clear" w:color="auto" w:fill="F5F4EF"/>
          </w:tcPr>
          <w:p w14:paraId="4004BAF9" w14:textId="77777777" w:rsidR="001C7FD1" w:rsidRDefault="003F5285">
            <w:pPr>
              <w:spacing w:after="0" w:line="240" w:lineRule="auto"/>
            </w:pPr>
            <w:sdt>
              <w:sdtPr>
                <w:alias w:val="T713"/>
                <w:tag w:val="T713"/>
                <w:id w:val="100713"/>
                <w:text/>
              </w:sdtPr>
              <w:sdtEndPr/>
              <w:sdtContent>
                <w:r>
                  <w:rPr>
                    <w:rFonts w:eastAsia="Arial"/>
                    <w:color w:val="555555"/>
                  </w:rPr>
                  <w:t>Click or tap to type</w:t>
                </w:r>
              </w:sdtContent>
            </w:sdt>
          </w:p>
        </w:tc>
        <w:tc>
          <w:tcPr>
            <w:tcW w:w="2035" w:type="dxa"/>
            <w:shd w:val="clear" w:color="auto" w:fill="F5F4EF"/>
          </w:tcPr>
          <w:p w14:paraId="1085A7EB" w14:textId="77777777" w:rsidR="001C7FD1" w:rsidRDefault="003F5285">
            <w:pPr>
              <w:spacing w:after="0" w:line="240" w:lineRule="auto"/>
            </w:pPr>
            <w:sdt>
              <w:sdtPr>
                <w:alias w:val="T714"/>
                <w:tag w:val="T714"/>
                <w:id w:val="100714"/>
                <w:text/>
              </w:sdtPr>
              <w:sdtEndPr/>
              <w:sdtContent>
                <w:r>
                  <w:rPr>
                    <w:rFonts w:eastAsia="Arial"/>
                    <w:color w:val="555555"/>
                  </w:rPr>
                  <w:t>Click or tap to type</w:t>
                </w:r>
              </w:sdtContent>
            </w:sdt>
          </w:p>
        </w:tc>
        <w:tc>
          <w:tcPr>
            <w:tcW w:w="2035" w:type="dxa"/>
            <w:shd w:val="clear" w:color="auto" w:fill="F5F4EF"/>
          </w:tcPr>
          <w:p w14:paraId="7287A475" w14:textId="77777777" w:rsidR="001C7FD1" w:rsidRDefault="003F5285">
            <w:pPr>
              <w:spacing w:after="0" w:line="240" w:lineRule="auto"/>
            </w:pPr>
            <w:sdt>
              <w:sdtPr>
                <w:alias w:val="T715"/>
                <w:tag w:val="T715"/>
                <w:id w:val="100715"/>
                <w:text/>
              </w:sdtPr>
              <w:sdtEndPr/>
              <w:sdtContent>
                <w:r>
                  <w:rPr>
                    <w:rFonts w:eastAsia="Arial"/>
                    <w:color w:val="555555"/>
                  </w:rPr>
                  <w:t>Click or tap to type</w:t>
                </w:r>
              </w:sdtContent>
            </w:sdt>
          </w:p>
        </w:tc>
      </w:tr>
      <w:tr w:rsidR="001C7FD1" w14:paraId="39246A1E" w14:textId="77777777">
        <w:trPr>
          <w:cantSplit/>
        </w:trPr>
        <w:tc>
          <w:tcPr>
            <w:tcW w:w="1500" w:type="dxa"/>
            <w:shd w:val="clear" w:color="auto" w:fill="EEECE1"/>
          </w:tcPr>
          <w:p w14:paraId="65741201" w14:textId="77777777" w:rsidR="001C7FD1" w:rsidRDefault="003F5285">
            <w:pPr>
              <w:spacing w:after="0" w:line="240" w:lineRule="auto"/>
            </w:pPr>
            <w:r>
              <w:rPr>
                <w:rFonts w:eastAsia="Arial"/>
                <w:b/>
                <w:color w:val="4B1F26"/>
              </w:rPr>
              <w:t>Friday</w:t>
            </w:r>
          </w:p>
        </w:tc>
        <w:tc>
          <w:tcPr>
            <w:tcW w:w="2035" w:type="dxa"/>
          </w:tcPr>
          <w:p w14:paraId="30E3A840" w14:textId="77777777" w:rsidR="001C7FD1" w:rsidRDefault="003F5285">
            <w:pPr>
              <w:spacing w:after="0" w:line="240" w:lineRule="auto"/>
            </w:pPr>
            <w:sdt>
              <w:sdtPr>
                <w:alias w:val="T716"/>
                <w:tag w:val="T716"/>
                <w:id w:val="100716"/>
                <w:text/>
              </w:sdtPr>
              <w:sdtEndPr/>
              <w:sdtContent>
                <w:r>
                  <w:rPr>
                    <w:rFonts w:eastAsia="Arial"/>
                    <w:color w:val="555555"/>
                  </w:rPr>
                  <w:t>Click or tap to type</w:t>
                </w:r>
              </w:sdtContent>
            </w:sdt>
          </w:p>
        </w:tc>
        <w:tc>
          <w:tcPr>
            <w:tcW w:w="2035" w:type="dxa"/>
          </w:tcPr>
          <w:p w14:paraId="28BA6AB4" w14:textId="77777777" w:rsidR="001C7FD1" w:rsidRDefault="003F5285">
            <w:pPr>
              <w:spacing w:after="0" w:line="240" w:lineRule="auto"/>
            </w:pPr>
            <w:sdt>
              <w:sdtPr>
                <w:alias w:val="T717"/>
                <w:tag w:val="T717"/>
                <w:id w:val="100717"/>
                <w:text/>
              </w:sdtPr>
              <w:sdtEndPr/>
              <w:sdtContent>
                <w:r>
                  <w:rPr>
                    <w:rFonts w:eastAsia="Arial"/>
                    <w:color w:val="555555"/>
                  </w:rPr>
                  <w:t>Click or tap to type</w:t>
                </w:r>
              </w:sdtContent>
            </w:sdt>
          </w:p>
        </w:tc>
        <w:tc>
          <w:tcPr>
            <w:tcW w:w="2035" w:type="dxa"/>
          </w:tcPr>
          <w:p w14:paraId="129C51DC" w14:textId="77777777" w:rsidR="001C7FD1" w:rsidRDefault="003F5285">
            <w:pPr>
              <w:spacing w:after="0" w:line="240" w:lineRule="auto"/>
            </w:pPr>
            <w:sdt>
              <w:sdtPr>
                <w:alias w:val="T718"/>
                <w:tag w:val="T718"/>
                <w:id w:val="100718"/>
                <w:text/>
              </w:sdtPr>
              <w:sdtEndPr/>
              <w:sdtContent>
                <w:r>
                  <w:rPr>
                    <w:rFonts w:eastAsia="Arial"/>
                    <w:color w:val="555555"/>
                  </w:rPr>
                  <w:t>Click or tap to type</w:t>
                </w:r>
              </w:sdtContent>
            </w:sdt>
          </w:p>
        </w:tc>
        <w:tc>
          <w:tcPr>
            <w:tcW w:w="2035" w:type="dxa"/>
          </w:tcPr>
          <w:p w14:paraId="11FD2FEE" w14:textId="77777777" w:rsidR="001C7FD1" w:rsidRDefault="003F5285">
            <w:pPr>
              <w:spacing w:after="0" w:line="240" w:lineRule="auto"/>
            </w:pPr>
            <w:sdt>
              <w:sdtPr>
                <w:alias w:val="T719"/>
                <w:tag w:val="T719"/>
                <w:id w:val="100719"/>
                <w:text/>
              </w:sdtPr>
              <w:sdtEndPr/>
              <w:sdtContent>
                <w:r>
                  <w:rPr>
                    <w:rFonts w:eastAsia="Arial"/>
                    <w:color w:val="555555"/>
                  </w:rPr>
                  <w:t>Click or tap to type</w:t>
                </w:r>
              </w:sdtContent>
            </w:sdt>
          </w:p>
        </w:tc>
      </w:tr>
      <w:tr w:rsidR="001C7FD1" w14:paraId="0874C1A2" w14:textId="77777777">
        <w:trPr>
          <w:cantSplit/>
        </w:trPr>
        <w:tc>
          <w:tcPr>
            <w:tcW w:w="1500" w:type="dxa"/>
            <w:shd w:val="clear" w:color="auto" w:fill="EEECE1"/>
          </w:tcPr>
          <w:p w14:paraId="4507E4A1" w14:textId="77777777" w:rsidR="001C7FD1" w:rsidRDefault="003F5285">
            <w:pPr>
              <w:spacing w:after="0" w:line="240" w:lineRule="auto"/>
            </w:pPr>
            <w:r>
              <w:rPr>
                <w:rFonts w:eastAsia="Arial"/>
                <w:b/>
                <w:color w:val="4B1F26"/>
              </w:rPr>
              <w:t>Saturday</w:t>
            </w:r>
          </w:p>
        </w:tc>
        <w:tc>
          <w:tcPr>
            <w:tcW w:w="2035" w:type="dxa"/>
            <w:shd w:val="clear" w:color="auto" w:fill="F5F4EF"/>
          </w:tcPr>
          <w:p w14:paraId="5ADAC542" w14:textId="77777777" w:rsidR="001C7FD1" w:rsidRDefault="003F5285">
            <w:pPr>
              <w:spacing w:after="0" w:line="240" w:lineRule="auto"/>
            </w:pPr>
            <w:sdt>
              <w:sdtPr>
                <w:alias w:val="T720"/>
                <w:tag w:val="T720"/>
                <w:id w:val="100720"/>
                <w:text/>
              </w:sdtPr>
              <w:sdtEndPr/>
              <w:sdtContent>
                <w:r>
                  <w:rPr>
                    <w:rFonts w:eastAsia="Arial"/>
                    <w:color w:val="555555"/>
                  </w:rPr>
                  <w:t>Click or tap to type</w:t>
                </w:r>
              </w:sdtContent>
            </w:sdt>
          </w:p>
        </w:tc>
        <w:tc>
          <w:tcPr>
            <w:tcW w:w="2035" w:type="dxa"/>
            <w:shd w:val="clear" w:color="auto" w:fill="F5F4EF"/>
          </w:tcPr>
          <w:p w14:paraId="15CE6DD7" w14:textId="77777777" w:rsidR="001C7FD1" w:rsidRDefault="003F5285">
            <w:pPr>
              <w:spacing w:after="0" w:line="240" w:lineRule="auto"/>
            </w:pPr>
            <w:sdt>
              <w:sdtPr>
                <w:alias w:val="T721"/>
                <w:tag w:val="T721"/>
                <w:id w:val="100721"/>
                <w:text/>
              </w:sdtPr>
              <w:sdtEndPr/>
              <w:sdtContent>
                <w:r>
                  <w:rPr>
                    <w:rFonts w:eastAsia="Arial"/>
                    <w:color w:val="555555"/>
                  </w:rPr>
                  <w:t>Click or tap to type</w:t>
                </w:r>
              </w:sdtContent>
            </w:sdt>
          </w:p>
        </w:tc>
        <w:tc>
          <w:tcPr>
            <w:tcW w:w="2035" w:type="dxa"/>
            <w:shd w:val="clear" w:color="auto" w:fill="F5F4EF"/>
          </w:tcPr>
          <w:p w14:paraId="2B58840F" w14:textId="77777777" w:rsidR="001C7FD1" w:rsidRDefault="003F5285">
            <w:pPr>
              <w:spacing w:after="0" w:line="240" w:lineRule="auto"/>
            </w:pPr>
            <w:sdt>
              <w:sdtPr>
                <w:alias w:val="T722"/>
                <w:tag w:val="T722"/>
                <w:id w:val="100722"/>
                <w:text/>
              </w:sdtPr>
              <w:sdtEndPr/>
              <w:sdtContent>
                <w:r>
                  <w:rPr>
                    <w:rFonts w:eastAsia="Arial"/>
                    <w:color w:val="555555"/>
                  </w:rPr>
                  <w:t>Click or tap to type</w:t>
                </w:r>
              </w:sdtContent>
            </w:sdt>
          </w:p>
        </w:tc>
        <w:tc>
          <w:tcPr>
            <w:tcW w:w="2035" w:type="dxa"/>
            <w:shd w:val="clear" w:color="auto" w:fill="F5F4EF"/>
          </w:tcPr>
          <w:p w14:paraId="7DCEFAB4" w14:textId="77777777" w:rsidR="001C7FD1" w:rsidRDefault="003F5285">
            <w:pPr>
              <w:spacing w:after="0" w:line="240" w:lineRule="auto"/>
            </w:pPr>
            <w:sdt>
              <w:sdtPr>
                <w:alias w:val="T723"/>
                <w:tag w:val="T723"/>
                <w:id w:val="100723"/>
                <w:text/>
              </w:sdtPr>
              <w:sdtEndPr/>
              <w:sdtContent>
                <w:r>
                  <w:rPr>
                    <w:rFonts w:eastAsia="Arial"/>
                    <w:color w:val="555555"/>
                  </w:rPr>
                  <w:t>Click or tap to type</w:t>
                </w:r>
              </w:sdtContent>
            </w:sdt>
          </w:p>
        </w:tc>
      </w:tr>
      <w:tr w:rsidR="001C7FD1" w14:paraId="281417CB" w14:textId="77777777">
        <w:trPr>
          <w:cantSplit/>
        </w:trPr>
        <w:tc>
          <w:tcPr>
            <w:tcW w:w="1500" w:type="dxa"/>
            <w:shd w:val="clear" w:color="auto" w:fill="EEECE1"/>
          </w:tcPr>
          <w:p w14:paraId="0235093F" w14:textId="77777777" w:rsidR="001C7FD1" w:rsidRDefault="003F5285">
            <w:pPr>
              <w:spacing w:after="0" w:line="240" w:lineRule="auto"/>
            </w:pPr>
            <w:r>
              <w:rPr>
                <w:rFonts w:eastAsia="Arial"/>
                <w:b/>
                <w:color w:val="4B1F26"/>
              </w:rPr>
              <w:t>Sunday</w:t>
            </w:r>
          </w:p>
        </w:tc>
        <w:tc>
          <w:tcPr>
            <w:tcW w:w="2035" w:type="dxa"/>
          </w:tcPr>
          <w:p w14:paraId="47B05B80" w14:textId="77777777" w:rsidR="001C7FD1" w:rsidRDefault="003F5285">
            <w:pPr>
              <w:spacing w:after="0" w:line="240" w:lineRule="auto"/>
            </w:pPr>
            <w:sdt>
              <w:sdtPr>
                <w:alias w:val="T724"/>
                <w:tag w:val="T724"/>
                <w:id w:val="100724"/>
                <w:text/>
              </w:sdtPr>
              <w:sdtEndPr/>
              <w:sdtContent>
                <w:r>
                  <w:rPr>
                    <w:rFonts w:eastAsia="Arial"/>
                    <w:color w:val="555555"/>
                  </w:rPr>
                  <w:t>Click or tap to type</w:t>
                </w:r>
              </w:sdtContent>
            </w:sdt>
          </w:p>
        </w:tc>
        <w:tc>
          <w:tcPr>
            <w:tcW w:w="2035" w:type="dxa"/>
          </w:tcPr>
          <w:p w14:paraId="53B31E62" w14:textId="77777777" w:rsidR="001C7FD1" w:rsidRDefault="003F5285">
            <w:pPr>
              <w:spacing w:after="0" w:line="240" w:lineRule="auto"/>
            </w:pPr>
            <w:sdt>
              <w:sdtPr>
                <w:alias w:val="T725"/>
                <w:tag w:val="T725"/>
                <w:id w:val="100725"/>
                <w:text/>
              </w:sdtPr>
              <w:sdtEndPr/>
              <w:sdtContent>
                <w:r>
                  <w:rPr>
                    <w:rFonts w:eastAsia="Arial"/>
                    <w:color w:val="555555"/>
                  </w:rPr>
                  <w:t>Click or tap to type</w:t>
                </w:r>
              </w:sdtContent>
            </w:sdt>
          </w:p>
        </w:tc>
        <w:tc>
          <w:tcPr>
            <w:tcW w:w="2035" w:type="dxa"/>
          </w:tcPr>
          <w:p w14:paraId="19A18120" w14:textId="77777777" w:rsidR="001C7FD1" w:rsidRDefault="003F5285">
            <w:pPr>
              <w:spacing w:after="0" w:line="240" w:lineRule="auto"/>
            </w:pPr>
            <w:sdt>
              <w:sdtPr>
                <w:alias w:val="T726"/>
                <w:tag w:val="T726"/>
                <w:id w:val="100726"/>
                <w:text/>
              </w:sdtPr>
              <w:sdtEndPr/>
              <w:sdtContent>
                <w:r>
                  <w:rPr>
                    <w:rFonts w:eastAsia="Arial"/>
                    <w:color w:val="555555"/>
                  </w:rPr>
                  <w:t>Click or tap to type</w:t>
                </w:r>
              </w:sdtContent>
            </w:sdt>
          </w:p>
        </w:tc>
        <w:tc>
          <w:tcPr>
            <w:tcW w:w="2035" w:type="dxa"/>
          </w:tcPr>
          <w:p w14:paraId="63E37533" w14:textId="77777777" w:rsidR="001C7FD1" w:rsidRDefault="003F5285">
            <w:pPr>
              <w:spacing w:after="0" w:line="240" w:lineRule="auto"/>
            </w:pPr>
            <w:sdt>
              <w:sdtPr>
                <w:alias w:val="T727"/>
                <w:tag w:val="T727"/>
                <w:id w:val="100727"/>
                <w:text/>
              </w:sdtPr>
              <w:sdtEndPr/>
              <w:sdtContent>
                <w:r>
                  <w:rPr>
                    <w:rFonts w:eastAsia="Arial"/>
                    <w:color w:val="555555"/>
                  </w:rPr>
                  <w:t>Click or tap to type</w:t>
                </w:r>
              </w:sdtContent>
            </w:sdt>
          </w:p>
        </w:tc>
      </w:tr>
    </w:tbl>
    <w:p w14:paraId="25E1A0A9" w14:textId="77777777" w:rsidR="001C7FD1" w:rsidRDefault="003F5285">
      <w:pPr>
        <w:pStyle w:val="Heading2"/>
      </w:pPr>
      <w:r>
        <w:t>17.3 Current supports and gaps</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1900"/>
        <w:gridCol w:w="2040"/>
        <w:gridCol w:w="1500"/>
        <w:gridCol w:w="1700"/>
        <w:gridCol w:w="2500"/>
      </w:tblGrid>
      <w:tr w:rsidR="001C7FD1" w14:paraId="2258570D" w14:textId="77777777">
        <w:trPr>
          <w:tblHeader/>
        </w:trPr>
        <w:tc>
          <w:tcPr>
            <w:tcW w:w="1900" w:type="dxa"/>
            <w:shd w:val="clear" w:color="auto" w:fill="4B1F26"/>
            <w:tcMar>
              <w:top w:w="90" w:type="dxa"/>
              <w:left w:w="120" w:type="dxa"/>
              <w:bottom w:w="90" w:type="dxa"/>
              <w:right w:w="120" w:type="dxa"/>
            </w:tcMar>
            <w:vAlign w:val="center"/>
          </w:tcPr>
          <w:p w14:paraId="5BDD4C09" w14:textId="77777777" w:rsidR="001C7FD1" w:rsidRDefault="003F5285">
            <w:pPr>
              <w:spacing w:after="0" w:line="240" w:lineRule="auto"/>
            </w:pPr>
            <w:r>
              <w:rPr>
                <w:rFonts w:eastAsia="Arial"/>
                <w:b/>
                <w:color w:val="FFFFFF"/>
              </w:rPr>
              <w:t>Support / service</w:t>
            </w:r>
          </w:p>
        </w:tc>
        <w:tc>
          <w:tcPr>
            <w:tcW w:w="2040" w:type="dxa"/>
            <w:shd w:val="clear" w:color="auto" w:fill="4B1F26"/>
            <w:tcMar>
              <w:top w:w="90" w:type="dxa"/>
              <w:left w:w="120" w:type="dxa"/>
              <w:bottom w:w="90" w:type="dxa"/>
              <w:right w:w="120" w:type="dxa"/>
            </w:tcMar>
            <w:vAlign w:val="center"/>
          </w:tcPr>
          <w:p w14:paraId="53BACA89" w14:textId="77777777" w:rsidR="001C7FD1" w:rsidRDefault="003F5285">
            <w:pPr>
              <w:spacing w:after="0" w:line="240" w:lineRule="auto"/>
            </w:pPr>
            <w:r>
              <w:rPr>
                <w:rFonts w:eastAsia="Arial"/>
                <w:b/>
                <w:color w:val="FFFFFF"/>
              </w:rPr>
              <w:t>Provider or person</w:t>
            </w:r>
          </w:p>
        </w:tc>
        <w:tc>
          <w:tcPr>
            <w:tcW w:w="1500" w:type="dxa"/>
            <w:shd w:val="clear" w:color="auto" w:fill="4B1F26"/>
            <w:tcMar>
              <w:top w:w="90" w:type="dxa"/>
              <w:left w:w="120" w:type="dxa"/>
              <w:bottom w:w="90" w:type="dxa"/>
              <w:right w:w="120" w:type="dxa"/>
            </w:tcMar>
            <w:vAlign w:val="center"/>
          </w:tcPr>
          <w:p w14:paraId="3FF8DEBC" w14:textId="77777777" w:rsidR="001C7FD1" w:rsidRDefault="003F5285">
            <w:pPr>
              <w:spacing w:after="0" w:line="240" w:lineRule="auto"/>
            </w:pPr>
            <w:r>
              <w:rPr>
                <w:rFonts w:eastAsia="Arial"/>
                <w:b/>
                <w:color w:val="FFFFFF"/>
              </w:rPr>
              <w:t>Frequency</w:t>
            </w:r>
          </w:p>
        </w:tc>
        <w:tc>
          <w:tcPr>
            <w:tcW w:w="1700" w:type="dxa"/>
            <w:shd w:val="clear" w:color="auto" w:fill="4B1F26"/>
            <w:tcMar>
              <w:top w:w="90" w:type="dxa"/>
              <w:left w:w="120" w:type="dxa"/>
              <w:bottom w:w="90" w:type="dxa"/>
              <w:right w:w="120" w:type="dxa"/>
            </w:tcMar>
            <w:vAlign w:val="center"/>
          </w:tcPr>
          <w:p w14:paraId="49859A87" w14:textId="77777777" w:rsidR="001C7FD1" w:rsidRDefault="003F5285">
            <w:pPr>
              <w:spacing w:after="0" w:line="240" w:lineRule="auto"/>
            </w:pPr>
            <w:r>
              <w:rPr>
                <w:rFonts w:eastAsia="Arial"/>
                <w:b/>
                <w:color w:val="FFFFFF"/>
              </w:rPr>
              <w:t>Current status</w:t>
            </w:r>
          </w:p>
        </w:tc>
        <w:tc>
          <w:tcPr>
            <w:tcW w:w="2500" w:type="dxa"/>
            <w:shd w:val="clear" w:color="auto" w:fill="4B1F26"/>
            <w:tcMar>
              <w:top w:w="90" w:type="dxa"/>
              <w:left w:w="120" w:type="dxa"/>
              <w:bottom w:w="90" w:type="dxa"/>
              <w:right w:w="120" w:type="dxa"/>
            </w:tcMar>
            <w:vAlign w:val="center"/>
          </w:tcPr>
          <w:p w14:paraId="25860AC8" w14:textId="77777777" w:rsidR="001C7FD1" w:rsidRDefault="003F5285">
            <w:pPr>
              <w:spacing w:after="0" w:line="240" w:lineRule="auto"/>
            </w:pPr>
            <w:r>
              <w:rPr>
                <w:rFonts w:eastAsia="Arial"/>
                <w:b/>
                <w:color w:val="FFFFFF"/>
              </w:rPr>
              <w:t>What is working, missing or needed</w:t>
            </w:r>
          </w:p>
        </w:tc>
      </w:tr>
      <w:tr w:rsidR="001C7FD1" w14:paraId="2C3D9BF3" w14:textId="77777777">
        <w:trPr>
          <w:cantSplit/>
        </w:trPr>
        <w:tc>
          <w:tcPr>
            <w:tcW w:w="1900" w:type="dxa"/>
          </w:tcPr>
          <w:p w14:paraId="321050A3" w14:textId="77777777" w:rsidR="001C7FD1" w:rsidRDefault="003F5285">
            <w:pPr>
              <w:spacing w:after="0" w:line="240" w:lineRule="auto"/>
            </w:pPr>
            <w:sdt>
              <w:sdtPr>
                <w:alias w:val="T728"/>
                <w:tag w:val="T728"/>
                <w:id w:val="100728"/>
                <w:text/>
              </w:sdtPr>
              <w:sdtEndPr/>
              <w:sdtContent>
                <w:r>
                  <w:rPr>
                    <w:rFonts w:eastAsia="Arial"/>
                    <w:color w:val="555555"/>
                  </w:rPr>
                  <w:t>Click or tap to type</w:t>
                </w:r>
              </w:sdtContent>
            </w:sdt>
          </w:p>
        </w:tc>
        <w:tc>
          <w:tcPr>
            <w:tcW w:w="2040" w:type="dxa"/>
          </w:tcPr>
          <w:p w14:paraId="36F2388F" w14:textId="77777777" w:rsidR="001C7FD1" w:rsidRDefault="003F5285">
            <w:pPr>
              <w:spacing w:after="0" w:line="240" w:lineRule="auto"/>
            </w:pPr>
            <w:sdt>
              <w:sdtPr>
                <w:alias w:val="T729"/>
                <w:tag w:val="T729"/>
                <w:id w:val="100729"/>
                <w:text/>
              </w:sdtPr>
              <w:sdtEndPr/>
              <w:sdtContent>
                <w:r>
                  <w:rPr>
                    <w:rFonts w:eastAsia="Arial"/>
                    <w:color w:val="555555"/>
                  </w:rPr>
                  <w:t>Click or tap to type</w:t>
                </w:r>
              </w:sdtContent>
            </w:sdt>
          </w:p>
        </w:tc>
        <w:tc>
          <w:tcPr>
            <w:tcW w:w="1500" w:type="dxa"/>
          </w:tcPr>
          <w:p w14:paraId="05709A66" w14:textId="77777777" w:rsidR="001C7FD1" w:rsidRDefault="003F5285">
            <w:pPr>
              <w:spacing w:after="0" w:line="240" w:lineRule="auto"/>
            </w:pPr>
            <w:sdt>
              <w:sdtPr>
                <w:alias w:val="T730"/>
                <w:tag w:val="T730"/>
                <w:id w:val="100730"/>
                <w:text/>
              </w:sdtPr>
              <w:sdtEndPr/>
              <w:sdtContent>
                <w:r>
                  <w:rPr>
                    <w:rFonts w:eastAsia="Arial"/>
                    <w:color w:val="555555"/>
                  </w:rPr>
                  <w:t>Click or tap to type</w:t>
                </w:r>
              </w:sdtContent>
            </w:sdt>
          </w:p>
        </w:tc>
        <w:tc>
          <w:tcPr>
            <w:tcW w:w="1700" w:type="dxa"/>
          </w:tcPr>
          <w:p w14:paraId="4BDFE35E" w14:textId="77777777" w:rsidR="001C7FD1" w:rsidRDefault="003F5285">
            <w:pPr>
              <w:spacing w:after="0" w:line="240" w:lineRule="auto"/>
            </w:pPr>
            <w:sdt>
              <w:sdtPr>
                <w:alias w:val="T731"/>
                <w:tag w:val="T731"/>
                <w:id w:val="100731"/>
                <w:text/>
              </w:sdtPr>
              <w:sdtEndPr/>
              <w:sdtContent>
                <w:r>
                  <w:rPr>
                    <w:rFonts w:eastAsia="Arial"/>
                    <w:color w:val="555555"/>
                  </w:rPr>
                  <w:t>Click or tap to type</w:t>
                </w:r>
              </w:sdtContent>
            </w:sdt>
          </w:p>
        </w:tc>
        <w:tc>
          <w:tcPr>
            <w:tcW w:w="2500" w:type="dxa"/>
          </w:tcPr>
          <w:p w14:paraId="67225C58" w14:textId="77777777" w:rsidR="001C7FD1" w:rsidRDefault="003F5285">
            <w:pPr>
              <w:spacing w:after="0" w:line="240" w:lineRule="auto"/>
            </w:pPr>
            <w:sdt>
              <w:sdtPr>
                <w:alias w:val="T732"/>
                <w:tag w:val="T732"/>
                <w:id w:val="100732"/>
                <w:text/>
              </w:sdtPr>
              <w:sdtEndPr/>
              <w:sdtContent>
                <w:r>
                  <w:rPr>
                    <w:rFonts w:eastAsia="Arial"/>
                    <w:color w:val="555555"/>
                  </w:rPr>
                  <w:t>Click or tap to type</w:t>
                </w:r>
              </w:sdtContent>
            </w:sdt>
          </w:p>
        </w:tc>
      </w:tr>
      <w:tr w:rsidR="001C7FD1" w14:paraId="4E58C814" w14:textId="77777777">
        <w:trPr>
          <w:cantSplit/>
        </w:trPr>
        <w:tc>
          <w:tcPr>
            <w:tcW w:w="1900" w:type="dxa"/>
          </w:tcPr>
          <w:p w14:paraId="5294760B" w14:textId="77777777" w:rsidR="001C7FD1" w:rsidRDefault="003F5285">
            <w:pPr>
              <w:spacing w:after="0" w:line="240" w:lineRule="auto"/>
            </w:pPr>
            <w:sdt>
              <w:sdtPr>
                <w:alias w:val="T733"/>
                <w:tag w:val="T733"/>
                <w:id w:val="100733"/>
                <w:text/>
              </w:sdtPr>
              <w:sdtEndPr/>
              <w:sdtContent>
                <w:r>
                  <w:rPr>
                    <w:rFonts w:eastAsia="Arial"/>
                    <w:color w:val="555555"/>
                  </w:rPr>
                  <w:t>Click or tap to type</w:t>
                </w:r>
              </w:sdtContent>
            </w:sdt>
          </w:p>
        </w:tc>
        <w:tc>
          <w:tcPr>
            <w:tcW w:w="2040" w:type="dxa"/>
          </w:tcPr>
          <w:p w14:paraId="248169C0" w14:textId="77777777" w:rsidR="001C7FD1" w:rsidRDefault="003F5285">
            <w:pPr>
              <w:spacing w:after="0" w:line="240" w:lineRule="auto"/>
            </w:pPr>
            <w:sdt>
              <w:sdtPr>
                <w:alias w:val="T734"/>
                <w:tag w:val="T734"/>
                <w:id w:val="100734"/>
                <w:text/>
              </w:sdtPr>
              <w:sdtEndPr/>
              <w:sdtContent>
                <w:r>
                  <w:rPr>
                    <w:rFonts w:eastAsia="Arial"/>
                    <w:color w:val="555555"/>
                  </w:rPr>
                  <w:t>Click or tap to type</w:t>
                </w:r>
              </w:sdtContent>
            </w:sdt>
          </w:p>
        </w:tc>
        <w:tc>
          <w:tcPr>
            <w:tcW w:w="1500" w:type="dxa"/>
          </w:tcPr>
          <w:p w14:paraId="13C2B7DB" w14:textId="77777777" w:rsidR="001C7FD1" w:rsidRDefault="003F5285">
            <w:pPr>
              <w:spacing w:after="0" w:line="240" w:lineRule="auto"/>
            </w:pPr>
            <w:sdt>
              <w:sdtPr>
                <w:alias w:val="T735"/>
                <w:tag w:val="T735"/>
                <w:id w:val="100735"/>
                <w:text/>
              </w:sdtPr>
              <w:sdtEndPr/>
              <w:sdtContent>
                <w:r>
                  <w:rPr>
                    <w:rFonts w:eastAsia="Arial"/>
                    <w:color w:val="555555"/>
                  </w:rPr>
                  <w:t>Click or tap to type</w:t>
                </w:r>
              </w:sdtContent>
            </w:sdt>
          </w:p>
        </w:tc>
        <w:tc>
          <w:tcPr>
            <w:tcW w:w="1700" w:type="dxa"/>
          </w:tcPr>
          <w:p w14:paraId="3013FC84" w14:textId="77777777" w:rsidR="001C7FD1" w:rsidRDefault="003F5285">
            <w:pPr>
              <w:spacing w:after="0" w:line="240" w:lineRule="auto"/>
            </w:pPr>
            <w:sdt>
              <w:sdtPr>
                <w:alias w:val="T736"/>
                <w:tag w:val="T736"/>
                <w:id w:val="100736"/>
                <w:text/>
              </w:sdtPr>
              <w:sdtEndPr/>
              <w:sdtContent>
                <w:r>
                  <w:rPr>
                    <w:rFonts w:eastAsia="Arial"/>
                    <w:color w:val="555555"/>
                  </w:rPr>
                  <w:t>Click or tap to type</w:t>
                </w:r>
              </w:sdtContent>
            </w:sdt>
          </w:p>
        </w:tc>
        <w:tc>
          <w:tcPr>
            <w:tcW w:w="2500" w:type="dxa"/>
          </w:tcPr>
          <w:p w14:paraId="09CB1106" w14:textId="77777777" w:rsidR="001C7FD1" w:rsidRDefault="003F5285">
            <w:pPr>
              <w:spacing w:after="0" w:line="240" w:lineRule="auto"/>
            </w:pPr>
            <w:sdt>
              <w:sdtPr>
                <w:alias w:val="T737"/>
                <w:tag w:val="T737"/>
                <w:id w:val="100737"/>
                <w:text/>
              </w:sdtPr>
              <w:sdtEndPr/>
              <w:sdtContent>
                <w:r>
                  <w:rPr>
                    <w:rFonts w:eastAsia="Arial"/>
                    <w:color w:val="555555"/>
                  </w:rPr>
                  <w:t>Click or tap to type</w:t>
                </w:r>
              </w:sdtContent>
            </w:sdt>
          </w:p>
        </w:tc>
      </w:tr>
      <w:tr w:rsidR="001C7FD1" w14:paraId="2BB93197" w14:textId="77777777">
        <w:trPr>
          <w:cantSplit/>
        </w:trPr>
        <w:tc>
          <w:tcPr>
            <w:tcW w:w="1900" w:type="dxa"/>
          </w:tcPr>
          <w:p w14:paraId="3F008A3F" w14:textId="77777777" w:rsidR="001C7FD1" w:rsidRDefault="003F5285">
            <w:pPr>
              <w:spacing w:after="0" w:line="240" w:lineRule="auto"/>
            </w:pPr>
            <w:sdt>
              <w:sdtPr>
                <w:alias w:val="T738"/>
                <w:tag w:val="T738"/>
                <w:id w:val="100738"/>
                <w:text/>
              </w:sdtPr>
              <w:sdtEndPr/>
              <w:sdtContent>
                <w:r>
                  <w:rPr>
                    <w:rFonts w:eastAsia="Arial"/>
                    <w:color w:val="555555"/>
                  </w:rPr>
                  <w:t>Click or tap to type</w:t>
                </w:r>
              </w:sdtContent>
            </w:sdt>
          </w:p>
        </w:tc>
        <w:tc>
          <w:tcPr>
            <w:tcW w:w="2040" w:type="dxa"/>
          </w:tcPr>
          <w:p w14:paraId="12C46AB5" w14:textId="77777777" w:rsidR="001C7FD1" w:rsidRDefault="003F5285">
            <w:pPr>
              <w:spacing w:after="0" w:line="240" w:lineRule="auto"/>
            </w:pPr>
            <w:sdt>
              <w:sdtPr>
                <w:alias w:val="T739"/>
                <w:tag w:val="T739"/>
                <w:id w:val="100739"/>
                <w:text/>
              </w:sdtPr>
              <w:sdtEndPr/>
              <w:sdtContent>
                <w:r>
                  <w:rPr>
                    <w:rFonts w:eastAsia="Arial"/>
                    <w:color w:val="555555"/>
                  </w:rPr>
                  <w:t>Click or tap to type</w:t>
                </w:r>
              </w:sdtContent>
            </w:sdt>
          </w:p>
        </w:tc>
        <w:tc>
          <w:tcPr>
            <w:tcW w:w="1500" w:type="dxa"/>
          </w:tcPr>
          <w:p w14:paraId="143E50BD" w14:textId="77777777" w:rsidR="001C7FD1" w:rsidRDefault="003F5285">
            <w:pPr>
              <w:spacing w:after="0" w:line="240" w:lineRule="auto"/>
            </w:pPr>
            <w:sdt>
              <w:sdtPr>
                <w:alias w:val="T740"/>
                <w:tag w:val="T740"/>
                <w:id w:val="100740"/>
                <w:text/>
              </w:sdtPr>
              <w:sdtEndPr/>
              <w:sdtContent>
                <w:r>
                  <w:rPr>
                    <w:rFonts w:eastAsia="Arial"/>
                    <w:color w:val="555555"/>
                  </w:rPr>
                  <w:t>Click or tap to type</w:t>
                </w:r>
              </w:sdtContent>
            </w:sdt>
          </w:p>
        </w:tc>
        <w:tc>
          <w:tcPr>
            <w:tcW w:w="1700" w:type="dxa"/>
          </w:tcPr>
          <w:p w14:paraId="35AC11DE" w14:textId="77777777" w:rsidR="001C7FD1" w:rsidRDefault="003F5285">
            <w:pPr>
              <w:spacing w:after="0" w:line="240" w:lineRule="auto"/>
            </w:pPr>
            <w:sdt>
              <w:sdtPr>
                <w:alias w:val="T741"/>
                <w:tag w:val="T741"/>
                <w:id w:val="100741"/>
                <w:text/>
              </w:sdtPr>
              <w:sdtEndPr/>
              <w:sdtContent>
                <w:r>
                  <w:rPr>
                    <w:rFonts w:eastAsia="Arial"/>
                    <w:color w:val="555555"/>
                  </w:rPr>
                  <w:t>Click or tap to type</w:t>
                </w:r>
              </w:sdtContent>
            </w:sdt>
          </w:p>
        </w:tc>
        <w:tc>
          <w:tcPr>
            <w:tcW w:w="2500" w:type="dxa"/>
          </w:tcPr>
          <w:p w14:paraId="253635C3" w14:textId="77777777" w:rsidR="001C7FD1" w:rsidRDefault="003F5285">
            <w:pPr>
              <w:spacing w:after="0" w:line="240" w:lineRule="auto"/>
            </w:pPr>
            <w:sdt>
              <w:sdtPr>
                <w:alias w:val="T742"/>
                <w:tag w:val="T742"/>
                <w:id w:val="100742"/>
                <w:text/>
              </w:sdtPr>
              <w:sdtEndPr/>
              <w:sdtContent>
                <w:r>
                  <w:rPr>
                    <w:rFonts w:eastAsia="Arial"/>
                    <w:color w:val="555555"/>
                  </w:rPr>
                  <w:t>Click or tap to type</w:t>
                </w:r>
              </w:sdtContent>
            </w:sdt>
          </w:p>
        </w:tc>
      </w:tr>
      <w:tr w:rsidR="001C7FD1" w14:paraId="6B06AE5D" w14:textId="77777777">
        <w:trPr>
          <w:cantSplit/>
        </w:trPr>
        <w:tc>
          <w:tcPr>
            <w:tcW w:w="1900" w:type="dxa"/>
          </w:tcPr>
          <w:p w14:paraId="7AB026B9" w14:textId="77777777" w:rsidR="001C7FD1" w:rsidRDefault="003F5285">
            <w:pPr>
              <w:spacing w:after="0" w:line="240" w:lineRule="auto"/>
            </w:pPr>
            <w:sdt>
              <w:sdtPr>
                <w:alias w:val="T743"/>
                <w:tag w:val="T743"/>
                <w:id w:val="100743"/>
                <w:text/>
              </w:sdtPr>
              <w:sdtEndPr/>
              <w:sdtContent>
                <w:r>
                  <w:rPr>
                    <w:rFonts w:eastAsia="Arial"/>
                    <w:color w:val="555555"/>
                  </w:rPr>
                  <w:t>Click or tap to type</w:t>
                </w:r>
              </w:sdtContent>
            </w:sdt>
          </w:p>
        </w:tc>
        <w:tc>
          <w:tcPr>
            <w:tcW w:w="2040" w:type="dxa"/>
          </w:tcPr>
          <w:p w14:paraId="52CA823D" w14:textId="77777777" w:rsidR="001C7FD1" w:rsidRDefault="003F5285">
            <w:pPr>
              <w:spacing w:after="0" w:line="240" w:lineRule="auto"/>
            </w:pPr>
            <w:sdt>
              <w:sdtPr>
                <w:alias w:val="T744"/>
                <w:tag w:val="T744"/>
                <w:id w:val="100744"/>
                <w:text/>
              </w:sdtPr>
              <w:sdtEndPr/>
              <w:sdtContent>
                <w:r>
                  <w:rPr>
                    <w:rFonts w:eastAsia="Arial"/>
                    <w:color w:val="555555"/>
                  </w:rPr>
                  <w:t>Click or tap to type</w:t>
                </w:r>
              </w:sdtContent>
            </w:sdt>
          </w:p>
        </w:tc>
        <w:tc>
          <w:tcPr>
            <w:tcW w:w="1500" w:type="dxa"/>
          </w:tcPr>
          <w:p w14:paraId="3DF341E4" w14:textId="77777777" w:rsidR="001C7FD1" w:rsidRDefault="003F5285">
            <w:pPr>
              <w:spacing w:after="0" w:line="240" w:lineRule="auto"/>
            </w:pPr>
            <w:sdt>
              <w:sdtPr>
                <w:alias w:val="T745"/>
                <w:tag w:val="T745"/>
                <w:id w:val="100745"/>
                <w:text/>
              </w:sdtPr>
              <w:sdtEndPr/>
              <w:sdtContent>
                <w:r>
                  <w:rPr>
                    <w:rFonts w:eastAsia="Arial"/>
                    <w:color w:val="555555"/>
                  </w:rPr>
                  <w:t>Click or tap to type</w:t>
                </w:r>
              </w:sdtContent>
            </w:sdt>
          </w:p>
        </w:tc>
        <w:tc>
          <w:tcPr>
            <w:tcW w:w="1700" w:type="dxa"/>
          </w:tcPr>
          <w:p w14:paraId="3833989A" w14:textId="77777777" w:rsidR="001C7FD1" w:rsidRDefault="003F5285">
            <w:pPr>
              <w:spacing w:after="0" w:line="240" w:lineRule="auto"/>
            </w:pPr>
            <w:sdt>
              <w:sdtPr>
                <w:alias w:val="T746"/>
                <w:tag w:val="T746"/>
                <w:id w:val="100746"/>
                <w:text/>
              </w:sdtPr>
              <w:sdtEndPr/>
              <w:sdtContent>
                <w:r>
                  <w:rPr>
                    <w:rFonts w:eastAsia="Arial"/>
                    <w:color w:val="555555"/>
                  </w:rPr>
                  <w:t>Click or tap to type</w:t>
                </w:r>
              </w:sdtContent>
            </w:sdt>
          </w:p>
        </w:tc>
        <w:tc>
          <w:tcPr>
            <w:tcW w:w="2500" w:type="dxa"/>
          </w:tcPr>
          <w:p w14:paraId="2E721E71" w14:textId="77777777" w:rsidR="001C7FD1" w:rsidRDefault="003F5285">
            <w:pPr>
              <w:spacing w:after="0" w:line="240" w:lineRule="auto"/>
            </w:pPr>
            <w:sdt>
              <w:sdtPr>
                <w:alias w:val="T747"/>
                <w:tag w:val="T747"/>
                <w:id w:val="100747"/>
                <w:text/>
              </w:sdtPr>
              <w:sdtEndPr/>
              <w:sdtContent>
                <w:r>
                  <w:rPr>
                    <w:rFonts w:eastAsia="Arial"/>
                    <w:color w:val="555555"/>
                  </w:rPr>
                  <w:t>Click or tap to type</w:t>
                </w:r>
              </w:sdtContent>
            </w:sdt>
          </w:p>
        </w:tc>
      </w:tr>
      <w:tr w:rsidR="001C7FD1" w14:paraId="46634300" w14:textId="77777777">
        <w:trPr>
          <w:cantSplit/>
        </w:trPr>
        <w:tc>
          <w:tcPr>
            <w:tcW w:w="1900" w:type="dxa"/>
          </w:tcPr>
          <w:p w14:paraId="7A5C1367" w14:textId="77777777" w:rsidR="001C7FD1" w:rsidRDefault="003F5285">
            <w:pPr>
              <w:spacing w:after="0" w:line="240" w:lineRule="auto"/>
            </w:pPr>
            <w:sdt>
              <w:sdtPr>
                <w:alias w:val="T748"/>
                <w:tag w:val="T748"/>
                <w:id w:val="100748"/>
                <w:text/>
              </w:sdtPr>
              <w:sdtEndPr/>
              <w:sdtContent>
                <w:r>
                  <w:rPr>
                    <w:rFonts w:eastAsia="Arial"/>
                    <w:color w:val="555555"/>
                  </w:rPr>
                  <w:t>Click or tap to type</w:t>
                </w:r>
              </w:sdtContent>
            </w:sdt>
          </w:p>
        </w:tc>
        <w:tc>
          <w:tcPr>
            <w:tcW w:w="2040" w:type="dxa"/>
          </w:tcPr>
          <w:p w14:paraId="39614CBB" w14:textId="77777777" w:rsidR="001C7FD1" w:rsidRDefault="003F5285">
            <w:pPr>
              <w:spacing w:after="0" w:line="240" w:lineRule="auto"/>
            </w:pPr>
            <w:sdt>
              <w:sdtPr>
                <w:alias w:val="T749"/>
                <w:tag w:val="T749"/>
                <w:id w:val="100749"/>
                <w:text/>
              </w:sdtPr>
              <w:sdtEndPr/>
              <w:sdtContent>
                <w:r>
                  <w:rPr>
                    <w:rFonts w:eastAsia="Arial"/>
                    <w:color w:val="555555"/>
                  </w:rPr>
                  <w:t>Click or tap to type</w:t>
                </w:r>
              </w:sdtContent>
            </w:sdt>
          </w:p>
        </w:tc>
        <w:tc>
          <w:tcPr>
            <w:tcW w:w="1500" w:type="dxa"/>
          </w:tcPr>
          <w:p w14:paraId="64C97494" w14:textId="77777777" w:rsidR="001C7FD1" w:rsidRDefault="003F5285">
            <w:pPr>
              <w:spacing w:after="0" w:line="240" w:lineRule="auto"/>
            </w:pPr>
            <w:sdt>
              <w:sdtPr>
                <w:alias w:val="T750"/>
                <w:tag w:val="T750"/>
                <w:id w:val="100750"/>
                <w:text/>
              </w:sdtPr>
              <w:sdtEndPr/>
              <w:sdtContent>
                <w:r>
                  <w:rPr>
                    <w:rFonts w:eastAsia="Arial"/>
                    <w:color w:val="555555"/>
                  </w:rPr>
                  <w:t>Click or tap to type</w:t>
                </w:r>
              </w:sdtContent>
            </w:sdt>
          </w:p>
        </w:tc>
        <w:tc>
          <w:tcPr>
            <w:tcW w:w="1700" w:type="dxa"/>
          </w:tcPr>
          <w:p w14:paraId="1F8A3905" w14:textId="77777777" w:rsidR="001C7FD1" w:rsidRDefault="003F5285">
            <w:pPr>
              <w:spacing w:after="0" w:line="240" w:lineRule="auto"/>
            </w:pPr>
            <w:sdt>
              <w:sdtPr>
                <w:alias w:val="T751"/>
                <w:tag w:val="T751"/>
                <w:id w:val="100751"/>
                <w:text/>
              </w:sdtPr>
              <w:sdtEndPr/>
              <w:sdtContent>
                <w:r>
                  <w:rPr>
                    <w:rFonts w:eastAsia="Arial"/>
                    <w:color w:val="555555"/>
                  </w:rPr>
                  <w:t>Click or tap to type</w:t>
                </w:r>
              </w:sdtContent>
            </w:sdt>
          </w:p>
        </w:tc>
        <w:tc>
          <w:tcPr>
            <w:tcW w:w="2500" w:type="dxa"/>
          </w:tcPr>
          <w:p w14:paraId="14BA33D6" w14:textId="77777777" w:rsidR="001C7FD1" w:rsidRDefault="003F5285">
            <w:pPr>
              <w:spacing w:after="0" w:line="240" w:lineRule="auto"/>
            </w:pPr>
            <w:sdt>
              <w:sdtPr>
                <w:alias w:val="T752"/>
                <w:tag w:val="T752"/>
                <w:id w:val="100752"/>
                <w:text/>
              </w:sdtPr>
              <w:sdtEndPr/>
              <w:sdtContent>
                <w:r>
                  <w:rPr>
                    <w:rFonts w:eastAsia="Arial"/>
                    <w:color w:val="555555"/>
                  </w:rPr>
                  <w:t>Click or tap to type</w:t>
                </w:r>
              </w:sdtContent>
            </w:sdt>
          </w:p>
        </w:tc>
      </w:tr>
      <w:tr w:rsidR="001C7FD1" w14:paraId="4F92A6B7" w14:textId="77777777">
        <w:trPr>
          <w:cantSplit/>
        </w:trPr>
        <w:tc>
          <w:tcPr>
            <w:tcW w:w="1900" w:type="dxa"/>
          </w:tcPr>
          <w:p w14:paraId="690E41EC" w14:textId="77777777" w:rsidR="001C7FD1" w:rsidRDefault="003F5285">
            <w:pPr>
              <w:spacing w:after="0" w:line="240" w:lineRule="auto"/>
            </w:pPr>
            <w:sdt>
              <w:sdtPr>
                <w:alias w:val="T753"/>
                <w:tag w:val="T753"/>
                <w:id w:val="100753"/>
                <w:text/>
              </w:sdtPr>
              <w:sdtEndPr/>
              <w:sdtContent>
                <w:r>
                  <w:rPr>
                    <w:rFonts w:eastAsia="Arial"/>
                    <w:color w:val="555555"/>
                  </w:rPr>
                  <w:t>Click or tap to type</w:t>
                </w:r>
              </w:sdtContent>
            </w:sdt>
          </w:p>
        </w:tc>
        <w:tc>
          <w:tcPr>
            <w:tcW w:w="2040" w:type="dxa"/>
          </w:tcPr>
          <w:p w14:paraId="6303DC4A" w14:textId="77777777" w:rsidR="001C7FD1" w:rsidRDefault="003F5285">
            <w:pPr>
              <w:spacing w:after="0" w:line="240" w:lineRule="auto"/>
            </w:pPr>
            <w:sdt>
              <w:sdtPr>
                <w:alias w:val="T754"/>
                <w:tag w:val="T754"/>
                <w:id w:val="100754"/>
                <w:text/>
              </w:sdtPr>
              <w:sdtEndPr/>
              <w:sdtContent>
                <w:r>
                  <w:rPr>
                    <w:rFonts w:eastAsia="Arial"/>
                    <w:color w:val="555555"/>
                  </w:rPr>
                  <w:t>Click or tap to type</w:t>
                </w:r>
              </w:sdtContent>
            </w:sdt>
          </w:p>
        </w:tc>
        <w:tc>
          <w:tcPr>
            <w:tcW w:w="1500" w:type="dxa"/>
          </w:tcPr>
          <w:p w14:paraId="2626EFC1" w14:textId="77777777" w:rsidR="001C7FD1" w:rsidRDefault="003F5285">
            <w:pPr>
              <w:spacing w:after="0" w:line="240" w:lineRule="auto"/>
            </w:pPr>
            <w:sdt>
              <w:sdtPr>
                <w:alias w:val="T755"/>
                <w:tag w:val="T755"/>
                <w:id w:val="100755"/>
                <w:text/>
              </w:sdtPr>
              <w:sdtEndPr/>
              <w:sdtContent>
                <w:r>
                  <w:rPr>
                    <w:rFonts w:eastAsia="Arial"/>
                    <w:color w:val="555555"/>
                  </w:rPr>
                  <w:t>Click or tap to type</w:t>
                </w:r>
              </w:sdtContent>
            </w:sdt>
          </w:p>
        </w:tc>
        <w:tc>
          <w:tcPr>
            <w:tcW w:w="1700" w:type="dxa"/>
          </w:tcPr>
          <w:p w14:paraId="3EC89608" w14:textId="77777777" w:rsidR="001C7FD1" w:rsidRDefault="003F5285">
            <w:pPr>
              <w:spacing w:after="0" w:line="240" w:lineRule="auto"/>
            </w:pPr>
            <w:sdt>
              <w:sdtPr>
                <w:alias w:val="T756"/>
                <w:tag w:val="T756"/>
                <w:id w:val="100756"/>
                <w:text/>
              </w:sdtPr>
              <w:sdtEndPr/>
              <w:sdtContent>
                <w:r>
                  <w:rPr>
                    <w:rFonts w:eastAsia="Arial"/>
                    <w:color w:val="555555"/>
                  </w:rPr>
                  <w:t>Click or tap to type</w:t>
                </w:r>
              </w:sdtContent>
            </w:sdt>
          </w:p>
        </w:tc>
        <w:tc>
          <w:tcPr>
            <w:tcW w:w="2500" w:type="dxa"/>
          </w:tcPr>
          <w:p w14:paraId="30307F5C" w14:textId="77777777" w:rsidR="001C7FD1" w:rsidRDefault="003F5285">
            <w:pPr>
              <w:spacing w:after="0" w:line="240" w:lineRule="auto"/>
            </w:pPr>
            <w:sdt>
              <w:sdtPr>
                <w:alias w:val="T757"/>
                <w:tag w:val="T757"/>
                <w:id w:val="100757"/>
                <w:text/>
              </w:sdtPr>
              <w:sdtEndPr/>
              <w:sdtContent>
                <w:r>
                  <w:rPr>
                    <w:rFonts w:eastAsia="Arial"/>
                    <w:color w:val="555555"/>
                  </w:rPr>
                  <w:t>Click or tap to type</w:t>
                </w:r>
              </w:sdtContent>
            </w:sdt>
          </w:p>
        </w:tc>
      </w:tr>
      <w:tr w:rsidR="001C7FD1" w14:paraId="2DEDD3D7" w14:textId="77777777">
        <w:trPr>
          <w:cantSplit/>
        </w:trPr>
        <w:tc>
          <w:tcPr>
            <w:tcW w:w="1900" w:type="dxa"/>
          </w:tcPr>
          <w:p w14:paraId="4812A075" w14:textId="77777777" w:rsidR="001C7FD1" w:rsidRDefault="003F5285">
            <w:pPr>
              <w:spacing w:after="0" w:line="240" w:lineRule="auto"/>
            </w:pPr>
            <w:sdt>
              <w:sdtPr>
                <w:alias w:val="T758"/>
                <w:tag w:val="T758"/>
                <w:id w:val="100758"/>
                <w:text/>
              </w:sdtPr>
              <w:sdtEndPr/>
              <w:sdtContent>
                <w:r>
                  <w:rPr>
                    <w:rFonts w:eastAsia="Arial"/>
                    <w:color w:val="555555"/>
                  </w:rPr>
                  <w:t>Click or tap to type</w:t>
                </w:r>
              </w:sdtContent>
            </w:sdt>
          </w:p>
        </w:tc>
        <w:tc>
          <w:tcPr>
            <w:tcW w:w="2040" w:type="dxa"/>
          </w:tcPr>
          <w:p w14:paraId="0DA28A83" w14:textId="77777777" w:rsidR="001C7FD1" w:rsidRDefault="003F5285">
            <w:pPr>
              <w:spacing w:after="0" w:line="240" w:lineRule="auto"/>
            </w:pPr>
            <w:sdt>
              <w:sdtPr>
                <w:alias w:val="T759"/>
                <w:tag w:val="T759"/>
                <w:id w:val="100759"/>
                <w:text/>
              </w:sdtPr>
              <w:sdtEndPr/>
              <w:sdtContent>
                <w:r>
                  <w:rPr>
                    <w:rFonts w:eastAsia="Arial"/>
                    <w:color w:val="555555"/>
                  </w:rPr>
                  <w:t>Click or tap to type</w:t>
                </w:r>
              </w:sdtContent>
            </w:sdt>
          </w:p>
        </w:tc>
        <w:tc>
          <w:tcPr>
            <w:tcW w:w="1500" w:type="dxa"/>
          </w:tcPr>
          <w:p w14:paraId="2FA88D8C" w14:textId="77777777" w:rsidR="001C7FD1" w:rsidRDefault="003F5285">
            <w:pPr>
              <w:spacing w:after="0" w:line="240" w:lineRule="auto"/>
            </w:pPr>
            <w:sdt>
              <w:sdtPr>
                <w:alias w:val="T760"/>
                <w:tag w:val="T760"/>
                <w:id w:val="100760"/>
                <w:text/>
              </w:sdtPr>
              <w:sdtEndPr/>
              <w:sdtContent>
                <w:r>
                  <w:rPr>
                    <w:rFonts w:eastAsia="Arial"/>
                    <w:color w:val="555555"/>
                  </w:rPr>
                  <w:t>Click or tap to type</w:t>
                </w:r>
              </w:sdtContent>
            </w:sdt>
          </w:p>
        </w:tc>
        <w:tc>
          <w:tcPr>
            <w:tcW w:w="1700" w:type="dxa"/>
          </w:tcPr>
          <w:p w14:paraId="704AF20C" w14:textId="77777777" w:rsidR="001C7FD1" w:rsidRDefault="003F5285">
            <w:pPr>
              <w:spacing w:after="0" w:line="240" w:lineRule="auto"/>
            </w:pPr>
            <w:sdt>
              <w:sdtPr>
                <w:alias w:val="T761"/>
                <w:tag w:val="T761"/>
                <w:id w:val="100761"/>
                <w:text/>
              </w:sdtPr>
              <w:sdtEndPr/>
              <w:sdtContent>
                <w:r>
                  <w:rPr>
                    <w:rFonts w:eastAsia="Arial"/>
                    <w:color w:val="555555"/>
                  </w:rPr>
                  <w:t>Click or tap to type</w:t>
                </w:r>
              </w:sdtContent>
            </w:sdt>
          </w:p>
        </w:tc>
        <w:tc>
          <w:tcPr>
            <w:tcW w:w="2500" w:type="dxa"/>
          </w:tcPr>
          <w:p w14:paraId="0634AD6D" w14:textId="77777777" w:rsidR="001C7FD1" w:rsidRDefault="003F5285">
            <w:pPr>
              <w:spacing w:after="0" w:line="240" w:lineRule="auto"/>
            </w:pPr>
            <w:sdt>
              <w:sdtPr>
                <w:alias w:val="T762"/>
                <w:tag w:val="T762"/>
                <w:id w:val="100762"/>
                <w:text/>
              </w:sdtPr>
              <w:sdtEndPr/>
              <w:sdtContent>
                <w:r>
                  <w:rPr>
                    <w:rFonts w:eastAsia="Arial"/>
                    <w:color w:val="555555"/>
                  </w:rPr>
                  <w:t>Click or tap to type</w:t>
                </w:r>
              </w:sdtContent>
            </w:sdt>
          </w:p>
        </w:tc>
      </w:tr>
      <w:tr w:rsidR="001C7FD1" w14:paraId="2E35EEC1" w14:textId="77777777">
        <w:trPr>
          <w:cantSplit/>
        </w:trPr>
        <w:tc>
          <w:tcPr>
            <w:tcW w:w="1900" w:type="dxa"/>
          </w:tcPr>
          <w:p w14:paraId="17E49D26" w14:textId="77777777" w:rsidR="001C7FD1" w:rsidRDefault="003F5285">
            <w:pPr>
              <w:spacing w:after="0" w:line="240" w:lineRule="auto"/>
            </w:pPr>
            <w:sdt>
              <w:sdtPr>
                <w:alias w:val="T763"/>
                <w:tag w:val="T763"/>
                <w:id w:val="100763"/>
                <w:text/>
              </w:sdtPr>
              <w:sdtEndPr/>
              <w:sdtContent>
                <w:r>
                  <w:rPr>
                    <w:rFonts w:eastAsia="Arial"/>
                    <w:color w:val="555555"/>
                  </w:rPr>
                  <w:t>Click or tap to type</w:t>
                </w:r>
              </w:sdtContent>
            </w:sdt>
          </w:p>
        </w:tc>
        <w:tc>
          <w:tcPr>
            <w:tcW w:w="2040" w:type="dxa"/>
          </w:tcPr>
          <w:p w14:paraId="386D7D91" w14:textId="77777777" w:rsidR="001C7FD1" w:rsidRDefault="003F5285">
            <w:pPr>
              <w:spacing w:after="0" w:line="240" w:lineRule="auto"/>
            </w:pPr>
            <w:sdt>
              <w:sdtPr>
                <w:alias w:val="T764"/>
                <w:tag w:val="T764"/>
                <w:id w:val="100764"/>
                <w:text/>
              </w:sdtPr>
              <w:sdtEndPr/>
              <w:sdtContent>
                <w:r>
                  <w:rPr>
                    <w:rFonts w:eastAsia="Arial"/>
                    <w:color w:val="555555"/>
                  </w:rPr>
                  <w:t>Click or tap to type</w:t>
                </w:r>
              </w:sdtContent>
            </w:sdt>
          </w:p>
        </w:tc>
        <w:tc>
          <w:tcPr>
            <w:tcW w:w="1500" w:type="dxa"/>
          </w:tcPr>
          <w:p w14:paraId="5B76F772" w14:textId="77777777" w:rsidR="001C7FD1" w:rsidRDefault="003F5285">
            <w:pPr>
              <w:spacing w:after="0" w:line="240" w:lineRule="auto"/>
            </w:pPr>
            <w:sdt>
              <w:sdtPr>
                <w:alias w:val="T765"/>
                <w:tag w:val="T765"/>
                <w:id w:val="100765"/>
                <w:text/>
              </w:sdtPr>
              <w:sdtEndPr/>
              <w:sdtContent>
                <w:r>
                  <w:rPr>
                    <w:rFonts w:eastAsia="Arial"/>
                    <w:color w:val="555555"/>
                  </w:rPr>
                  <w:t>Click or tap to type</w:t>
                </w:r>
              </w:sdtContent>
            </w:sdt>
          </w:p>
        </w:tc>
        <w:tc>
          <w:tcPr>
            <w:tcW w:w="1700" w:type="dxa"/>
          </w:tcPr>
          <w:p w14:paraId="7DFFAD19" w14:textId="77777777" w:rsidR="001C7FD1" w:rsidRDefault="003F5285">
            <w:pPr>
              <w:spacing w:after="0" w:line="240" w:lineRule="auto"/>
            </w:pPr>
            <w:sdt>
              <w:sdtPr>
                <w:alias w:val="T766"/>
                <w:tag w:val="T766"/>
                <w:id w:val="100766"/>
                <w:text/>
              </w:sdtPr>
              <w:sdtEndPr/>
              <w:sdtContent>
                <w:r>
                  <w:rPr>
                    <w:rFonts w:eastAsia="Arial"/>
                    <w:color w:val="555555"/>
                  </w:rPr>
                  <w:t>Click or tap to type</w:t>
                </w:r>
              </w:sdtContent>
            </w:sdt>
          </w:p>
        </w:tc>
        <w:tc>
          <w:tcPr>
            <w:tcW w:w="2500" w:type="dxa"/>
          </w:tcPr>
          <w:p w14:paraId="54A08C5F" w14:textId="77777777" w:rsidR="001C7FD1" w:rsidRDefault="003F5285">
            <w:pPr>
              <w:spacing w:after="0" w:line="240" w:lineRule="auto"/>
            </w:pPr>
            <w:sdt>
              <w:sdtPr>
                <w:alias w:val="T767"/>
                <w:tag w:val="T767"/>
                <w:id w:val="100767"/>
                <w:text/>
              </w:sdtPr>
              <w:sdtEndPr/>
              <w:sdtContent>
                <w:r>
                  <w:rPr>
                    <w:rFonts w:eastAsia="Arial"/>
                    <w:color w:val="555555"/>
                  </w:rPr>
                  <w:t>Click or tap to type</w:t>
                </w:r>
              </w:sdtContent>
            </w:sdt>
          </w:p>
        </w:tc>
      </w:tr>
      <w:tr w:rsidR="001C7FD1" w14:paraId="10DECBA0" w14:textId="77777777">
        <w:trPr>
          <w:cantSplit/>
        </w:trPr>
        <w:tc>
          <w:tcPr>
            <w:tcW w:w="1900" w:type="dxa"/>
          </w:tcPr>
          <w:p w14:paraId="66153E93" w14:textId="77777777" w:rsidR="001C7FD1" w:rsidRDefault="003F5285">
            <w:pPr>
              <w:spacing w:after="0" w:line="240" w:lineRule="auto"/>
            </w:pPr>
            <w:sdt>
              <w:sdtPr>
                <w:alias w:val="T768"/>
                <w:tag w:val="T768"/>
                <w:id w:val="100768"/>
                <w:text/>
              </w:sdtPr>
              <w:sdtEndPr/>
              <w:sdtContent>
                <w:r>
                  <w:rPr>
                    <w:rFonts w:eastAsia="Arial"/>
                    <w:color w:val="555555"/>
                  </w:rPr>
                  <w:t>Click or tap to type</w:t>
                </w:r>
              </w:sdtContent>
            </w:sdt>
          </w:p>
        </w:tc>
        <w:tc>
          <w:tcPr>
            <w:tcW w:w="2040" w:type="dxa"/>
          </w:tcPr>
          <w:p w14:paraId="580E6CC9" w14:textId="77777777" w:rsidR="001C7FD1" w:rsidRDefault="003F5285">
            <w:pPr>
              <w:spacing w:after="0" w:line="240" w:lineRule="auto"/>
            </w:pPr>
            <w:sdt>
              <w:sdtPr>
                <w:alias w:val="T769"/>
                <w:tag w:val="T769"/>
                <w:id w:val="100769"/>
                <w:text/>
              </w:sdtPr>
              <w:sdtEndPr/>
              <w:sdtContent>
                <w:r>
                  <w:rPr>
                    <w:rFonts w:eastAsia="Arial"/>
                    <w:color w:val="555555"/>
                  </w:rPr>
                  <w:t>Click or tap to type</w:t>
                </w:r>
              </w:sdtContent>
            </w:sdt>
          </w:p>
        </w:tc>
        <w:tc>
          <w:tcPr>
            <w:tcW w:w="1500" w:type="dxa"/>
          </w:tcPr>
          <w:p w14:paraId="3C703DA0" w14:textId="77777777" w:rsidR="001C7FD1" w:rsidRDefault="003F5285">
            <w:pPr>
              <w:spacing w:after="0" w:line="240" w:lineRule="auto"/>
            </w:pPr>
            <w:sdt>
              <w:sdtPr>
                <w:alias w:val="T770"/>
                <w:tag w:val="T770"/>
                <w:id w:val="100770"/>
                <w:text/>
              </w:sdtPr>
              <w:sdtEndPr/>
              <w:sdtContent>
                <w:r>
                  <w:rPr>
                    <w:rFonts w:eastAsia="Arial"/>
                    <w:color w:val="555555"/>
                  </w:rPr>
                  <w:t>Click or tap to type</w:t>
                </w:r>
              </w:sdtContent>
            </w:sdt>
          </w:p>
        </w:tc>
        <w:tc>
          <w:tcPr>
            <w:tcW w:w="1700" w:type="dxa"/>
          </w:tcPr>
          <w:p w14:paraId="38F8FE77" w14:textId="77777777" w:rsidR="001C7FD1" w:rsidRDefault="003F5285">
            <w:pPr>
              <w:spacing w:after="0" w:line="240" w:lineRule="auto"/>
            </w:pPr>
            <w:sdt>
              <w:sdtPr>
                <w:alias w:val="T771"/>
                <w:tag w:val="T771"/>
                <w:id w:val="100771"/>
                <w:text/>
              </w:sdtPr>
              <w:sdtEndPr/>
              <w:sdtContent>
                <w:r>
                  <w:rPr>
                    <w:rFonts w:eastAsia="Arial"/>
                    <w:color w:val="555555"/>
                  </w:rPr>
                  <w:t>Click or tap to type</w:t>
                </w:r>
              </w:sdtContent>
            </w:sdt>
          </w:p>
        </w:tc>
        <w:tc>
          <w:tcPr>
            <w:tcW w:w="2500" w:type="dxa"/>
          </w:tcPr>
          <w:p w14:paraId="4346DED1" w14:textId="77777777" w:rsidR="001C7FD1" w:rsidRDefault="003F5285">
            <w:pPr>
              <w:spacing w:after="0" w:line="240" w:lineRule="auto"/>
            </w:pPr>
            <w:sdt>
              <w:sdtPr>
                <w:alias w:val="T772"/>
                <w:tag w:val="T772"/>
                <w:id w:val="100772"/>
                <w:text/>
              </w:sdtPr>
              <w:sdtEndPr/>
              <w:sdtContent>
                <w:r>
                  <w:rPr>
                    <w:rFonts w:eastAsia="Arial"/>
                    <w:color w:val="555555"/>
                  </w:rPr>
                  <w:t>Click or tap to type</w:t>
                </w:r>
              </w:sdtContent>
            </w:sdt>
          </w:p>
        </w:tc>
      </w:tr>
      <w:tr w:rsidR="001C7FD1" w14:paraId="1A3337B9" w14:textId="77777777">
        <w:trPr>
          <w:cantSplit/>
        </w:trPr>
        <w:tc>
          <w:tcPr>
            <w:tcW w:w="1900" w:type="dxa"/>
          </w:tcPr>
          <w:p w14:paraId="4E36687B" w14:textId="77777777" w:rsidR="001C7FD1" w:rsidRDefault="003F5285">
            <w:pPr>
              <w:spacing w:after="0" w:line="240" w:lineRule="auto"/>
            </w:pPr>
            <w:sdt>
              <w:sdtPr>
                <w:alias w:val="T773"/>
                <w:tag w:val="T773"/>
                <w:id w:val="100773"/>
                <w:text/>
              </w:sdtPr>
              <w:sdtEndPr/>
              <w:sdtContent>
                <w:r>
                  <w:rPr>
                    <w:rFonts w:eastAsia="Arial"/>
                    <w:color w:val="555555"/>
                  </w:rPr>
                  <w:t>Click or tap to type</w:t>
                </w:r>
              </w:sdtContent>
            </w:sdt>
          </w:p>
        </w:tc>
        <w:tc>
          <w:tcPr>
            <w:tcW w:w="2040" w:type="dxa"/>
          </w:tcPr>
          <w:p w14:paraId="185308BC" w14:textId="77777777" w:rsidR="001C7FD1" w:rsidRDefault="003F5285">
            <w:pPr>
              <w:spacing w:after="0" w:line="240" w:lineRule="auto"/>
            </w:pPr>
            <w:sdt>
              <w:sdtPr>
                <w:alias w:val="T774"/>
                <w:tag w:val="T774"/>
                <w:id w:val="100774"/>
                <w:text/>
              </w:sdtPr>
              <w:sdtEndPr/>
              <w:sdtContent>
                <w:r>
                  <w:rPr>
                    <w:rFonts w:eastAsia="Arial"/>
                    <w:color w:val="555555"/>
                  </w:rPr>
                  <w:t>Click or tap to type</w:t>
                </w:r>
              </w:sdtContent>
            </w:sdt>
          </w:p>
        </w:tc>
        <w:tc>
          <w:tcPr>
            <w:tcW w:w="1500" w:type="dxa"/>
          </w:tcPr>
          <w:p w14:paraId="4482C3CD" w14:textId="77777777" w:rsidR="001C7FD1" w:rsidRDefault="003F5285">
            <w:pPr>
              <w:spacing w:after="0" w:line="240" w:lineRule="auto"/>
            </w:pPr>
            <w:sdt>
              <w:sdtPr>
                <w:alias w:val="T775"/>
                <w:tag w:val="T775"/>
                <w:id w:val="100775"/>
                <w:text/>
              </w:sdtPr>
              <w:sdtEndPr/>
              <w:sdtContent>
                <w:r>
                  <w:rPr>
                    <w:rFonts w:eastAsia="Arial"/>
                    <w:color w:val="555555"/>
                  </w:rPr>
                  <w:t>Click or tap to type</w:t>
                </w:r>
              </w:sdtContent>
            </w:sdt>
          </w:p>
        </w:tc>
        <w:tc>
          <w:tcPr>
            <w:tcW w:w="1700" w:type="dxa"/>
          </w:tcPr>
          <w:p w14:paraId="679E6F74" w14:textId="77777777" w:rsidR="001C7FD1" w:rsidRDefault="003F5285">
            <w:pPr>
              <w:spacing w:after="0" w:line="240" w:lineRule="auto"/>
            </w:pPr>
            <w:sdt>
              <w:sdtPr>
                <w:alias w:val="T776"/>
                <w:tag w:val="T776"/>
                <w:id w:val="100776"/>
                <w:text/>
              </w:sdtPr>
              <w:sdtEndPr/>
              <w:sdtContent>
                <w:r>
                  <w:rPr>
                    <w:rFonts w:eastAsia="Arial"/>
                    <w:color w:val="555555"/>
                  </w:rPr>
                  <w:t>Click or tap to type</w:t>
                </w:r>
              </w:sdtContent>
            </w:sdt>
          </w:p>
        </w:tc>
        <w:tc>
          <w:tcPr>
            <w:tcW w:w="2500" w:type="dxa"/>
          </w:tcPr>
          <w:p w14:paraId="4426A921" w14:textId="77777777" w:rsidR="001C7FD1" w:rsidRDefault="003F5285">
            <w:pPr>
              <w:spacing w:after="0" w:line="240" w:lineRule="auto"/>
            </w:pPr>
            <w:sdt>
              <w:sdtPr>
                <w:alias w:val="T777"/>
                <w:tag w:val="T777"/>
                <w:id w:val="100777"/>
                <w:text/>
              </w:sdtPr>
              <w:sdtEndPr/>
              <w:sdtContent>
                <w:r>
                  <w:rPr>
                    <w:rFonts w:eastAsia="Arial"/>
                    <w:color w:val="555555"/>
                  </w:rPr>
                  <w:t>Click or tap to type</w:t>
                </w:r>
              </w:sdtContent>
            </w:sdt>
          </w:p>
        </w:tc>
      </w:tr>
    </w:tbl>
    <w:p w14:paraId="39ED7ACA" w14:textId="77777777" w:rsidR="001C7FD1" w:rsidRDefault="003F5285">
      <w:pPr>
        <w:pStyle w:val="Heading2"/>
      </w:pPr>
      <w:r>
        <w:t>17.4 Support requested or being explored</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2400"/>
        <w:gridCol w:w="2600"/>
        <w:gridCol w:w="2200"/>
        <w:gridCol w:w="2440"/>
      </w:tblGrid>
      <w:tr w:rsidR="001C7FD1" w14:paraId="5C181B28" w14:textId="77777777">
        <w:trPr>
          <w:tblHeader/>
        </w:trPr>
        <w:tc>
          <w:tcPr>
            <w:tcW w:w="2400" w:type="dxa"/>
            <w:shd w:val="clear" w:color="auto" w:fill="4B1F26"/>
            <w:tcMar>
              <w:top w:w="90" w:type="dxa"/>
              <w:left w:w="120" w:type="dxa"/>
              <w:bottom w:w="90" w:type="dxa"/>
              <w:right w:w="120" w:type="dxa"/>
            </w:tcMar>
            <w:vAlign w:val="center"/>
          </w:tcPr>
          <w:p w14:paraId="668C7544" w14:textId="77777777" w:rsidR="001C7FD1" w:rsidRDefault="003F5285">
            <w:pPr>
              <w:spacing w:after="0" w:line="240" w:lineRule="auto"/>
            </w:pPr>
            <w:r>
              <w:rPr>
                <w:rFonts w:eastAsia="Arial"/>
                <w:b/>
                <w:color w:val="FFFFFF"/>
              </w:rPr>
              <w:t>Support / adjustment</w:t>
            </w:r>
          </w:p>
        </w:tc>
        <w:tc>
          <w:tcPr>
            <w:tcW w:w="2600" w:type="dxa"/>
            <w:shd w:val="clear" w:color="auto" w:fill="4B1F26"/>
            <w:tcMar>
              <w:top w:w="90" w:type="dxa"/>
              <w:left w:w="120" w:type="dxa"/>
              <w:bottom w:w="90" w:type="dxa"/>
              <w:right w:w="120" w:type="dxa"/>
            </w:tcMar>
            <w:vAlign w:val="center"/>
          </w:tcPr>
          <w:p w14:paraId="357BA265" w14:textId="77777777" w:rsidR="001C7FD1" w:rsidRDefault="003F5285">
            <w:pPr>
              <w:spacing w:after="0" w:line="240" w:lineRule="auto"/>
            </w:pPr>
            <w:r>
              <w:rPr>
                <w:rFonts w:eastAsia="Arial"/>
                <w:b/>
                <w:color w:val="FFFFFF"/>
              </w:rPr>
              <w:t>Functional reason</w:t>
            </w:r>
          </w:p>
        </w:tc>
        <w:tc>
          <w:tcPr>
            <w:tcW w:w="2200" w:type="dxa"/>
            <w:shd w:val="clear" w:color="auto" w:fill="4B1F26"/>
            <w:tcMar>
              <w:top w:w="90" w:type="dxa"/>
              <w:left w:w="120" w:type="dxa"/>
              <w:bottom w:w="90" w:type="dxa"/>
              <w:right w:w="120" w:type="dxa"/>
            </w:tcMar>
            <w:vAlign w:val="center"/>
          </w:tcPr>
          <w:p w14:paraId="6311DDB9" w14:textId="77777777" w:rsidR="001C7FD1" w:rsidRDefault="003F5285">
            <w:pPr>
              <w:spacing w:after="0" w:line="240" w:lineRule="auto"/>
            </w:pPr>
            <w:r>
              <w:rPr>
                <w:rFonts w:eastAsia="Arial"/>
                <w:b/>
                <w:color w:val="FFFFFF"/>
              </w:rPr>
              <w:t>Frequency / intensity needed</w:t>
            </w:r>
          </w:p>
        </w:tc>
        <w:tc>
          <w:tcPr>
            <w:tcW w:w="2440" w:type="dxa"/>
            <w:shd w:val="clear" w:color="auto" w:fill="4B1F26"/>
            <w:tcMar>
              <w:top w:w="90" w:type="dxa"/>
              <w:left w:w="120" w:type="dxa"/>
              <w:bottom w:w="90" w:type="dxa"/>
              <w:right w:w="120" w:type="dxa"/>
            </w:tcMar>
            <w:vAlign w:val="center"/>
          </w:tcPr>
          <w:p w14:paraId="3F73E4AA" w14:textId="77777777" w:rsidR="001C7FD1" w:rsidRDefault="003F5285">
            <w:pPr>
              <w:spacing w:after="0" w:line="240" w:lineRule="auto"/>
            </w:pPr>
            <w:r>
              <w:rPr>
                <w:rFonts w:eastAsia="Arial"/>
                <w:b/>
                <w:color w:val="FFFFFF"/>
              </w:rPr>
              <w:t>Likely impact if not provided</w:t>
            </w:r>
          </w:p>
        </w:tc>
      </w:tr>
      <w:tr w:rsidR="001C7FD1" w14:paraId="2D7BA2AF" w14:textId="77777777">
        <w:trPr>
          <w:cantSplit/>
        </w:trPr>
        <w:tc>
          <w:tcPr>
            <w:tcW w:w="2400" w:type="dxa"/>
          </w:tcPr>
          <w:p w14:paraId="23D6BFB9" w14:textId="77777777" w:rsidR="001C7FD1" w:rsidRDefault="003F5285">
            <w:pPr>
              <w:spacing w:after="0" w:line="240" w:lineRule="auto"/>
            </w:pPr>
            <w:sdt>
              <w:sdtPr>
                <w:alias w:val="T778"/>
                <w:tag w:val="T778"/>
                <w:id w:val="100778"/>
                <w:text/>
              </w:sdtPr>
              <w:sdtEndPr/>
              <w:sdtContent>
                <w:r>
                  <w:rPr>
                    <w:rFonts w:eastAsia="Arial"/>
                    <w:color w:val="555555"/>
                  </w:rPr>
                  <w:t>Click or tap to type</w:t>
                </w:r>
              </w:sdtContent>
            </w:sdt>
          </w:p>
        </w:tc>
        <w:tc>
          <w:tcPr>
            <w:tcW w:w="2600" w:type="dxa"/>
          </w:tcPr>
          <w:p w14:paraId="0085EF28" w14:textId="77777777" w:rsidR="001C7FD1" w:rsidRDefault="003F5285">
            <w:pPr>
              <w:spacing w:after="0" w:line="240" w:lineRule="auto"/>
            </w:pPr>
            <w:sdt>
              <w:sdtPr>
                <w:alias w:val="T779"/>
                <w:tag w:val="T779"/>
                <w:id w:val="100779"/>
                <w:text/>
              </w:sdtPr>
              <w:sdtEndPr/>
              <w:sdtContent>
                <w:r>
                  <w:rPr>
                    <w:rFonts w:eastAsia="Arial"/>
                    <w:color w:val="555555"/>
                  </w:rPr>
                  <w:t>Click or tap to type</w:t>
                </w:r>
              </w:sdtContent>
            </w:sdt>
          </w:p>
        </w:tc>
        <w:tc>
          <w:tcPr>
            <w:tcW w:w="2200" w:type="dxa"/>
          </w:tcPr>
          <w:p w14:paraId="2D3487EE" w14:textId="77777777" w:rsidR="001C7FD1" w:rsidRDefault="003F5285">
            <w:pPr>
              <w:spacing w:after="0" w:line="240" w:lineRule="auto"/>
            </w:pPr>
            <w:sdt>
              <w:sdtPr>
                <w:alias w:val="T780"/>
                <w:tag w:val="T780"/>
                <w:id w:val="100780"/>
                <w:text/>
              </w:sdtPr>
              <w:sdtEndPr/>
              <w:sdtContent>
                <w:r>
                  <w:rPr>
                    <w:rFonts w:eastAsia="Arial"/>
                    <w:color w:val="555555"/>
                  </w:rPr>
                  <w:t>Click or tap to type</w:t>
                </w:r>
              </w:sdtContent>
            </w:sdt>
          </w:p>
        </w:tc>
        <w:tc>
          <w:tcPr>
            <w:tcW w:w="2440" w:type="dxa"/>
          </w:tcPr>
          <w:p w14:paraId="534F8A5B" w14:textId="77777777" w:rsidR="001C7FD1" w:rsidRDefault="003F5285">
            <w:pPr>
              <w:spacing w:after="0" w:line="240" w:lineRule="auto"/>
            </w:pPr>
            <w:sdt>
              <w:sdtPr>
                <w:alias w:val="T781"/>
                <w:tag w:val="T781"/>
                <w:id w:val="100781"/>
                <w:text/>
              </w:sdtPr>
              <w:sdtEndPr/>
              <w:sdtContent>
                <w:r>
                  <w:rPr>
                    <w:rFonts w:eastAsia="Arial"/>
                    <w:color w:val="555555"/>
                  </w:rPr>
                  <w:t>Click or tap to type</w:t>
                </w:r>
              </w:sdtContent>
            </w:sdt>
          </w:p>
        </w:tc>
      </w:tr>
      <w:tr w:rsidR="001C7FD1" w14:paraId="5AF528EA" w14:textId="77777777">
        <w:trPr>
          <w:cantSplit/>
        </w:trPr>
        <w:tc>
          <w:tcPr>
            <w:tcW w:w="2400" w:type="dxa"/>
          </w:tcPr>
          <w:p w14:paraId="7B1CD8A8" w14:textId="77777777" w:rsidR="001C7FD1" w:rsidRDefault="003F5285">
            <w:pPr>
              <w:spacing w:after="0" w:line="240" w:lineRule="auto"/>
            </w:pPr>
            <w:sdt>
              <w:sdtPr>
                <w:alias w:val="T782"/>
                <w:tag w:val="T782"/>
                <w:id w:val="100782"/>
                <w:text/>
              </w:sdtPr>
              <w:sdtEndPr/>
              <w:sdtContent>
                <w:r>
                  <w:rPr>
                    <w:rFonts w:eastAsia="Arial"/>
                    <w:color w:val="555555"/>
                  </w:rPr>
                  <w:t>Click or tap to type</w:t>
                </w:r>
              </w:sdtContent>
            </w:sdt>
          </w:p>
        </w:tc>
        <w:tc>
          <w:tcPr>
            <w:tcW w:w="2600" w:type="dxa"/>
          </w:tcPr>
          <w:p w14:paraId="1CB09101" w14:textId="77777777" w:rsidR="001C7FD1" w:rsidRDefault="003F5285">
            <w:pPr>
              <w:spacing w:after="0" w:line="240" w:lineRule="auto"/>
            </w:pPr>
            <w:sdt>
              <w:sdtPr>
                <w:alias w:val="T783"/>
                <w:tag w:val="T783"/>
                <w:id w:val="100783"/>
                <w:text/>
              </w:sdtPr>
              <w:sdtEndPr/>
              <w:sdtContent>
                <w:r>
                  <w:rPr>
                    <w:rFonts w:eastAsia="Arial"/>
                    <w:color w:val="555555"/>
                  </w:rPr>
                  <w:t>Click or tap to type</w:t>
                </w:r>
              </w:sdtContent>
            </w:sdt>
          </w:p>
        </w:tc>
        <w:tc>
          <w:tcPr>
            <w:tcW w:w="2200" w:type="dxa"/>
          </w:tcPr>
          <w:p w14:paraId="3CB7A376" w14:textId="77777777" w:rsidR="001C7FD1" w:rsidRDefault="003F5285">
            <w:pPr>
              <w:spacing w:after="0" w:line="240" w:lineRule="auto"/>
            </w:pPr>
            <w:sdt>
              <w:sdtPr>
                <w:alias w:val="T784"/>
                <w:tag w:val="T784"/>
                <w:id w:val="100784"/>
                <w:text/>
              </w:sdtPr>
              <w:sdtEndPr/>
              <w:sdtContent>
                <w:r>
                  <w:rPr>
                    <w:rFonts w:eastAsia="Arial"/>
                    <w:color w:val="555555"/>
                  </w:rPr>
                  <w:t>Click or tap to type</w:t>
                </w:r>
              </w:sdtContent>
            </w:sdt>
          </w:p>
        </w:tc>
        <w:tc>
          <w:tcPr>
            <w:tcW w:w="2440" w:type="dxa"/>
          </w:tcPr>
          <w:p w14:paraId="6C06C65F" w14:textId="77777777" w:rsidR="001C7FD1" w:rsidRDefault="003F5285">
            <w:pPr>
              <w:spacing w:after="0" w:line="240" w:lineRule="auto"/>
            </w:pPr>
            <w:sdt>
              <w:sdtPr>
                <w:alias w:val="T785"/>
                <w:tag w:val="T785"/>
                <w:id w:val="100785"/>
                <w:text/>
              </w:sdtPr>
              <w:sdtEndPr/>
              <w:sdtContent>
                <w:r>
                  <w:rPr>
                    <w:rFonts w:eastAsia="Arial"/>
                    <w:color w:val="555555"/>
                  </w:rPr>
                  <w:t>Click or tap to type</w:t>
                </w:r>
              </w:sdtContent>
            </w:sdt>
          </w:p>
        </w:tc>
      </w:tr>
      <w:tr w:rsidR="001C7FD1" w14:paraId="5A1F7609" w14:textId="77777777">
        <w:trPr>
          <w:cantSplit/>
        </w:trPr>
        <w:tc>
          <w:tcPr>
            <w:tcW w:w="2400" w:type="dxa"/>
          </w:tcPr>
          <w:p w14:paraId="0A2F8356" w14:textId="77777777" w:rsidR="001C7FD1" w:rsidRDefault="003F5285">
            <w:pPr>
              <w:spacing w:after="0" w:line="240" w:lineRule="auto"/>
            </w:pPr>
            <w:sdt>
              <w:sdtPr>
                <w:alias w:val="T786"/>
                <w:tag w:val="T786"/>
                <w:id w:val="100786"/>
                <w:text/>
              </w:sdtPr>
              <w:sdtEndPr/>
              <w:sdtContent>
                <w:r>
                  <w:rPr>
                    <w:rFonts w:eastAsia="Arial"/>
                    <w:color w:val="555555"/>
                  </w:rPr>
                  <w:t>Click or tap to type</w:t>
                </w:r>
              </w:sdtContent>
            </w:sdt>
          </w:p>
        </w:tc>
        <w:tc>
          <w:tcPr>
            <w:tcW w:w="2600" w:type="dxa"/>
          </w:tcPr>
          <w:p w14:paraId="5BCE240D" w14:textId="77777777" w:rsidR="001C7FD1" w:rsidRDefault="003F5285">
            <w:pPr>
              <w:spacing w:after="0" w:line="240" w:lineRule="auto"/>
            </w:pPr>
            <w:sdt>
              <w:sdtPr>
                <w:alias w:val="T787"/>
                <w:tag w:val="T787"/>
                <w:id w:val="100787"/>
                <w:text/>
              </w:sdtPr>
              <w:sdtEndPr/>
              <w:sdtContent>
                <w:r>
                  <w:rPr>
                    <w:rFonts w:eastAsia="Arial"/>
                    <w:color w:val="555555"/>
                  </w:rPr>
                  <w:t>Click or tap to type</w:t>
                </w:r>
              </w:sdtContent>
            </w:sdt>
          </w:p>
        </w:tc>
        <w:tc>
          <w:tcPr>
            <w:tcW w:w="2200" w:type="dxa"/>
          </w:tcPr>
          <w:p w14:paraId="0E49EE34" w14:textId="77777777" w:rsidR="001C7FD1" w:rsidRDefault="003F5285">
            <w:pPr>
              <w:spacing w:after="0" w:line="240" w:lineRule="auto"/>
            </w:pPr>
            <w:sdt>
              <w:sdtPr>
                <w:alias w:val="T788"/>
                <w:tag w:val="T788"/>
                <w:id w:val="100788"/>
                <w:text/>
              </w:sdtPr>
              <w:sdtEndPr/>
              <w:sdtContent>
                <w:r>
                  <w:rPr>
                    <w:rFonts w:eastAsia="Arial"/>
                    <w:color w:val="555555"/>
                  </w:rPr>
                  <w:t>Click or tap to type</w:t>
                </w:r>
              </w:sdtContent>
            </w:sdt>
          </w:p>
        </w:tc>
        <w:tc>
          <w:tcPr>
            <w:tcW w:w="2440" w:type="dxa"/>
          </w:tcPr>
          <w:p w14:paraId="4543EE72" w14:textId="77777777" w:rsidR="001C7FD1" w:rsidRDefault="003F5285">
            <w:pPr>
              <w:spacing w:after="0" w:line="240" w:lineRule="auto"/>
            </w:pPr>
            <w:sdt>
              <w:sdtPr>
                <w:alias w:val="T789"/>
                <w:tag w:val="T789"/>
                <w:id w:val="100789"/>
                <w:text/>
              </w:sdtPr>
              <w:sdtEndPr/>
              <w:sdtContent>
                <w:r>
                  <w:rPr>
                    <w:rFonts w:eastAsia="Arial"/>
                    <w:color w:val="555555"/>
                  </w:rPr>
                  <w:t>Click or tap to type</w:t>
                </w:r>
              </w:sdtContent>
            </w:sdt>
          </w:p>
        </w:tc>
      </w:tr>
      <w:tr w:rsidR="001C7FD1" w14:paraId="0770F93B" w14:textId="77777777">
        <w:trPr>
          <w:cantSplit/>
        </w:trPr>
        <w:tc>
          <w:tcPr>
            <w:tcW w:w="2400" w:type="dxa"/>
          </w:tcPr>
          <w:p w14:paraId="04002352" w14:textId="77777777" w:rsidR="001C7FD1" w:rsidRDefault="003F5285">
            <w:pPr>
              <w:spacing w:after="0" w:line="240" w:lineRule="auto"/>
            </w:pPr>
            <w:sdt>
              <w:sdtPr>
                <w:alias w:val="T790"/>
                <w:tag w:val="T790"/>
                <w:id w:val="100790"/>
                <w:text/>
              </w:sdtPr>
              <w:sdtEndPr/>
              <w:sdtContent>
                <w:r>
                  <w:rPr>
                    <w:rFonts w:eastAsia="Arial"/>
                    <w:color w:val="555555"/>
                  </w:rPr>
                  <w:t>Click or tap to type</w:t>
                </w:r>
              </w:sdtContent>
            </w:sdt>
          </w:p>
        </w:tc>
        <w:tc>
          <w:tcPr>
            <w:tcW w:w="2600" w:type="dxa"/>
          </w:tcPr>
          <w:p w14:paraId="1457B16C" w14:textId="77777777" w:rsidR="001C7FD1" w:rsidRDefault="003F5285">
            <w:pPr>
              <w:spacing w:after="0" w:line="240" w:lineRule="auto"/>
            </w:pPr>
            <w:sdt>
              <w:sdtPr>
                <w:alias w:val="T791"/>
                <w:tag w:val="T791"/>
                <w:id w:val="100791"/>
                <w:text/>
              </w:sdtPr>
              <w:sdtEndPr/>
              <w:sdtContent>
                <w:r>
                  <w:rPr>
                    <w:rFonts w:eastAsia="Arial"/>
                    <w:color w:val="555555"/>
                  </w:rPr>
                  <w:t>Click or tap to type</w:t>
                </w:r>
              </w:sdtContent>
            </w:sdt>
          </w:p>
        </w:tc>
        <w:tc>
          <w:tcPr>
            <w:tcW w:w="2200" w:type="dxa"/>
          </w:tcPr>
          <w:p w14:paraId="033E2B4B" w14:textId="77777777" w:rsidR="001C7FD1" w:rsidRDefault="003F5285">
            <w:pPr>
              <w:spacing w:after="0" w:line="240" w:lineRule="auto"/>
            </w:pPr>
            <w:sdt>
              <w:sdtPr>
                <w:alias w:val="T792"/>
                <w:tag w:val="T792"/>
                <w:id w:val="100792"/>
                <w:text/>
              </w:sdtPr>
              <w:sdtEndPr/>
              <w:sdtContent>
                <w:r>
                  <w:rPr>
                    <w:rFonts w:eastAsia="Arial"/>
                    <w:color w:val="555555"/>
                  </w:rPr>
                  <w:t>Click or tap to type</w:t>
                </w:r>
              </w:sdtContent>
            </w:sdt>
          </w:p>
        </w:tc>
        <w:tc>
          <w:tcPr>
            <w:tcW w:w="2440" w:type="dxa"/>
          </w:tcPr>
          <w:p w14:paraId="030F926C" w14:textId="77777777" w:rsidR="001C7FD1" w:rsidRDefault="003F5285">
            <w:pPr>
              <w:spacing w:after="0" w:line="240" w:lineRule="auto"/>
            </w:pPr>
            <w:sdt>
              <w:sdtPr>
                <w:alias w:val="T793"/>
                <w:tag w:val="T793"/>
                <w:id w:val="100793"/>
                <w:text/>
              </w:sdtPr>
              <w:sdtEndPr/>
              <w:sdtContent>
                <w:r>
                  <w:rPr>
                    <w:rFonts w:eastAsia="Arial"/>
                    <w:color w:val="555555"/>
                  </w:rPr>
                  <w:t>Click or tap to type</w:t>
                </w:r>
              </w:sdtContent>
            </w:sdt>
          </w:p>
        </w:tc>
      </w:tr>
      <w:tr w:rsidR="001C7FD1" w14:paraId="2DD2ACBD" w14:textId="77777777">
        <w:trPr>
          <w:cantSplit/>
        </w:trPr>
        <w:tc>
          <w:tcPr>
            <w:tcW w:w="2400" w:type="dxa"/>
          </w:tcPr>
          <w:p w14:paraId="1415F531" w14:textId="77777777" w:rsidR="001C7FD1" w:rsidRDefault="003F5285">
            <w:pPr>
              <w:spacing w:after="0" w:line="240" w:lineRule="auto"/>
            </w:pPr>
            <w:sdt>
              <w:sdtPr>
                <w:alias w:val="T794"/>
                <w:tag w:val="T794"/>
                <w:id w:val="100794"/>
                <w:text/>
              </w:sdtPr>
              <w:sdtEndPr/>
              <w:sdtContent>
                <w:r>
                  <w:rPr>
                    <w:rFonts w:eastAsia="Arial"/>
                    <w:color w:val="555555"/>
                  </w:rPr>
                  <w:t>Click or tap to type</w:t>
                </w:r>
              </w:sdtContent>
            </w:sdt>
          </w:p>
        </w:tc>
        <w:tc>
          <w:tcPr>
            <w:tcW w:w="2600" w:type="dxa"/>
          </w:tcPr>
          <w:p w14:paraId="296C23D3" w14:textId="77777777" w:rsidR="001C7FD1" w:rsidRDefault="003F5285">
            <w:pPr>
              <w:spacing w:after="0" w:line="240" w:lineRule="auto"/>
            </w:pPr>
            <w:sdt>
              <w:sdtPr>
                <w:alias w:val="T795"/>
                <w:tag w:val="T795"/>
                <w:id w:val="100795"/>
                <w:text/>
              </w:sdtPr>
              <w:sdtEndPr/>
              <w:sdtContent>
                <w:r>
                  <w:rPr>
                    <w:rFonts w:eastAsia="Arial"/>
                    <w:color w:val="555555"/>
                  </w:rPr>
                  <w:t>Click or tap to type</w:t>
                </w:r>
              </w:sdtContent>
            </w:sdt>
          </w:p>
        </w:tc>
        <w:tc>
          <w:tcPr>
            <w:tcW w:w="2200" w:type="dxa"/>
          </w:tcPr>
          <w:p w14:paraId="34A720D3" w14:textId="77777777" w:rsidR="001C7FD1" w:rsidRDefault="003F5285">
            <w:pPr>
              <w:spacing w:after="0" w:line="240" w:lineRule="auto"/>
            </w:pPr>
            <w:sdt>
              <w:sdtPr>
                <w:alias w:val="T796"/>
                <w:tag w:val="T796"/>
                <w:id w:val="100796"/>
                <w:text/>
              </w:sdtPr>
              <w:sdtEndPr/>
              <w:sdtContent>
                <w:r>
                  <w:rPr>
                    <w:rFonts w:eastAsia="Arial"/>
                    <w:color w:val="555555"/>
                  </w:rPr>
                  <w:t>Click or tap to type</w:t>
                </w:r>
              </w:sdtContent>
            </w:sdt>
          </w:p>
        </w:tc>
        <w:tc>
          <w:tcPr>
            <w:tcW w:w="2440" w:type="dxa"/>
          </w:tcPr>
          <w:p w14:paraId="0AA317BF" w14:textId="77777777" w:rsidR="001C7FD1" w:rsidRDefault="003F5285">
            <w:pPr>
              <w:spacing w:after="0" w:line="240" w:lineRule="auto"/>
            </w:pPr>
            <w:sdt>
              <w:sdtPr>
                <w:alias w:val="T797"/>
                <w:tag w:val="T797"/>
                <w:id w:val="100797"/>
                <w:text/>
              </w:sdtPr>
              <w:sdtEndPr/>
              <w:sdtContent>
                <w:r>
                  <w:rPr>
                    <w:rFonts w:eastAsia="Arial"/>
                    <w:color w:val="555555"/>
                  </w:rPr>
                  <w:t>Click or tap to type</w:t>
                </w:r>
              </w:sdtContent>
            </w:sdt>
          </w:p>
        </w:tc>
      </w:tr>
      <w:tr w:rsidR="001C7FD1" w14:paraId="0C502AE1" w14:textId="77777777">
        <w:trPr>
          <w:cantSplit/>
        </w:trPr>
        <w:tc>
          <w:tcPr>
            <w:tcW w:w="2400" w:type="dxa"/>
          </w:tcPr>
          <w:p w14:paraId="0639AAE7" w14:textId="77777777" w:rsidR="001C7FD1" w:rsidRDefault="003F5285">
            <w:pPr>
              <w:spacing w:after="0" w:line="240" w:lineRule="auto"/>
            </w:pPr>
            <w:sdt>
              <w:sdtPr>
                <w:alias w:val="T798"/>
                <w:tag w:val="T798"/>
                <w:id w:val="100798"/>
                <w:text/>
              </w:sdtPr>
              <w:sdtEndPr/>
              <w:sdtContent>
                <w:r>
                  <w:rPr>
                    <w:rFonts w:eastAsia="Arial"/>
                    <w:color w:val="555555"/>
                  </w:rPr>
                  <w:t>Click or tap to type</w:t>
                </w:r>
              </w:sdtContent>
            </w:sdt>
          </w:p>
        </w:tc>
        <w:tc>
          <w:tcPr>
            <w:tcW w:w="2600" w:type="dxa"/>
          </w:tcPr>
          <w:p w14:paraId="6D5E0408" w14:textId="77777777" w:rsidR="001C7FD1" w:rsidRDefault="003F5285">
            <w:pPr>
              <w:spacing w:after="0" w:line="240" w:lineRule="auto"/>
            </w:pPr>
            <w:sdt>
              <w:sdtPr>
                <w:alias w:val="T799"/>
                <w:tag w:val="T799"/>
                <w:id w:val="100799"/>
                <w:text/>
              </w:sdtPr>
              <w:sdtEndPr/>
              <w:sdtContent>
                <w:r>
                  <w:rPr>
                    <w:rFonts w:eastAsia="Arial"/>
                    <w:color w:val="555555"/>
                  </w:rPr>
                  <w:t>Click or tap to type</w:t>
                </w:r>
              </w:sdtContent>
            </w:sdt>
          </w:p>
        </w:tc>
        <w:tc>
          <w:tcPr>
            <w:tcW w:w="2200" w:type="dxa"/>
          </w:tcPr>
          <w:p w14:paraId="4ACD95E0" w14:textId="77777777" w:rsidR="001C7FD1" w:rsidRDefault="003F5285">
            <w:pPr>
              <w:spacing w:after="0" w:line="240" w:lineRule="auto"/>
            </w:pPr>
            <w:sdt>
              <w:sdtPr>
                <w:alias w:val="T800"/>
                <w:tag w:val="T800"/>
                <w:id w:val="100800"/>
                <w:text/>
              </w:sdtPr>
              <w:sdtEndPr/>
              <w:sdtContent>
                <w:r>
                  <w:rPr>
                    <w:rFonts w:eastAsia="Arial"/>
                    <w:color w:val="555555"/>
                  </w:rPr>
                  <w:t>Click or tap to type</w:t>
                </w:r>
              </w:sdtContent>
            </w:sdt>
          </w:p>
        </w:tc>
        <w:tc>
          <w:tcPr>
            <w:tcW w:w="2440" w:type="dxa"/>
          </w:tcPr>
          <w:p w14:paraId="4BFB8CAA" w14:textId="77777777" w:rsidR="001C7FD1" w:rsidRDefault="003F5285">
            <w:pPr>
              <w:spacing w:after="0" w:line="240" w:lineRule="auto"/>
            </w:pPr>
            <w:sdt>
              <w:sdtPr>
                <w:alias w:val="T801"/>
                <w:tag w:val="T801"/>
                <w:id w:val="100801"/>
                <w:text/>
              </w:sdtPr>
              <w:sdtEndPr/>
              <w:sdtContent>
                <w:r>
                  <w:rPr>
                    <w:rFonts w:eastAsia="Arial"/>
                    <w:color w:val="555555"/>
                  </w:rPr>
                  <w:t>Click or tap to type</w:t>
                </w:r>
              </w:sdtContent>
            </w:sdt>
          </w:p>
        </w:tc>
      </w:tr>
      <w:tr w:rsidR="001C7FD1" w14:paraId="64ECBE53" w14:textId="77777777">
        <w:trPr>
          <w:cantSplit/>
        </w:trPr>
        <w:tc>
          <w:tcPr>
            <w:tcW w:w="2400" w:type="dxa"/>
          </w:tcPr>
          <w:p w14:paraId="7A89BA66" w14:textId="77777777" w:rsidR="001C7FD1" w:rsidRDefault="003F5285">
            <w:pPr>
              <w:spacing w:after="0" w:line="240" w:lineRule="auto"/>
            </w:pPr>
            <w:sdt>
              <w:sdtPr>
                <w:alias w:val="T802"/>
                <w:tag w:val="T802"/>
                <w:id w:val="100802"/>
                <w:text/>
              </w:sdtPr>
              <w:sdtEndPr/>
              <w:sdtContent>
                <w:r>
                  <w:rPr>
                    <w:rFonts w:eastAsia="Arial"/>
                    <w:color w:val="555555"/>
                  </w:rPr>
                  <w:t>Click or tap to type</w:t>
                </w:r>
              </w:sdtContent>
            </w:sdt>
          </w:p>
        </w:tc>
        <w:tc>
          <w:tcPr>
            <w:tcW w:w="2600" w:type="dxa"/>
          </w:tcPr>
          <w:p w14:paraId="10C0D1E5" w14:textId="77777777" w:rsidR="001C7FD1" w:rsidRDefault="003F5285">
            <w:pPr>
              <w:spacing w:after="0" w:line="240" w:lineRule="auto"/>
            </w:pPr>
            <w:sdt>
              <w:sdtPr>
                <w:alias w:val="T803"/>
                <w:tag w:val="T803"/>
                <w:id w:val="100803"/>
                <w:text/>
              </w:sdtPr>
              <w:sdtEndPr/>
              <w:sdtContent>
                <w:r>
                  <w:rPr>
                    <w:rFonts w:eastAsia="Arial"/>
                    <w:color w:val="555555"/>
                  </w:rPr>
                  <w:t>Click or tap to type</w:t>
                </w:r>
              </w:sdtContent>
            </w:sdt>
          </w:p>
        </w:tc>
        <w:tc>
          <w:tcPr>
            <w:tcW w:w="2200" w:type="dxa"/>
          </w:tcPr>
          <w:p w14:paraId="5040F4F7" w14:textId="77777777" w:rsidR="001C7FD1" w:rsidRDefault="003F5285">
            <w:pPr>
              <w:spacing w:after="0" w:line="240" w:lineRule="auto"/>
            </w:pPr>
            <w:sdt>
              <w:sdtPr>
                <w:alias w:val="T804"/>
                <w:tag w:val="T804"/>
                <w:id w:val="100804"/>
                <w:text/>
              </w:sdtPr>
              <w:sdtEndPr/>
              <w:sdtContent>
                <w:r>
                  <w:rPr>
                    <w:rFonts w:eastAsia="Arial"/>
                    <w:color w:val="555555"/>
                  </w:rPr>
                  <w:t>Click or tap to type</w:t>
                </w:r>
              </w:sdtContent>
            </w:sdt>
          </w:p>
        </w:tc>
        <w:tc>
          <w:tcPr>
            <w:tcW w:w="2440" w:type="dxa"/>
          </w:tcPr>
          <w:p w14:paraId="6702791A" w14:textId="77777777" w:rsidR="001C7FD1" w:rsidRDefault="003F5285">
            <w:pPr>
              <w:spacing w:after="0" w:line="240" w:lineRule="auto"/>
            </w:pPr>
            <w:sdt>
              <w:sdtPr>
                <w:alias w:val="T805"/>
                <w:tag w:val="T805"/>
                <w:id w:val="100805"/>
                <w:text/>
              </w:sdtPr>
              <w:sdtEndPr/>
              <w:sdtContent>
                <w:r>
                  <w:rPr>
                    <w:rFonts w:eastAsia="Arial"/>
                    <w:color w:val="555555"/>
                  </w:rPr>
                  <w:t>Click or tap to type</w:t>
                </w:r>
              </w:sdtContent>
            </w:sdt>
          </w:p>
        </w:tc>
      </w:tr>
      <w:tr w:rsidR="001C7FD1" w14:paraId="190F3DDE" w14:textId="77777777">
        <w:trPr>
          <w:cantSplit/>
        </w:trPr>
        <w:tc>
          <w:tcPr>
            <w:tcW w:w="2400" w:type="dxa"/>
          </w:tcPr>
          <w:p w14:paraId="694E54DC" w14:textId="77777777" w:rsidR="001C7FD1" w:rsidRDefault="003F5285">
            <w:pPr>
              <w:spacing w:after="0" w:line="240" w:lineRule="auto"/>
            </w:pPr>
            <w:sdt>
              <w:sdtPr>
                <w:alias w:val="T806"/>
                <w:tag w:val="T806"/>
                <w:id w:val="100806"/>
                <w:text/>
              </w:sdtPr>
              <w:sdtEndPr/>
              <w:sdtContent>
                <w:r>
                  <w:rPr>
                    <w:rFonts w:eastAsia="Arial"/>
                    <w:color w:val="555555"/>
                  </w:rPr>
                  <w:t>Click or tap to type</w:t>
                </w:r>
              </w:sdtContent>
            </w:sdt>
          </w:p>
        </w:tc>
        <w:tc>
          <w:tcPr>
            <w:tcW w:w="2600" w:type="dxa"/>
          </w:tcPr>
          <w:p w14:paraId="7D1A6C89" w14:textId="77777777" w:rsidR="001C7FD1" w:rsidRDefault="003F5285">
            <w:pPr>
              <w:spacing w:after="0" w:line="240" w:lineRule="auto"/>
            </w:pPr>
            <w:sdt>
              <w:sdtPr>
                <w:alias w:val="T807"/>
                <w:tag w:val="T807"/>
                <w:id w:val="100807"/>
                <w:text/>
              </w:sdtPr>
              <w:sdtEndPr/>
              <w:sdtContent>
                <w:r>
                  <w:rPr>
                    <w:rFonts w:eastAsia="Arial"/>
                    <w:color w:val="555555"/>
                  </w:rPr>
                  <w:t>Click or tap to type</w:t>
                </w:r>
              </w:sdtContent>
            </w:sdt>
          </w:p>
        </w:tc>
        <w:tc>
          <w:tcPr>
            <w:tcW w:w="2200" w:type="dxa"/>
          </w:tcPr>
          <w:p w14:paraId="79C2C432" w14:textId="77777777" w:rsidR="001C7FD1" w:rsidRDefault="003F5285">
            <w:pPr>
              <w:spacing w:after="0" w:line="240" w:lineRule="auto"/>
            </w:pPr>
            <w:sdt>
              <w:sdtPr>
                <w:alias w:val="T808"/>
                <w:tag w:val="T808"/>
                <w:id w:val="100808"/>
                <w:text/>
              </w:sdtPr>
              <w:sdtEndPr/>
              <w:sdtContent>
                <w:r>
                  <w:rPr>
                    <w:rFonts w:eastAsia="Arial"/>
                    <w:color w:val="555555"/>
                  </w:rPr>
                  <w:t>Click or tap to type</w:t>
                </w:r>
              </w:sdtContent>
            </w:sdt>
          </w:p>
        </w:tc>
        <w:tc>
          <w:tcPr>
            <w:tcW w:w="2440" w:type="dxa"/>
          </w:tcPr>
          <w:p w14:paraId="3FED98E4" w14:textId="77777777" w:rsidR="001C7FD1" w:rsidRDefault="003F5285">
            <w:pPr>
              <w:spacing w:after="0" w:line="240" w:lineRule="auto"/>
            </w:pPr>
            <w:sdt>
              <w:sdtPr>
                <w:alias w:val="T809"/>
                <w:tag w:val="T809"/>
                <w:id w:val="100809"/>
                <w:text/>
              </w:sdtPr>
              <w:sdtEndPr/>
              <w:sdtContent>
                <w:r>
                  <w:rPr>
                    <w:rFonts w:eastAsia="Arial"/>
                    <w:color w:val="555555"/>
                  </w:rPr>
                  <w:t>Click or tap to type</w:t>
                </w:r>
              </w:sdtContent>
            </w:sdt>
          </w:p>
        </w:tc>
      </w:tr>
    </w:tbl>
    <w:p w14:paraId="78C53BB8" w14:textId="77777777" w:rsidR="001C7FD1" w:rsidRDefault="003F5285">
      <w:pPr>
        <w:pStyle w:val="Heading1"/>
      </w:pPr>
      <w:r>
        <w:t>18. Evidence and document checklist</w:t>
      </w:r>
    </w:p>
    <w:p w14:paraId="41910C63" w14:textId="77777777" w:rsidR="001C7FD1" w:rsidRDefault="003F5285">
      <w:pPr>
        <w:spacing w:after="160" w:line="269" w:lineRule="auto"/>
      </w:pPr>
      <w:r>
        <w:rPr>
          <w:rFonts w:eastAsia="Arial"/>
        </w:rPr>
        <w:t>List available evidence and identify what still needs to be obtained. Consent must be confirmed before contacting other people or services.</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700"/>
        <w:gridCol w:w="1300"/>
        <w:gridCol w:w="1800"/>
        <w:gridCol w:w="2840"/>
      </w:tblGrid>
      <w:tr w:rsidR="001C7FD1" w14:paraId="0C049293" w14:textId="77777777">
        <w:trPr>
          <w:tblHeader/>
        </w:trPr>
        <w:tc>
          <w:tcPr>
            <w:tcW w:w="3700" w:type="dxa"/>
            <w:shd w:val="clear" w:color="auto" w:fill="4B1F26"/>
            <w:tcMar>
              <w:top w:w="90" w:type="dxa"/>
              <w:left w:w="120" w:type="dxa"/>
              <w:bottom w:w="90" w:type="dxa"/>
              <w:right w:w="120" w:type="dxa"/>
            </w:tcMar>
            <w:vAlign w:val="center"/>
          </w:tcPr>
          <w:p w14:paraId="74950642" w14:textId="77777777" w:rsidR="001C7FD1" w:rsidRDefault="003F5285">
            <w:pPr>
              <w:spacing w:after="0" w:line="240" w:lineRule="auto"/>
            </w:pPr>
            <w:r>
              <w:rPr>
                <w:rFonts w:eastAsia="Arial"/>
                <w:b/>
                <w:color w:val="FFFFFF"/>
              </w:rPr>
              <w:t>Document / evidence</w:t>
            </w:r>
          </w:p>
        </w:tc>
        <w:tc>
          <w:tcPr>
            <w:tcW w:w="1300" w:type="dxa"/>
            <w:shd w:val="clear" w:color="auto" w:fill="4B1F26"/>
            <w:tcMar>
              <w:top w:w="90" w:type="dxa"/>
              <w:left w:w="120" w:type="dxa"/>
              <w:bottom w:w="90" w:type="dxa"/>
              <w:right w:w="120" w:type="dxa"/>
            </w:tcMar>
            <w:vAlign w:val="center"/>
          </w:tcPr>
          <w:p w14:paraId="141DF915" w14:textId="77777777" w:rsidR="001C7FD1" w:rsidRDefault="003F5285">
            <w:pPr>
              <w:spacing w:after="0" w:line="240" w:lineRule="auto"/>
            </w:pPr>
            <w:r>
              <w:rPr>
                <w:rFonts w:eastAsia="Arial"/>
                <w:b/>
                <w:color w:val="FFFFFF"/>
              </w:rPr>
              <w:t>Available?</w:t>
            </w:r>
          </w:p>
        </w:tc>
        <w:tc>
          <w:tcPr>
            <w:tcW w:w="1800" w:type="dxa"/>
            <w:shd w:val="clear" w:color="auto" w:fill="4B1F26"/>
            <w:tcMar>
              <w:top w:w="90" w:type="dxa"/>
              <w:left w:w="120" w:type="dxa"/>
              <w:bottom w:w="90" w:type="dxa"/>
              <w:right w:w="120" w:type="dxa"/>
            </w:tcMar>
            <w:vAlign w:val="center"/>
          </w:tcPr>
          <w:p w14:paraId="5CE94BB5" w14:textId="77777777" w:rsidR="001C7FD1" w:rsidRDefault="003F5285">
            <w:pPr>
              <w:spacing w:after="0" w:line="240" w:lineRule="auto"/>
            </w:pPr>
            <w:r>
              <w:rPr>
                <w:rFonts w:eastAsia="Arial"/>
                <w:b/>
                <w:color w:val="FFFFFF"/>
              </w:rPr>
              <w:t>Date / author</w:t>
            </w:r>
          </w:p>
        </w:tc>
        <w:tc>
          <w:tcPr>
            <w:tcW w:w="2840" w:type="dxa"/>
            <w:shd w:val="clear" w:color="auto" w:fill="4B1F26"/>
            <w:tcMar>
              <w:top w:w="90" w:type="dxa"/>
              <w:left w:w="120" w:type="dxa"/>
              <w:bottom w:w="90" w:type="dxa"/>
              <w:right w:w="120" w:type="dxa"/>
            </w:tcMar>
            <w:vAlign w:val="center"/>
          </w:tcPr>
          <w:p w14:paraId="7D0A379E" w14:textId="77777777" w:rsidR="001C7FD1" w:rsidRDefault="003F5285">
            <w:pPr>
              <w:spacing w:after="0" w:line="240" w:lineRule="auto"/>
            </w:pPr>
            <w:r>
              <w:rPr>
                <w:rFonts w:eastAsia="Arial"/>
                <w:b/>
                <w:color w:val="FFFFFF"/>
              </w:rPr>
              <w:t>Location, key finding or follow-up</w:t>
            </w:r>
          </w:p>
        </w:tc>
      </w:tr>
      <w:tr w:rsidR="001C7FD1" w14:paraId="7D592472" w14:textId="77777777">
        <w:trPr>
          <w:cantSplit/>
        </w:trPr>
        <w:tc>
          <w:tcPr>
            <w:tcW w:w="3700" w:type="dxa"/>
            <w:shd w:val="clear" w:color="auto" w:fill="EEECE1"/>
          </w:tcPr>
          <w:p w14:paraId="2677D3B7" w14:textId="77777777" w:rsidR="001C7FD1" w:rsidRDefault="003F5285">
            <w:pPr>
              <w:spacing w:after="0" w:line="240" w:lineRule="auto"/>
            </w:pPr>
            <w:r>
              <w:rPr>
                <w:rFonts w:eastAsia="Arial"/>
                <w:b/>
                <w:color w:val="4B1F26"/>
              </w:rPr>
              <w:t>NDIS plan and goals</w:t>
            </w:r>
          </w:p>
        </w:tc>
        <w:tc>
          <w:tcPr>
            <w:tcW w:w="1300" w:type="dxa"/>
          </w:tcPr>
          <w:p w14:paraId="5E01E3CD" w14:textId="77777777" w:rsidR="001C7FD1" w:rsidRDefault="003F5285">
            <w:pPr>
              <w:spacing w:after="0" w:line="240" w:lineRule="auto"/>
            </w:pPr>
            <w:sdt>
              <w:sdtPr>
                <w:alias w:val="Y810"/>
                <w:tag w:val="Y810"/>
                <w:id w:val="100810"/>
                <w:text/>
              </w:sdtPr>
              <w:sdtEndPr/>
              <w:sdtContent>
                <w:r>
                  <w:rPr>
                    <w:rFonts w:eastAsia="Arial"/>
                    <w:color w:val="555555"/>
                  </w:rPr>
                  <w:t>Yes / No / Not sure</w:t>
                </w:r>
              </w:sdtContent>
            </w:sdt>
          </w:p>
        </w:tc>
        <w:tc>
          <w:tcPr>
            <w:tcW w:w="1800" w:type="dxa"/>
          </w:tcPr>
          <w:p w14:paraId="098D24E4" w14:textId="77777777" w:rsidR="001C7FD1" w:rsidRDefault="003F5285">
            <w:pPr>
              <w:spacing w:after="0" w:line="240" w:lineRule="auto"/>
            </w:pPr>
            <w:sdt>
              <w:sdtPr>
                <w:alias w:val="T811"/>
                <w:tag w:val="T811"/>
                <w:id w:val="100811"/>
                <w:text/>
              </w:sdtPr>
              <w:sdtEndPr/>
              <w:sdtContent>
                <w:r>
                  <w:rPr>
                    <w:rFonts w:eastAsia="Arial"/>
                    <w:color w:val="555555"/>
                  </w:rPr>
                  <w:t>Click or tap to type</w:t>
                </w:r>
              </w:sdtContent>
            </w:sdt>
          </w:p>
        </w:tc>
        <w:tc>
          <w:tcPr>
            <w:tcW w:w="2840" w:type="dxa"/>
          </w:tcPr>
          <w:p w14:paraId="06CCE425" w14:textId="77777777" w:rsidR="001C7FD1" w:rsidRDefault="003F5285">
            <w:pPr>
              <w:spacing w:after="0" w:line="240" w:lineRule="auto"/>
            </w:pPr>
            <w:sdt>
              <w:sdtPr>
                <w:alias w:val="T812"/>
                <w:tag w:val="T812"/>
                <w:id w:val="100812"/>
                <w:text/>
              </w:sdtPr>
              <w:sdtEndPr/>
              <w:sdtContent>
                <w:r>
                  <w:rPr>
                    <w:rFonts w:eastAsia="Arial"/>
                    <w:color w:val="555555"/>
                  </w:rPr>
                  <w:t>Click or tap to type</w:t>
                </w:r>
              </w:sdtContent>
            </w:sdt>
          </w:p>
        </w:tc>
      </w:tr>
      <w:tr w:rsidR="001C7FD1" w14:paraId="06EA34C0" w14:textId="77777777">
        <w:trPr>
          <w:cantSplit/>
        </w:trPr>
        <w:tc>
          <w:tcPr>
            <w:tcW w:w="3700" w:type="dxa"/>
            <w:shd w:val="clear" w:color="auto" w:fill="EEECE1"/>
          </w:tcPr>
          <w:p w14:paraId="5FD834C7" w14:textId="77777777" w:rsidR="001C7FD1" w:rsidRDefault="003F5285">
            <w:pPr>
              <w:spacing w:after="0" w:line="240" w:lineRule="auto"/>
            </w:pPr>
            <w:r>
              <w:rPr>
                <w:rFonts w:eastAsia="Arial"/>
                <w:b/>
                <w:color w:val="4B1F26"/>
              </w:rPr>
              <w:t>Previous Functional Capacity / Functional Needs Assessment</w:t>
            </w:r>
          </w:p>
        </w:tc>
        <w:tc>
          <w:tcPr>
            <w:tcW w:w="1300" w:type="dxa"/>
            <w:shd w:val="clear" w:color="auto" w:fill="F5F4EF"/>
          </w:tcPr>
          <w:p w14:paraId="046DB0CE" w14:textId="77777777" w:rsidR="001C7FD1" w:rsidRDefault="003F5285">
            <w:pPr>
              <w:spacing w:after="0" w:line="240" w:lineRule="auto"/>
            </w:pPr>
            <w:sdt>
              <w:sdtPr>
                <w:alias w:val="Y813"/>
                <w:tag w:val="Y813"/>
                <w:id w:val="100813"/>
                <w:text/>
              </w:sdtPr>
              <w:sdtEndPr/>
              <w:sdtContent>
                <w:r>
                  <w:rPr>
                    <w:rFonts w:eastAsia="Arial"/>
                    <w:color w:val="555555"/>
                  </w:rPr>
                  <w:t>Yes / No / Not sure</w:t>
                </w:r>
              </w:sdtContent>
            </w:sdt>
          </w:p>
        </w:tc>
        <w:tc>
          <w:tcPr>
            <w:tcW w:w="1800" w:type="dxa"/>
            <w:shd w:val="clear" w:color="auto" w:fill="F5F4EF"/>
          </w:tcPr>
          <w:p w14:paraId="7F2481A2" w14:textId="77777777" w:rsidR="001C7FD1" w:rsidRDefault="003F5285">
            <w:pPr>
              <w:spacing w:after="0" w:line="240" w:lineRule="auto"/>
            </w:pPr>
            <w:sdt>
              <w:sdtPr>
                <w:alias w:val="T814"/>
                <w:tag w:val="T814"/>
                <w:id w:val="100814"/>
                <w:text/>
              </w:sdtPr>
              <w:sdtEndPr/>
              <w:sdtContent>
                <w:r>
                  <w:rPr>
                    <w:rFonts w:eastAsia="Arial"/>
                    <w:color w:val="555555"/>
                  </w:rPr>
                  <w:t>Click or tap to type</w:t>
                </w:r>
              </w:sdtContent>
            </w:sdt>
          </w:p>
        </w:tc>
        <w:tc>
          <w:tcPr>
            <w:tcW w:w="2840" w:type="dxa"/>
            <w:shd w:val="clear" w:color="auto" w:fill="F5F4EF"/>
          </w:tcPr>
          <w:p w14:paraId="368E29E6" w14:textId="77777777" w:rsidR="001C7FD1" w:rsidRDefault="003F5285">
            <w:pPr>
              <w:spacing w:after="0" w:line="240" w:lineRule="auto"/>
            </w:pPr>
            <w:sdt>
              <w:sdtPr>
                <w:alias w:val="T815"/>
                <w:tag w:val="T815"/>
                <w:id w:val="100815"/>
                <w:text/>
              </w:sdtPr>
              <w:sdtEndPr/>
              <w:sdtContent>
                <w:r>
                  <w:rPr>
                    <w:rFonts w:eastAsia="Arial"/>
                    <w:color w:val="555555"/>
                  </w:rPr>
                  <w:t>Click or tap to type</w:t>
                </w:r>
              </w:sdtContent>
            </w:sdt>
          </w:p>
        </w:tc>
      </w:tr>
      <w:tr w:rsidR="001C7FD1" w14:paraId="28FEBC92" w14:textId="77777777">
        <w:trPr>
          <w:cantSplit/>
        </w:trPr>
        <w:tc>
          <w:tcPr>
            <w:tcW w:w="3700" w:type="dxa"/>
            <w:shd w:val="clear" w:color="auto" w:fill="EEECE1"/>
          </w:tcPr>
          <w:p w14:paraId="61F65535" w14:textId="77777777" w:rsidR="001C7FD1" w:rsidRDefault="003F5285">
            <w:pPr>
              <w:spacing w:after="0" w:line="240" w:lineRule="auto"/>
            </w:pPr>
            <w:r>
              <w:rPr>
                <w:rFonts w:eastAsia="Arial"/>
                <w:b/>
                <w:color w:val="4B1F26"/>
              </w:rPr>
              <w:t>Diagnostic reports</w:t>
            </w:r>
          </w:p>
        </w:tc>
        <w:tc>
          <w:tcPr>
            <w:tcW w:w="1300" w:type="dxa"/>
          </w:tcPr>
          <w:p w14:paraId="422FB995" w14:textId="77777777" w:rsidR="001C7FD1" w:rsidRDefault="003F5285">
            <w:pPr>
              <w:spacing w:after="0" w:line="240" w:lineRule="auto"/>
            </w:pPr>
            <w:sdt>
              <w:sdtPr>
                <w:alias w:val="Y816"/>
                <w:tag w:val="Y816"/>
                <w:id w:val="100816"/>
                <w:text/>
              </w:sdtPr>
              <w:sdtEndPr/>
              <w:sdtContent>
                <w:r>
                  <w:rPr>
                    <w:rFonts w:eastAsia="Arial"/>
                    <w:color w:val="555555"/>
                  </w:rPr>
                  <w:t>Yes / No / Not sure</w:t>
                </w:r>
              </w:sdtContent>
            </w:sdt>
          </w:p>
        </w:tc>
        <w:tc>
          <w:tcPr>
            <w:tcW w:w="1800" w:type="dxa"/>
          </w:tcPr>
          <w:p w14:paraId="3BEF4F1D" w14:textId="77777777" w:rsidR="001C7FD1" w:rsidRDefault="003F5285">
            <w:pPr>
              <w:spacing w:after="0" w:line="240" w:lineRule="auto"/>
            </w:pPr>
            <w:sdt>
              <w:sdtPr>
                <w:alias w:val="T817"/>
                <w:tag w:val="T817"/>
                <w:id w:val="100817"/>
                <w:text/>
              </w:sdtPr>
              <w:sdtEndPr/>
              <w:sdtContent>
                <w:r>
                  <w:rPr>
                    <w:rFonts w:eastAsia="Arial"/>
                    <w:color w:val="555555"/>
                  </w:rPr>
                  <w:t>Click or tap to type</w:t>
                </w:r>
              </w:sdtContent>
            </w:sdt>
          </w:p>
        </w:tc>
        <w:tc>
          <w:tcPr>
            <w:tcW w:w="2840" w:type="dxa"/>
          </w:tcPr>
          <w:p w14:paraId="66BAD809" w14:textId="77777777" w:rsidR="001C7FD1" w:rsidRDefault="003F5285">
            <w:pPr>
              <w:spacing w:after="0" w:line="240" w:lineRule="auto"/>
            </w:pPr>
            <w:sdt>
              <w:sdtPr>
                <w:alias w:val="T818"/>
                <w:tag w:val="T818"/>
                <w:id w:val="100818"/>
                <w:text/>
              </w:sdtPr>
              <w:sdtEndPr/>
              <w:sdtContent>
                <w:r>
                  <w:rPr>
                    <w:rFonts w:eastAsia="Arial"/>
                    <w:color w:val="555555"/>
                  </w:rPr>
                  <w:t>Click or tap to type</w:t>
                </w:r>
              </w:sdtContent>
            </w:sdt>
          </w:p>
        </w:tc>
      </w:tr>
      <w:tr w:rsidR="001C7FD1" w14:paraId="24E3D321" w14:textId="77777777">
        <w:trPr>
          <w:cantSplit/>
        </w:trPr>
        <w:tc>
          <w:tcPr>
            <w:tcW w:w="3700" w:type="dxa"/>
            <w:shd w:val="clear" w:color="auto" w:fill="EEECE1"/>
          </w:tcPr>
          <w:p w14:paraId="4F94E4B6" w14:textId="77777777" w:rsidR="001C7FD1" w:rsidRDefault="003F5285">
            <w:pPr>
              <w:spacing w:after="0" w:line="240" w:lineRule="auto"/>
            </w:pPr>
            <w:r>
              <w:rPr>
                <w:rFonts w:eastAsia="Arial"/>
                <w:b/>
                <w:color w:val="4B1F26"/>
              </w:rPr>
              <w:t>Medical and specialist letters</w:t>
            </w:r>
          </w:p>
        </w:tc>
        <w:tc>
          <w:tcPr>
            <w:tcW w:w="1300" w:type="dxa"/>
            <w:shd w:val="clear" w:color="auto" w:fill="F5F4EF"/>
          </w:tcPr>
          <w:p w14:paraId="1E16F263" w14:textId="77777777" w:rsidR="001C7FD1" w:rsidRDefault="003F5285">
            <w:pPr>
              <w:spacing w:after="0" w:line="240" w:lineRule="auto"/>
            </w:pPr>
            <w:sdt>
              <w:sdtPr>
                <w:alias w:val="Y819"/>
                <w:tag w:val="Y819"/>
                <w:id w:val="100819"/>
                <w:text/>
              </w:sdtPr>
              <w:sdtEndPr/>
              <w:sdtContent>
                <w:r>
                  <w:rPr>
                    <w:rFonts w:eastAsia="Arial"/>
                    <w:color w:val="555555"/>
                  </w:rPr>
                  <w:t>Yes / No / Not sure</w:t>
                </w:r>
              </w:sdtContent>
            </w:sdt>
          </w:p>
        </w:tc>
        <w:tc>
          <w:tcPr>
            <w:tcW w:w="1800" w:type="dxa"/>
            <w:shd w:val="clear" w:color="auto" w:fill="F5F4EF"/>
          </w:tcPr>
          <w:p w14:paraId="715D7264" w14:textId="77777777" w:rsidR="001C7FD1" w:rsidRDefault="003F5285">
            <w:pPr>
              <w:spacing w:after="0" w:line="240" w:lineRule="auto"/>
            </w:pPr>
            <w:sdt>
              <w:sdtPr>
                <w:alias w:val="T820"/>
                <w:tag w:val="T820"/>
                <w:id w:val="100820"/>
                <w:text/>
              </w:sdtPr>
              <w:sdtEndPr/>
              <w:sdtContent>
                <w:r>
                  <w:rPr>
                    <w:rFonts w:eastAsia="Arial"/>
                    <w:color w:val="555555"/>
                  </w:rPr>
                  <w:t>Click or tap to type</w:t>
                </w:r>
              </w:sdtContent>
            </w:sdt>
          </w:p>
        </w:tc>
        <w:tc>
          <w:tcPr>
            <w:tcW w:w="2840" w:type="dxa"/>
            <w:shd w:val="clear" w:color="auto" w:fill="F5F4EF"/>
          </w:tcPr>
          <w:p w14:paraId="28FA4989" w14:textId="77777777" w:rsidR="001C7FD1" w:rsidRDefault="003F5285">
            <w:pPr>
              <w:spacing w:after="0" w:line="240" w:lineRule="auto"/>
            </w:pPr>
            <w:sdt>
              <w:sdtPr>
                <w:alias w:val="T821"/>
                <w:tag w:val="T821"/>
                <w:id w:val="100821"/>
                <w:text/>
              </w:sdtPr>
              <w:sdtEndPr/>
              <w:sdtContent>
                <w:r>
                  <w:rPr>
                    <w:rFonts w:eastAsia="Arial"/>
                    <w:color w:val="555555"/>
                  </w:rPr>
                  <w:t>Click or tap to type</w:t>
                </w:r>
              </w:sdtContent>
            </w:sdt>
          </w:p>
        </w:tc>
      </w:tr>
      <w:tr w:rsidR="001C7FD1" w14:paraId="33DF0FC1" w14:textId="77777777">
        <w:trPr>
          <w:cantSplit/>
        </w:trPr>
        <w:tc>
          <w:tcPr>
            <w:tcW w:w="3700" w:type="dxa"/>
            <w:shd w:val="clear" w:color="auto" w:fill="EEECE1"/>
          </w:tcPr>
          <w:p w14:paraId="532761F8" w14:textId="77777777" w:rsidR="001C7FD1" w:rsidRDefault="003F5285">
            <w:pPr>
              <w:spacing w:after="0" w:line="240" w:lineRule="auto"/>
            </w:pPr>
            <w:r>
              <w:rPr>
                <w:rFonts w:eastAsia="Arial"/>
                <w:b/>
                <w:color w:val="4B1F26"/>
              </w:rPr>
              <w:t>Occupational therapy reports</w:t>
            </w:r>
          </w:p>
        </w:tc>
        <w:tc>
          <w:tcPr>
            <w:tcW w:w="1300" w:type="dxa"/>
          </w:tcPr>
          <w:p w14:paraId="28E63DCA" w14:textId="77777777" w:rsidR="001C7FD1" w:rsidRDefault="003F5285">
            <w:pPr>
              <w:spacing w:after="0" w:line="240" w:lineRule="auto"/>
            </w:pPr>
            <w:sdt>
              <w:sdtPr>
                <w:alias w:val="Y822"/>
                <w:tag w:val="Y822"/>
                <w:id w:val="100822"/>
                <w:text/>
              </w:sdtPr>
              <w:sdtEndPr/>
              <w:sdtContent>
                <w:r>
                  <w:rPr>
                    <w:rFonts w:eastAsia="Arial"/>
                    <w:color w:val="555555"/>
                  </w:rPr>
                  <w:t>Yes / No / Not sure</w:t>
                </w:r>
              </w:sdtContent>
            </w:sdt>
          </w:p>
        </w:tc>
        <w:tc>
          <w:tcPr>
            <w:tcW w:w="1800" w:type="dxa"/>
          </w:tcPr>
          <w:p w14:paraId="23DD27EE" w14:textId="77777777" w:rsidR="001C7FD1" w:rsidRDefault="003F5285">
            <w:pPr>
              <w:spacing w:after="0" w:line="240" w:lineRule="auto"/>
            </w:pPr>
            <w:sdt>
              <w:sdtPr>
                <w:alias w:val="T823"/>
                <w:tag w:val="T823"/>
                <w:id w:val="100823"/>
                <w:text/>
              </w:sdtPr>
              <w:sdtEndPr/>
              <w:sdtContent>
                <w:r>
                  <w:rPr>
                    <w:rFonts w:eastAsia="Arial"/>
                    <w:color w:val="555555"/>
                  </w:rPr>
                  <w:t>Click or tap to type</w:t>
                </w:r>
              </w:sdtContent>
            </w:sdt>
          </w:p>
        </w:tc>
        <w:tc>
          <w:tcPr>
            <w:tcW w:w="2840" w:type="dxa"/>
          </w:tcPr>
          <w:p w14:paraId="76519C1E" w14:textId="77777777" w:rsidR="001C7FD1" w:rsidRDefault="003F5285">
            <w:pPr>
              <w:spacing w:after="0" w:line="240" w:lineRule="auto"/>
            </w:pPr>
            <w:sdt>
              <w:sdtPr>
                <w:alias w:val="T824"/>
                <w:tag w:val="T824"/>
                <w:id w:val="100824"/>
                <w:text/>
              </w:sdtPr>
              <w:sdtEndPr/>
              <w:sdtContent>
                <w:r>
                  <w:rPr>
                    <w:rFonts w:eastAsia="Arial"/>
                    <w:color w:val="555555"/>
                  </w:rPr>
                  <w:t>Click or tap to type</w:t>
                </w:r>
              </w:sdtContent>
            </w:sdt>
          </w:p>
        </w:tc>
      </w:tr>
      <w:tr w:rsidR="001C7FD1" w14:paraId="7FBE3DF5" w14:textId="77777777">
        <w:trPr>
          <w:cantSplit/>
        </w:trPr>
        <w:tc>
          <w:tcPr>
            <w:tcW w:w="3700" w:type="dxa"/>
            <w:shd w:val="clear" w:color="auto" w:fill="EEECE1"/>
          </w:tcPr>
          <w:p w14:paraId="0F6C2579" w14:textId="77777777" w:rsidR="001C7FD1" w:rsidRDefault="003F5285">
            <w:pPr>
              <w:spacing w:after="0" w:line="240" w:lineRule="auto"/>
            </w:pPr>
            <w:r>
              <w:rPr>
                <w:rFonts w:eastAsia="Arial"/>
                <w:b/>
                <w:color w:val="4B1F26"/>
              </w:rPr>
              <w:t>Speech pathology reports</w:t>
            </w:r>
          </w:p>
        </w:tc>
        <w:tc>
          <w:tcPr>
            <w:tcW w:w="1300" w:type="dxa"/>
            <w:shd w:val="clear" w:color="auto" w:fill="F5F4EF"/>
          </w:tcPr>
          <w:p w14:paraId="42E65BF0" w14:textId="77777777" w:rsidR="001C7FD1" w:rsidRDefault="003F5285">
            <w:pPr>
              <w:spacing w:after="0" w:line="240" w:lineRule="auto"/>
            </w:pPr>
            <w:sdt>
              <w:sdtPr>
                <w:alias w:val="Y825"/>
                <w:tag w:val="Y825"/>
                <w:id w:val="100825"/>
                <w:text/>
              </w:sdtPr>
              <w:sdtEndPr/>
              <w:sdtContent>
                <w:r>
                  <w:rPr>
                    <w:rFonts w:eastAsia="Arial"/>
                    <w:color w:val="555555"/>
                  </w:rPr>
                  <w:t>Yes / No / Not sure</w:t>
                </w:r>
              </w:sdtContent>
            </w:sdt>
          </w:p>
        </w:tc>
        <w:tc>
          <w:tcPr>
            <w:tcW w:w="1800" w:type="dxa"/>
            <w:shd w:val="clear" w:color="auto" w:fill="F5F4EF"/>
          </w:tcPr>
          <w:p w14:paraId="1A61DCE2" w14:textId="77777777" w:rsidR="001C7FD1" w:rsidRDefault="003F5285">
            <w:pPr>
              <w:spacing w:after="0" w:line="240" w:lineRule="auto"/>
            </w:pPr>
            <w:sdt>
              <w:sdtPr>
                <w:alias w:val="T826"/>
                <w:tag w:val="T826"/>
                <w:id w:val="100826"/>
                <w:text/>
              </w:sdtPr>
              <w:sdtEndPr/>
              <w:sdtContent>
                <w:r>
                  <w:rPr>
                    <w:rFonts w:eastAsia="Arial"/>
                    <w:color w:val="555555"/>
                  </w:rPr>
                  <w:t>Click or tap to type</w:t>
                </w:r>
              </w:sdtContent>
            </w:sdt>
          </w:p>
        </w:tc>
        <w:tc>
          <w:tcPr>
            <w:tcW w:w="2840" w:type="dxa"/>
            <w:shd w:val="clear" w:color="auto" w:fill="F5F4EF"/>
          </w:tcPr>
          <w:p w14:paraId="376383A6" w14:textId="77777777" w:rsidR="001C7FD1" w:rsidRDefault="003F5285">
            <w:pPr>
              <w:spacing w:after="0" w:line="240" w:lineRule="auto"/>
            </w:pPr>
            <w:sdt>
              <w:sdtPr>
                <w:alias w:val="T827"/>
                <w:tag w:val="T827"/>
                <w:id w:val="100827"/>
                <w:text/>
              </w:sdtPr>
              <w:sdtEndPr/>
              <w:sdtContent>
                <w:r>
                  <w:rPr>
                    <w:rFonts w:eastAsia="Arial"/>
                    <w:color w:val="555555"/>
                  </w:rPr>
                  <w:t>Click or tap to type</w:t>
                </w:r>
              </w:sdtContent>
            </w:sdt>
          </w:p>
        </w:tc>
      </w:tr>
      <w:tr w:rsidR="001C7FD1" w14:paraId="109FF89E" w14:textId="77777777">
        <w:trPr>
          <w:cantSplit/>
        </w:trPr>
        <w:tc>
          <w:tcPr>
            <w:tcW w:w="3700" w:type="dxa"/>
            <w:shd w:val="clear" w:color="auto" w:fill="EEECE1"/>
          </w:tcPr>
          <w:p w14:paraId="405BEB39" w14:textId="77777777" w:rsidR="001C7FD1" w:rsidRDefault="003F5285">
            <w:pPr>
              <w:spacing w:after="0" w:line="240" w:lineRule="auto"/>
            </w:pPr>
            <w:r>
              <w:rPr>
                <w:rFonts w:eastAsia="Arial"/>
                <w:b/>
                <w:color w:val="4B1F26"/>
              </w:rPr>
              <w:t>Psychology, mental health or behaviour support reports</w:t>
            </w:r>
          </w:p>
        </w:tc>
        <w:tc>
          <w:tcPr>
            <w:tcW w:w="1300" w:type="dxa"/>
          </w:tcPr>
          <w:p w14:paraId="215BB011" w14:textId="77777777" w:rsidR="001C7FD1" w:rsidRDefault="003F5285">
            <w:pPr>
              <w:spacing w:after="0" w:line="240" w:lineRule="auto"/>
            </w:pPr>
            <w:sdt>
              <w:sdtPr>
                <w:alias w:val="Y828"/>
                <w:tag w:val="Y828"/>
                <w:id w:val="100828"/>
                <w:text/>
              </w:sdtPr>
              <w:sdtEndPr/>
              <w:sdtContent>
                <w:r>
                  <w:rPr>
                    <w:rFonts w:eastAsia="Arial"/>
                    <w:color w:val="555555"/>
                  </w:rPr>
                  <w:t>Yes / No / Not sure</w:t>
                </w:r>
              </w:sdtContent>
            </w:sdt>
          </w:p>
        </w:tc>
        <w:tc>
          <w:tcPr>
            <w:tcW w:w="1800" w:type="dxa"/>
          </w:tcPr>
          <w:p w14:paraId="557E4528" w14:textId="77777777" w:rsidR="001C7FD1" w:rsidRDefault="003F5285">
            <w:pPr>
              <w:spacing w:after="0" w:line="240" w:lineRule="auto"/>
            </w:pPr>
            <w:sdt>
              <w:sdtPr>
                <w:alias w:val="T829"/>
                <w:tag w:val="T829"/>
                <w:id w:val="100829"/>
                <w:text/>
              </w:sdtPr>
              <w:sdtEndPr/>
              <w:sdtContent>
                <w:r>
                  <w:rPr>
                    <w:rFonts w:eastAsia="Arial"/>
                    <w:color w:val="555555"/>
                  </w:rPr>
                  <w:t>Click or tap to type</w:t>
                </w:r>
              </w:sdtContent>
            </w:sdt>
          </w:p>
        </w:tc>
        <w:tc>
          <w:tcPr>
            <w:tcW w:w="2840" w:type="dxa"/>
          </w:tcPr>
          <w:p w14:paraId="682FE639" w14:textId="77777777" w:rsidR="001C7FD1" w:rsidRDefault="003F5285">
            <w:pPr>
              <w:spacing w:after="0" w:line="240" w:lineRule="auto"/>
            </w:pPr>
            <w:sdt>
              <w:sdtPr>
                <w:alias w:val="T830"/>
                <w:tag w:val="T830"/>
                <w:id w:val="100830"/>
                <w:text/>
              </w:sdtPr>
              <w:sdtEndPr/>
              <w:sdtContent>
                <w:r>
                  <w:rPr>
                    <w:rFonts w:eastAsia="Arial"/>
                    <w:color w:val="555555"/>
                  </w:rPr>
                  <w:t>Click or tap to type</w:t>
                </w:r>
              </w:sdtContent>
            </w:sdt>
          </w:p>
        </w:tc>
      </w:tr>
      <w:tr w:rsidR="001C7FD1" w14:paraId="07117C0A" w14:textId="77777777">
        <w:trPr>
          <w:cantSplit/>
        </w:trPr>
        <w:tc>
          <w:tcPr>
            <w:tcW w:w="3700" w:type="dxa"/>
            <w:shd w:val="clear" w:color="auto" w:fill="EEECE1"/>
          </w:tcPr>
          <w:p w14:paraId="64118C0E" w14:textId="77777777" w:rsidR="001C7FD1" w:rsidRDefault="003F5285">
            <w:pPr>
              <w:spacing w:after="0" w:line="240" w:lineRule="auto"/>
            </w:pPr>
            <w:r>
              <w:rPr>
                <w:rFonts w:eastAsia="Arial"/>
                <w:b/>
                <w:color w:val="4B1F26"/>
              </w:rPr>
              <w:t>Physiotherapy, exercise physiology or mobility reports</w:t>
            </w:r>
          </w:p>
        </w:tc>
        <w:tc>
          <w:tcPr>
            <w:tcW w:w="1300" w:type="dxa"/>
            <w:shd w:val="clear" w:color="auto" w:fill="F5F4EF"/>
          </w:tcPr>
          <w:p w14:paraId="1036D9F1" w14:textId="77777777" w:rsidR="001C7FD1" w:rsidRDefault="003F5285">
            <w:pPr>
              <w:spacing w:after="0" w:line="240" w:lineRule="auto"/>
            </w:pPr>
            <w:sdt>
              <w:sdtPr>
                <w:alias w:val="Y831"/>
                <w:tag w:val="Y831"/>
                <w:id w:val="100831"/>
                <w:text/>
              </w:sdtPr>
              <w:sdtEndPr/>
              <w:sdtContent>
                <w:r>
                  <w:rPr>
                    <w:rFonts w:eastAsia="Arial"/>
                    <w:color w:val="555555"/>
                  </w:rPr>
                  <w:t>Yes / No / Not sure</w:t>
                </w:r>
              </w:sdtContent>
            </w:sdt>
          </w:p>
        </w:tc>
        <w:tc>
          <w:tcPr>
            <w:tcW w:w="1800" w:type="dxa"/>
            <w:shd w:val="clear" w:color="auto" w:fill="F5F4EF"/>
          </w:tcPr>
          <w:p w14:paraId="2353B8C3" w14:textId="77777777" w:rsidR="001C7FD1" w:rsidRDefault="003F5285">
            <w:pPr>
              <w:spacing w:after="0" w:line="240" w:lineRule="auto"/>
            </w:pPr>
            <w:sdt>
              <w:sdtPr>
                <w:alias w:val="T832"/>
                <w:tag w:val="T832"/>
                <w:id w:val="100832"/>
                <w:text/>
              </w:sdtPr>
              <w:sdtEndPr/>
              <w:sdtContent>
                <w:r>
                  <w:rPr>
                    <w:rFonts w:eastAsia="Arial"/>
                    <w:color w:val="555555"/>
                  </w:rPr>
                  <w:t>Click or tap to type</w:t>
                </w:r>
              </w:sdtContent>
            </w:sdt>
          </w:p>
        </w:tc>
        <w:tc>
          <w:tcPr>
            <w:tcW w:w="2840" w:type="dxa"/>
            <w:shd w:val="clear" w:color="auto" w:fill="F5F4EF"/>
          </w:tcPr>
          <w:p w14:paraId="5DE3CBE2" w14:textId="77777777" w:rsidR="001C7FD1" w:rsidRDefault="003F5285">
            <w:pPr>
              <w:spacing w:after="0" w:line="240" w:lineRule="auto"/>
            </w:pPr>
            <w:sdt>
              <w:sdtPr>
                <w:alias w:val="T833"/>
                <w:tag w:val="T833"/>
                <w:id w:val="100833"/>
                <w:text/>
              </w:sdtPr>
              <w:sdtEndPr/>
              <w:sdtContent>
                <w:r>
                  <w:rPr>
                    <w:rFonts w:eastAsia="Arial"/>
                    <w:color w:val="555555"/>
                  </w:rPr>
                  <w:t>Click or tap to type</w:t>
                </w:r>
              </w:sdtContent>
            </w:sdt>
          </w:p>
        </w:tc>
      </w:tr>
      <w:tr w:rsidR="001C7FD1" w14:paraId="7FD7D3C1" w14:textId="77777777">
        <w:trPr>
          <w:cantSplit/>
        </w:trPr>
        <w:tc>
          <w:tcPr>
            <w:tcW w:w="3700" w:type="dxa"/>
            <w:shd w:val="clear" w:color="auto" w:fill="EEECE1"/>
          </w:tcPr>
          <w:p w14:paraId="44D0446E" w14:textId="77777777" w:rsidR="001C7FD1" w:rsidRDefault="003F5285">
            <w:pPr>
              <w:spacing w:after="0" w:line="240" w:lineRule="auto"/>
            </w:pPr>
            <w:r>
              <w:rPr>
                <w:rFonts w:eastAsia="Arial"/>
                <w:b/>
                <w:color w:val="4B1F26"/>
              </w:rPr>
              <w:t>Education plan, school reports, attendance and adjustment records</w:t>
            </w:r>
          </w:p>
        </w:tc>
        <w:tc>
          <w:tcPr>
            <w:tcW w:w="1300" w:type="dxa"/>
          </w:tcPr>
          <w:p w14:paraId="04DDFDAA" w14:textId="77777777" w:rsidR="001C7FD1" w:rsidRDefault="003F5285">
            <w:pPr>
              <w:spacing w:after="0" w:line="240" w:lineRule="auto"/>
            </w:pPr>
            <w:sdt>
              <w:sdtPr>
                <w:alias w:val="Y834"/>
                <w:tag w:val="Y834"/>
                <w:id w:val="100834"/>
                <w:text/>
              </w:sdtPr>
              <w:sdtEndPr/>
              <w:sdtContent>
                <w:r>
                  <w:rPr>
                    <w:rFonts w:eastAsia="Arial"/>
                    <w:color w:val="555555"/>
                  </w:rPr>
                  <w:t>Yes / No / Not sure</w:t>
                </w:r>
              </w:sdtContent>
            </w:sdt>
          </w:p>
        </w:tc>
        <w:tc>
          <w:tcPr>
            <w:tcW w:w="1800" w:type="dxa"/>
          </w:tcPr>
          <w:p w14:paraId="53592418" w14:textId="77777777" w:rsidR="001C7FD1" w:rsidRDefault="003F5285">
            <w:pPr>
              <w:spacing w:after="0" w:line="240" w:lineRule="auto"/>
            </w:pPr>
            <w:sdt>
              <w:sdtPr>
                <w:alias w:val="T835"/>
                <w:tag w:val="T835"/>
                <w:id w:val="100835"/>
                <w:text/>
              </w:sdtPr>
              <w:sdtEndPr/>
              <w:sdtContent>
                <w:r>
                  <w:rPr>
                    <w:rFonts w:eastAsia="Arial"/>
                    <w:color w:val="555555"/>
                  </w:rPr>
                  <w:t>Click or tap to type</w:t>
                </w:r>
              </w:sdtContent>
            </w:sdt>
          </w:p>
        </w:tc>
        <w:tc>
          <w:tcPr>
            <w:tcW w:w="2840" w:type="dxa"/>
          </w:tcPr>
          <w:p w14:paraId="1DCA958C" w14:textId="77777777" w:rsidR="001C7FD1" w:rsidRDefault="003F5285">
            <w:pPr>
              <w:spacing w:after="0" w:line="240" w:lineRule="auto"/>
            </w:pPr>
            <w:sdt>
              <w:sdtPr>
                <w:alias w:val="T836"/>
                <w:tag w:val="T836"/>
                <w:id w:val="100836"/>
                <w:text/>
              </w:sdtPr>
              <w:sdtEndPr/>
              <w:sdtContent>
                <w:r>
                  <w:rPr>
                    <w:rFonts w:eastAsia="Arial"/>
                    <w:color w:val="555555"/>
                  </w:rPr>
                  <w:t>Click or tap to type</w:t>
                </w:r>
              </w:sdtContent>
            </w:sdt>
          </w:p>
        </w:tc>
      </w:tr>
      <w:tr w:rsidR="001C7FD1" w14:paraId="29BBCB4E" w14:textId="77777777">
        <w:trPr>
          <w:cantSplit/>
        </w:trPr>
        <w:tc>
          <w:tcPr>
            <w:tcW w:w="3700" w:type="dxa"/>
            <w:shd w:val="clear" w:color="auto" w:fill="EEECE1"/>
          </w:tcPr>
          <w:p w14:paraId="15E38049" w14:textId="77777777" w:rsidR="001C7FD1" w:rsidRDefault="003F5285">
            <w:pPr>
              <w:spacing w:after="0" w:line="240" w:lineRule="auto"/>
            </w:pPr>
            <w:r>
              <w:rPr>
                <w:rFonts w:eastAsia="Arial"/>
                <w:b/>
                <w:color w:val="4B1F26"/>
              </w:rPr>
              <w:t>Workplace, training or volunteering information</w:t>
            </w:r>
          </w:p>
        </w:tc>
        <w:tc>
          <w:tcPr>
            <w:tcW w:w="1300" w:type="dxa"/>
            <w:shd w:val="clear" w:color="auto" w:fill="F5F4EF"/>
          </w:tcPr>
          <w:p w14:paraId="53BD3D05" w14:textId="77777777" w:rsidR="001C7FD1" w:rsidRDefault="003F5285">
            <w:pPr>
              <w:spacing w:after="0" w:line="240" w:lineRule="auto"/>
            </w:pPr>
            <w:sdt>
              <w:sdtPr>
                <w:alias w:val="Y837"/>
                <w:tag w:val="Y837"/>
                <w:id w:val="100837"/>
                <w:text/>
              </w:sdtPr>
              <w:sdtEndPr/>
              <w:sdtContent>
                <w:r>
                  <w:rPr>
                    <w:rFonts w:eastAsia="Arial"/>
                    <w:color w:val="555555"/>
                  </w:rPr>
                  <w:t>Yes / No / Not sure</w:t>
                </w:r>
              </w:sdtContent>
            </w:sdt>
          </w:p>
        </w:tc>
        <w:tc>
          <w:tcPr>
            <w:tcW w:w="1800" w:type="dxa"/>
            <w:shd w:val="clear" w:color="auto" w:fill="F5F4EF"/>
          </w:tcPr>
          <w:p w14:paraId="1DDAD41E" w14:textId="77777777" w:rsidR="001C7FD1" w:rsidRDefault="003F5285">
            <w:pPr>
              <w:spacing w:after="0" w:line="240" w:lineRule="auto"/>
            </w:pPr>
            <w:sdt>
              <w:sdtPr>
                <w:alias w:val="T838"/>
                <w:tag w:val="T838"/>
                <w:id w:val="100838"/>
                <w:text/>
              </w:sdtPr>
              <w:sdtEndPr/>
              <w:sdtContent>
                <w:r>
                  <w:rPr>
                    <w:rFonts w:eastAsia="Arial"/>
                    <w:color w:val="555555"/>
                  </w:rPr>
                  <w:t>Click or tap to type</w:t>
                </w:r>
              </w:sdtContent>
            </w:sdt>
          </w:p>
        </w:tc>
        <w:tc>
          <w:tcPr>
            <w:tcW w:w="2840" w:type="dxa"/>
            <w:shd w:val="clear" w:color="auto" w:fill="F5F4EF"/>
          </w:tcPr>
          <w:p w14:paraId="6F083A91" w14:textId="77777777" w:rsidR="001C7FD1" w:rsidRDefault="003F5285">
            <w:pPr>
              <w:spacing w:after="0" w:line="240" w:lineRule="auto"/>
            </w:pPr>
            <w:sdt>
              <w:sdtPr>
                <w:alias w:val="T839"/>
                <w:tag w:val="T839"/>
                <w:id w:val="100839"/>
                <w:text/>
              </w:sdtPr>
              <w:sdtEndPr/>
              <w:sdtContent>
                <w:r>
                  <w:rPr>
                    <w:rFonts w:eastAsia="Arial"/>
                    <w:color w:val="555555"/>
                  </w:rPr>
                  <w:t>Click or tap to type</w:t>
                </w:r>
              </w:sdtContent>
            </w:sdt>
          </w:p>
        </w:tc>
      </w:tr>
      <w:tr w:rsidR="001C7FD1" w14:paraId="697CEEE0" w14:textId="77777777">
        <w:trPr>
          <w:cantSplit/>
        </w:trPr>
        <w:tc>
          <w:tcPr>
            <w:tcW w:w="3700" w:type="dxa"/>
            <w:shd w:val="clear" w:color="auto" w:fill="EEECE1"/>
          </w:tcPr>
          <w:p w14:paraId="24734847" w14:textId="77777777" w:rsidR="001C7FD1" w:rsidRDefault="003F5285">
            <w:pPr>
              <w:spacing w:after="0" w:line="240" w:lineRule="auto"/>
            </w:pPr>
            <w:r>
              <w:rPr>
                <w:rFonts w:eastAsia="Arial"/>
                <w:b/>
                <w:color w:val="4B1F26"/>
              </w:rPr>
              <w:lastRenderedPageBreak/>
              <w:t>Support worker notes, incident records or routine data</w:t>
            </w:r>
          </w:p>
        </w:tc>
        <w:tc>
          <w:tcPr>
            <w:tcW w:w="1300" w:type="dxa"/>
          </w:tcPr>
          <w:p w14:paraId="75A89692" w14:textId="77777777" w:rsidR="001C7FD1" w:rsidRDefault="003F5285">
            <w:pPr>
              <w:spacing w:after="0" w:line="240" w:lineRule="auto"/>
            </w:pPr>
            <w:sdt>
              <w:sdtPr>
                <w:alias w:val="Y840"/>
                <w:tag w:val="Y840"/>
                <w:id w:val="100840"/>
                <w:text/>
              </w:sdtPr>
              <w:sdtEndPr/>
              <w:sdtContent>
                <w:r>
                  <w:rPr>
                    <w:rFonts w:eastAsia="Arial"/>
                    <w:color w:val="555555"/>
                  </w:rPr>
                  <w:t>Yes / No / Not sure</w:t>
                </w:r>
              </w:sdtContent>
            </w:sdt>
          </w:p>
        </w:tc>
        <w:tc>
          <w:tcPr>
            <w:tcW w:w="1800" w:type="dxa"/>
          </w:tcPr>
          <w:p w14:paraId="5FA54384" w14:textId="77777777" w:rsidR="001C7FD1" w:rsidRDefault="003F5285">
            <w:pPr>
              <w:spacing w:after="0" w:line="240" w:lineRule="auto"/>
            </w:pPr>
            <w:sdt>
              <w:sdtPr>
                <w:alias w:val="T841"/>
                <w:tag w:val="T841"/>
                <w:id w:val="100841"/>
                <w:text/>
              </w:sdtPr>
              <w:sdtEndPr/>
              <w:sdtContent>
                <w:r>
                  <w:rPr>
                    <w:rFonts w:eastAsia="Arial"/>
                    <w:color w:val="555555"/>
                  </w:rPr>
                  <w:t>Click or tap to type</w:t>
                </w:r>
              </w:sdtContent>
            </w:sdt>
          </w:p>
        </w:tc>
        <w:tc>
          <w:tcPr>
            <w:tcW w:w="2840" w:type="dxa"/>
          </w:tcPr>
          <w:p w14:paraId="621C0F1E" w14:textId="77777777" w:rsidR="001C7FD1" w:rsidRDefault="003F5285">
            <w:pPr>
              <w:spacing w:after="0" w:line="240" w:lineRule="auto"/>
            </w:pPr>
            <w:sdt>
              <w:sdtPr>
                <w:alias w:val="T842"/>
                <w:tag w:val="T842"/>
                <w:id w:val="100842"/>
                <w:text/>
              </w:sdtPr>
              <w:sdtEndPr/>
              <w:sdtContent>
                <w:r>
                  <w:rPr>
                    <w:rFonts w:eastAsia="Arial"/>
                    <w:color w:val="555555"/>
                  </w:rPr>
                  <w:t>Click or tap to type</w:t>
                </w:r>
              </w:sdtContent>
            </w:sdt>
          </w:p>
        </w:tc>
      </w:tr>
      <w:tr w:rsidR="001C7FD1" w14:paraId="22DEC5E2" w14:textId="77777777">
        <w:trPr>
          <w:cantSplit/>
        </w:trPr>
        <w:tc>
          <w:tcPr>
            <w:tcW w:w="3700" w:type="dxa"/>
            <w:shd w:val="clear" w:color="auto" w:fill="EEECE1"/>
          </w:tcPr>
          <w:p w14:paraId="78E506AD" w14:textId="77777777" w:rsidR="001C7FD1" w:rsidRDefault="003F5285">
            <w:pPr>
              <w:spacing w:after="0" w:line="240" w:lineRule="auto"/>
            </w:pPr>
            <w:r>
              <w:rPr>
                <w:rFonts w:eastAsia="Arial"/>
                <w:b/>
                <w:color w:val="4B1F26"/>
              </w:rPr>
              <w:t>Assistive technology, equipment or home modification assessments</w:t>
            </w:r>
          </w:p>
        </w:tc>
        <w:tc>
          <w:tcPr>
            <w:tcW w:w="1300" w:type="dxa"/>
            <w:shd w:val="clear" w:color="auto" w:fill="F5F4EF"/>
          </w:tcPr>
          <w:p w14:paraId="053E0BFE" w14:textId="77777777" w:rsidR="001C7FD1" w:rsidRDefault="003F5285">
            <w:pPr>
              <w:spacing w:after="0" w:line="240" w:lineRule="auto"/>
            </w:pPr>
            <w:sdt>
              <w:sdtPr>
                <w:alias w:val="Y843"/>
                <w:tag w:val="Y843"/>
                <w:id w:val="100843"/>
                <w:text/>
              </w:sdtPr>
              <w:sdtEndPr/>
              <w:sdtContent>
                <w:r>
                  <w:rPr>
                    <w:rFonts w:eastAsia="Arial"/>
                    <w:color w:val="555555"/>
                  </w:rPr>
                  <w:t>Yes / No / Not sure</w:t>
                </w:r>
              </w:sdtContent>
            </w:sdt>
          </w:p>
        </w:tc>
        <w:tc>
          <w:tcPr>
            <w:tcW w:w="1800" w:type="dxa"/>
            <w:shd w:val="clear" w:color="auto" w:fill="F5F4EF"/>
          </w:tcPr>
          <w:p w14:paraId="385ECD8A" w14:textId="77777777" w:rsidR="001C7FD1" w:rsidRDefault="003F5285">
            <w:pPr>
              <w:spacing w:after="0" w:line="240" w:lineRule="auto"/>
            </w:pPr>
            <w:sdt>
              <w:sdtPr>
                <w:alias w:val="T844"/>
                <w:tag w:val="T844"/>
                <w:id w:val="100844"/>
                <w:text/>
              </w:sdtPr>
              <w:sdtEndPr/>
              <w:sdtContent>
                <w:r>
                  <w:rPr>
                    <w:rFonts w:eastAsia="Arial"/>
                    <w:color w:val="555555"/>
                  </w:rPr>
                  <w:t>Click or tap to type</w:t>
                </w:r>
              </w:sdtContent>
            </w:sdt>
          </w:p>
        </w:tc>
        <w:tc>
          <w:tcPr>
            <w:tcW w:w="2840" w:type="dxa"/>
            <w:shd w:val="clear" w:color="auto" w:fill="F5F4EF"/>
          </w:tcPr>
          <w:p w14:paraId="27FFFECD" w14:textId="77777777" w:rsidR="001C7FD1" w:rsidRDefault="003F5285">
            <w:pPr>
              <w:spacing w:after="0" w:line="240" w:lineRule="auto"/>
            </w:pPr>
            <w:sdt>
              <w:sdtPr>
                <w:alias w:val="T845"/>
                <w:tag w:val="T845"/>
                <w:id w:val="100845"/>
                <w:text/>
              </w:sdtPr>
              <w:sdtEndPr/>
              <w:sdtContent>
                <w:r>
                  <w:rPr>
                    <w:rFonts w:eastAsia="Arial"/>
                    <w:color w:val="555555"/>
                  </w:rPr>
                  <w:t>Click or tap to type</w:t>
                </w:r>
              </w:sdtContent>
            </w:sdt>
          </w:p>
        </w:tc>
      </w:tr>
      <w:tr w:rsidR="001C7FD1" w14:paraId="10A0AC29" w14:textId="77777777">
        <w:trPr>
          <w:cantSplit/>
        </w:trPr>
        <w:tc>
          <w:tcPr>
            <w:tcW w:w="3700" w:type="dxa"/>
            <w:shd w:val="clear" w:color="auto" w:fill="EEECE1"/>
          </w:tcPr>
          <w:p w14:paraId="575A268C" w14:textId="77777777" w:rsidR="001C7FD1" w:rsidRDefault="003F5285">
            <w:pPr>
              <w:spacing w:after="0" w:line="240" w:lineRule="auto"/>
            </w:pPr>
            <w:r>
              <w:rPr>
                <w:rFonts w:eastAsia="Arial"/>
                <w:b/>
                <w:color w:val="4B1F26"/>
              </w:rPr>
              <w:t>Hospital plans, health plans, seizure/allergy plans or medication list</w:t>
            </w:r>
          </w:p>
        </w:tc>
        <w:tc>
          <w:tcPr>
            <w:tcW w:w="1300" w:type="dxa"/>
          </w:tcPr>
          <w:p w14:paraId="3885B295" w14:textId="77777777" w:rsidR="001C7FD1" w:rsidRDefault="003F5285">
            <w:pPr>
              <w:spacing w:after="0" w:line="240" w:lineRule="auto"/>
            </w:pPr>
            <w:sdt>
              <w:sdtPr>
                <w:alias w:val="Y846"/>
                <w:tag w:val="Y846"/>
                <w:id w:val="100846"/>
                <w:text/>
              </w:sdtPr>
              <w:sdtEndPr/>
              <w:sdtContent>
                <w:r>
                  <w:rPr>
                    <w:rFonts w:eastAsia="Arial"/>
                    <w:color w:val="555555"/>
                  </w:rPr>
                  <w:t>Yes / No / Not sure</w:t>
                </w:r>
              </w:sdtContent>
            </w:sdt>
          </w:p>
        </w:tc>
        <w:tc>
          <w:tcPr>
            <w:tcW w:w="1800" w:type="dxa"/>
          </w:tcPr>
          <w:p w14:paraId="7C20E347" w14:textId="77777777" w:rsidR="001C7FD1" w:rsidRDefault="003F5285">
            <w:pPr>
              <w:spacing w:after="0" w:line="240" w:lineRule="auto"/>
            </w:pPr>
            <w:sdt>
              <w:sdtPr>
                <w:alias w:val="T847"/>
                <w:tag w:val="T847"/>
                <w:id w:val="100847"/>
                <w:text/>
              </w:sdtPr>
              <w:sdtEndPr/>
              <w:sdtContent>
                <w:r>
                  <w:rPr>
                    <w:rFonts w:eastAsia="Arial"/>
                    <w:color w:val="555555"/>
                  </w:rPr>
                  <w:t>Click or tap to type</w:t>
                </w:r>
              </w:sdtContent>
            </w:sdt>
          </w:p>
        </w:tc>
        <w:tc>
          <w:tcPr>
            <w:tcW w:w="2840" w:type="dxa"/>
          </w:tcPr>
          <w:p w14:paraId="14BC233E" w14:textId="77777777" w:rsidR="001C7FD1" w:rsidRDefault="003F5285">
            <w:pPr>
              <w:spacing w:after="0" w:line="240" w:lineRule="auto"/>
            </w:pPr>
            <w:sdt>
              <w:sdtPr>
                <w:alias w:val="T848"/>
                <w:tag w:val="T848"/>
                <w:id w:val="100848"/>
                <w:text/>
              </w:sdtPr>
              <w:sdtEndPr/>
              <w:sdtContent>
                <w:r>
                  <w:rPr>
                    <w:rFonts w:eastAsia="Arial"/>
                    <w:color w:val="555555"/>
                  </w:rPr>
                  <w:t>Click or tap to type</w:t>
                </w:r>
              </w:sdtContent>
            </w:sdt>
          </w:p>
        </w:tc>
      </w:tr>
      <w:tr w:rsidR="001C7FD1" w14:paraId="5C3318EF" w14:textId="77777777">
        <w:trPr>
          <w:cantSplit/>
        </w:trPr>
        <w:tc>
          <w:tcPr>
            <w:tcW w:w="3700" w:type="dxa"/>
            <w:shd w:val="clear" w:color="auto" w:fill="EEECE1"/>
          </w:tcPr>
          <w:p w14:paraId="7EF961EE" w14:textId="77777777" w:rsidR="001C7FD1" w:rsidRDefault="003F5285">
            <w:pPr>
              <w:spacing w:after="0" w:line="240" w:lineRule="auto"/>
            </w:pPr>
            <w:r>
              <w:rPr>
                <w:rFonts w:eastAsia="Arial"/>
                <w:b/>
                <w:color w:val="4B1F26"/>
              </w:rPr>
              <w:t>Carer statement and family impact information</w:t>
            </w:r>
          </w:p>
        </w:tc>
        <w:tc>
          <w:tcPr>
            <w:tcW w:w="1300" w:type="dxa"/>
            <w:shd w:val="clear" w:color="auto" w:fill="F5F4EF"/>
          </w:tcPr>
          <w:p w14:paraId="402EDAC7" w14:textId="77777777" w:rsidR="001C7FD1" w:rsidRDefault="003F5285">
            <w:pPr>
              <w:spacing w:after="0" w:line="240" w:lineRule="auto"/>
            </w:pPr>
            <w:sdt>
              <w:sdtPr>
                <w:alias w:val="Y849"/>
                <w:tag w:val="Y849"/>
                <w:id w:val="100849"/>
                <w:text/>
              </w:sdtPr>
              <w:sdtEndPr/>
              <w:sdtContent>
                <w:r>
                  <w:rPr>
                    <w:rFonts w:eastAsia="Arial"/>
                    <w:color w:val="555555"/>
                  </w:rPr>
                  <w:t>Yes / No / Not sure</w:t>
                </w:r>
              </w:sdtContent>
            </w:sdt>
          </w:p>
        </w:tc>
        <w:tc>
          <w:tcPr>
            <w:tcW w:w="1800" w:type="dxa"/>
            <w:shd w:val="clear" w:color="auto" w:fill="F5F4EF"/>
          </w:tcPr>
          <w:p w14:paraId="608BCCBF" w14:textId="77777777" w:rsidR="001C7FD1" w:rsidRDefault="003F5285">
            <w:pPr>
              <w:spacing w:after="0" w:line="240" w:lineRule="auto"/>
            </w:pPr>
            <w:sdt>
              <w:sdtPr>
                <w:alias w:val="T850"/>
                <w:tag w:val="T850"/>
                <w:id w:val="100850"/>
                <w:text/>
              </w:sdtPr>
              <w:sdtEndPr/>
              <w:sdtContent>
                <w:r>
                  <w:rPr>
                    <w:rFonts w:eastAsia="Arial"/>
                    <w:color w:val="555555"/>
                  </w:rPr>
                  <w:t>Click or tap to type</w:t>
                </w:r>
              </w:sdtContent>
            </w:sdt>
          </w:p>
        </w:tc>
        <w:tc>
          <w:tcPr>
            <w:tcW w:w="2840" w:type="dxa"/>
            <w:shd w:val="clear" w:color="auto" w:fill="F5F4EF"/>
          </w:tcPr>
          <w:p w14:paraId="6E3AAE06" w14:textId="77777777" w:rsidR="001C7FD1" w:rsidRDefault="003F5285">
            <w:pPr>
              <w:spacing w:after="0" w:line="240" w:lineRule="auto"/>
            </w:pPr>
            <w:sdt>
              <w:sdtPr>
                <w:alias w:val="T851"/>
                <w:tag w:val="T851"/>
                <w:id w:val="100851"/>
                <w:text/>
              </w:sdtPr>
              <w:sdtEndPr/>
              <w:sdtContent>
                <w:r>
                  <w:rPr>
                    <w:rFonts w:eastAsia="Arial"/>
                    <w:color w:val="555555"/>
                  </w:rPr>
                  <w:t>Click or tap to type</w:t>
                </w:r>
              </w:sdtContent>
            </w:sdt>
          </w:p>
        </w:tc>
      </w:tr>
      <w:tr w:rsidR="001C7FD1" w14:paraId="72620567" w14:textId="77777777">
        <w:trPr>
          <w:cantSplit/>
        </w:trPr>
        <w:tc>
          <w:tcPr>
            <w:tcW w:w="3700" w:type="dxa"/>
            <w:shd w:val="clear" w:color="auto" w:fill="EEECE1"/>
          </w:tcPr>
          <w:p w14:paraId="2F50734C" w14:textId="77777777" w:rsidR="001C7FD1" w:rsidRDefault="003F5285">
            <w:pPr>
              <w:spacing w:after="0" w:line="240" w:lineRule="auto"/>
            </w:pPr>
            <w:r>
              <w:rPr>
                <w:rFonts w:eastAsia="Arial"/>
                <w:b/>
                <w:color w:val="4B1F26"/>
              </w:rPr>
              <w:t>Housing, tenancy, justice, child protection or safeguarding information where relevant and consented</w:t>
            </w:r>
          </w:p>
        </w:tc>
        <w:tc>
          <w:tcPr>
            <w:tcW w:w="1300" w:type="dxa"/>
          </w:tcPr>
          <w:p w14:paraId="3C6408B8" w14:textId="77777777" w:rsidR="001C7FD1" w:rsidRDefault="003F5285">
            <w:pPr>
              <w:spacing w:after="0" w:line="240" w:lineRule="auto"/>
            </w:pPr>
            <w:sdt>
              <w:sdtPr>
                <w:alias w:val="Y852"/>
                <w:tag w:val="Y852"/>
                <w:id w:val="100852"/>
                <w:text/>
              </w:sdtPr>
              <w:sdtEndPr/>
              <w:sdtContent>
                <w:r>
                  <w:rPr>
                    <w:rFonts w:eastAsia="Arial"/>
                    <w:color w:val="555555"/>
                  </w:rPr>
                  <w:t>Yes / No / Not sure</w:t>
                </w:r>
              </w:sdtContent>
            </w:sdt>
          </w:p>
        </w:tc>
        <w:tc>
          <w:tcPr>
            <w:tcW w:w="1800" w:type="dxa"/>
          </w:tcPr>
          <w:p w14:paraId="64AF5A13" w14:textId="77777777" w:rsidR="001C7FD1" w:rsidRDefault="003F5285">
            <w:pPr>
              <w:spacing w:after="0" w:line="240" w:lineRule="auto"/>
            </w:pPr>
            <w:sdt>
              <w:sdtPr>
                <w:alias w:val="T853"/>
                <w:tag w:val="T853"/>
                <w:id w:val="100853"/>
                <w:text/>
              </w:sdtPr>
              <w:sdtEndPr/>
              <w:sdtContent>
                <w:r>
                  <w:rPr>
                    <w:rFonts w:eastAsia="Arial"/>
                    <w:color w:val="555555"/>
                  </w:rPr>
                  <w:t>Click or tap to type</w:t>
                </w:r>
              </w:sdtContent>
            </w:sdt>
          </w:p>
        </w:tc>
        <w:tc>
          <w:tcPr>
            <w:tcW w:w="2840" w:type="dxa"/>
          </w:tcPr>
          <w:p w14:paraId="361F85EF" w14:textId="77777777" w:rsidR="001C7FD1" w:rsidRDefault="003F5285">
            <w:pPr>
              <w:spacing w:after="0" w:line="240" w:lineRule="auto"/>
            </w:pPr>
            <w:sdt>
              <w:sdtPr>
                <w:alias w:val="T854"/>
                <w:tag w:val="T854"/>
                <w:id w:val="100854"/>
                <w:text/>
              </w:sdtPr>
              <w:sdtEndPr/>
              <w:sdtContent>
                <w:r>
                  <w:rPr>
                    <w:rFonts w:eastAsia="Arial"/>
                    <w:color w:val="555555"/>
                  </w:rPr>
                  <w:t>Click or tap to type</w:t>
                </w:r>
              </w:sdtContent>
            </w:sdt>
          </w:p>
        </w:tc>
      </w:tr>
      <w:tr w:rsidR="001C7FD1" w14:paraId="325CC33A" w14:textId="77777777">
        <w:trPr>
          <w:cantSplit/>
        </w:trPr>
        <w:tc>
          <w:tcPr>
            <w:tcW w:w="3700" w:type="dxa"/>
            <w:shd w:val="clear" w:color="auto" w:fill="EEECE1"/>
          </w:tcPr>
          <w:p w14:paraId="3576299E" w14:textId="77777777" w:rsidR="001C7FD1" w:rsidRDefault="003F5285">
            <w:pPr>
              <w:spacing w:after="0" w:line="240" w:lineRule="auto"/>
            </w:pPr>
            <w:r>
              <w:rPr>
                <w:rFonts w:eastAsia="Arial"/>
                <w:b/>
                <w:color w:val="4B1F26"/>
              </w:rPr>
              <w:t>Photographs, videos, communication samples or task observations where consented</w:t>
            </w:r>
          </w:p>
        </w:tc>
        <w:tc>
          <w:tcPr>
            <w:tcW w:w="1300" w:type="dxa"/>
            <w:shd w:val="clear" w:color="auto" w:fill="F5F4EF"/>
          </w:tcPr>
          <w:p w14:paraId="11276D24" w14:textId="77777777" w:rsidR="001C7FD1" w:rsidRDefault="003F5285">
            <w:pPr>
              <w:spacing w:after="0" w:line="240" w:lineRule="auto"/>
            </w:pPr>
            <w:sdt>
              <w:sdtPr>
                <w:alias w:val="Y855"/>
                <w:tag w:val="Y855"/>
                <w:id w:val="100855"/>
                <w:text/>
              </w:sdtPr>
              <w:sdtEndPr/>
              <w:sdtContent>
                <w:r>
                  <w:rPr>
                    <w:rFonts w:eastAsia="Arial"/>
                    <w:color w:val="555555"/>
                  </w:rPr>
                  <w:t>Yes / No / Not sure</w:t>
                </w:r>
              </w:sdtContent>
            </w:sdt>
          </w:p>
        </w:tc>
        <w:tc>
          <w:tcPr>
            <w:tcW w:w="1800" w:type="dxa"/>
            <w:shd w:val="clear" w:color="auto" w:fill="F5F4EF"/>
          </w:tcPr>
          <w:p w14:paraId="3092B048" w14:textId="77777777" w:rsidR="001C7FD1" w:rsidRDefault="003F5285">
            <w:pPr>
              <w:spacing w:after="0" w:line="240" w:lineRule="auto"/>
            </w:pPr>
            <w:sdt>
              <w:sdtPr>
                <w:alias w:val="T856"/>
                <w:tag w:val="T856"/>
                <w:id w:val="100856"/>
                <w:text/>
              </w:sdtPr>
              <w:sdtEndPr/>
              <w:sdtContent>
                <w:r>
                  <w:rPr>
                    <w:rFonts w:eastAsia="Arial"/>
                    <w:color w:val="555555"/>
                  </w:rPr>
                  <w:t>Click or tap to type</w:t>
                </w:r>
              </w:sdtContent>
            </w:sdt>
          </w:p>
        </w:tc>
        <w:tc>
          <w:tcPr>
            <w:tcW w:w="2840" w:type="dxa"/>
            <w:shd w:val="clear" w:color="auto" w:fill="F5F4EF"/>
          </w:tcPr>
          <w:p w14:paraId="06818876" w14:textId="77777777" w:rsidR="001C7FD1" w:rsidRDefault="003F5285">
            <w:pPr>
              <w:spacing w:after="0" w:line="240" w:lineRule="auto"/>
            </w:pPr>
            <w:sdt>
              <w:sdtPr>
                <w:alias w:val="T857"/>
                <w:tag w:val="T857"/>
                <w:id w:val="100857"/>
                <w:text/>
              </w:sdtPr>
              <w:sdtEndPr/>
              <w:sdtContent>
                <w:r>
                  <w:rPr>
                    <w:rFonts w:eastAsia="Arial"/>
                    <w:color w:val="555555"/>
                  </w:rPr>
                  <w:t>Click or tap to type</w:t>
                </w:r>
              </w:sdtContent>
            </w:sdt>
          </w:p>
        </w:tc>
      </w:tr>
      <w:tr w:rsidR="001C7FD1" w14:paraId="23B9145D" w14:textId="77777777">
        <w:trPr>
          <w:cantSplit/>
        </w:trPr>
        <w:tc>
          <w:tcPr>
            <w:tcW w:w="3700" w:type="dxa"/>
            <w:shd w:val="clear" w:color="auto" w:fill="EEECE1"/>
          </w:tcPr>
          <w:p w14:paraId="2BBA4FEE" w14:textId="77777777" w:rsidR="001C7FD1" w:rsidRDefault="003F5285">
            <w:pPr>
              <w:spacing w:after="0" w:line="240" w:lineRule="auto"/>
            </w:pPr>
            <w:r>
              <w:rPr>
                <w:rFonts w:eastAsia="Arial"/>
                <w:b/>
                <w:color w:val="4B1F26"/>
              </w:rPr>
              <w:t>Other relevant evidence</w:t>
            </w:r>
          </w:p>
        </w:tc>
        <w:tc>
          <w:tcPr>
            <w:tcW w:w="1300" w:type="dxa"/>
          </w:tcPr>
          <w:p w14:paraId="2599185B" w14:textId="77777777" w:rsidR="001C7FD1" w:rsidRDefault="003F5285">
            <w:pPr>
              <w:spacing w:after="0" w:line="240" w:lineRule="auto"/>
            </w:pPr>
            <w:sdt>
              <w:sdtPr>
                <w:alias w:val="Y858"/>
                <w:tag w:val="Y858"/>
                <w:id w:val="100858"/>
                <w:text/>
              </w:sdtPr>
              <w:sdtEndPr/>
              <w:sdtContent>
                <w:r>
                  <w:rPr>
                    <w:rFonts w:eastAsia="Arial"/>
                    <w:color w:val="555555"/>
                  </w:rPr>
                  <w:t>Yes / No / Not sure</w:t>
                </w:r>
              </w:sdtContent>
            </w:sdt>
          </w:p>
        </w:tc>
        <w:tc>
          <w:tcPr>
            <w:tcW w:w="1800" w:type="dxa"/>
          </w:tcPr>
          <w:p w14:paraId="7D482C0D" w14:textId="77777777" w:rsidR="001C7FD1" w:rsidRDefault="003F5285">
            <w:pPr>
              <w:spacing w:after="0" w:line="240" w:lineRule="auto"/>
            </w:pPr>
            <w:sdt>
              <w:sdtPr>
                <w:alias w:val="T859"/>
                <w:tag w:val="T859"/>
                <w:id w:val="100859"/>
                <w:text/>
              </w:sdtPr>
              <w:sdtEndPr/>
              <w:sdtContent>
                <w:r>
                  <w:rPr>
                    <w:rFonts w:eastAsia="Arial"/>
                    <w:color w:val="555555"/>
                  </w:rPr>
                  <w:t>Click or tap to type</w:t>
                </w:r>
              </w:sdtContent>
            </w:sdt>
          </w:p>
        </w:tc>
        <w:tc>
          <w:tcPr>
            <w:tcW w:w="2840" w:type="dxa"/>
          </w:tcPr>
          <w:p w14:paraId="54CEFC7C" w14:textId="77777777" w:rsidR="001C7FD1" w:rsidRDefault="003F5285">
            <w:pPr>
              <w:spacing w:after="0" w:line="240" w:lineRule="auto"/>
            </w:pPr>
            <w:sdt>
              <w:sdtPr>
                <w:alias w:val="T860"/>
                <w:tag w:val="T860"/>
                <w:id w:val="100860"/>
                <w:text/>
              </w:sdtPr>
              <w:sdtEndPr/>
              <w:sdtContent>
                <w:r>
                  <w:rPr>
                    <w:rFonts w:eastAsia="Arial"/>
                    <w:color w:val="555555"/>
                  </w:rPr>
                  <w:t>Click or tap to type</w:t>
                </w:r>
              </w:sdtContent>
            </w:sdt>
          </w:p>
        </w:tc>
      </w:tr>
    </w:tbl>
    <w:p w14:paraId="0E4EFC2B" w14:textId="77777777" w:rsidR="001C7FD1" w:rsidRDefault="003F5285">
      <w:pPr>
        <w:pStyle w:val="Heading1"/>
      </w:pPr>
      <w:r>
        <w:t>19. Formal assessment selection guide - practitioner use</w:t>
      </w:r>
    </w:p>
    <w:p w14:paraId="072CC2EF" w14:textId="77777777" w:rsidR="001C7FD1" w:rsidRDefault="003F5285">
      <w:pPr>
        <w:spacing w:after="160" w:line="269" w:lineRule="auto"/>
      </w:pPr>
      <w:r>
        <w:rPr>
          <w:rFonts w:eastAsia="Arial"/>
        </w:rPr>
        <w:t>The attached source materials informed the domains in this intake. They have not been merged into a new score. Where a formal measure is clinically indicated, use the current official version, correct age/response form, manual and scoring method, and confirm qualification, copyright, licence and local governance requirements.</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2850"/>
        <w:gridCol w:w="3150"/>
        <w:gridCol w:w="3640"/>
      </w:tblGrid>
      <w:tr w:rsidR="001C7FD1" w14:paraId="283A2CEE" w14:textId="77777777">
        <w:trPr>
          <w:tblHeader/>
        </w:trPr>
        <w:tc>
          <w:tcPr>
            <w:tcW w:w="2850" w:type="dxa"/>
            <w:shd w:val="clear" w:color="auto" w:fill="4B1F26"/>
            <w:tcMar>
              <w:top w:w="90" w:type="dxa"/>
              <w:left w:w="120" w:type="dxa"/>
              <w:bottom w:w="90" w:type="dxa"/>
              <w:right w:w="120" w:type="dxa"/>
            </w:tcMar>
            <w:vAlign w:val="center"/>
          </w:tcPr>
          <w:p w14:paraId="5B3EFEF9" w14:textId="77777777" w:rsidR="001C7FD1" w:rsidRDefault="003F5285">
            <w:pPr>
              <w:spacing w:after="0" w:line="240" w:lineRule="auto"/>
            </w:pPr>
            <w:r>
              <w:rPr>
                <w:rFonts w:eastAsia="Arial"/>
                <w:b/>
                <w:color w:val="FFFFFF"/>
              </w:rPr>
              <w:t>Formal tool</w:t>
            </w:r>
          </w:p>
        </w:tc>
        <w:tc>
          <w:tcPr>
            <w:tcW w:w="3150" w:type="dxa"/>
            <w:shd w:val="clear" w:color="auto" w:fill="4B1F26"/>
            <w:tcMar>
              <w:top w:w="90" w:type="dxa"/>
              <w:left w:w="120" w:type="dxa"/>
              <w:bottom w:w="90" w:type="dxa"/>
              <w:right w:w="120" w:type="dxa"/>
            </w:tcMar>
            <w:vAlign w:val="center"/>
          </w:tcPr>
          <w:p w14:paraId="1AC8807C" w14:textId="77777777" w:rsidR="001C7FD1" w:rsidRDefault="003F5285">
            <w:pPr>
              <w:spacing w:after="0" w:line="240" w:lineRule="auto"/>
            </w:pPr>
            <w:r>
              <w:rPr>
                <w:rFonts w:eastAsia="Arial"/>
                <w:b/>
                <w:color w:val="FFFFFF"/>
              </w:rPr>
              <w:t>When it may be considered</w:t>
            </w:r>
          </w:p>
        </w:tc>
        <w:tc>
          <w:tcPr>
            <w:tcW w:w="3640" w:type="dxa"/>
            <w:shd w:val="clear" w:color="auto" w:fill="4B1F26"/>
            <w:tcMar>
              <w:top w:w="90" w:type="dxa"/>
              <w:left w:w="120" w:type="dxa"/>
              <w:bottom w:w="90" w:type="dxa"/>
              <w:right w:w="120" w:type="dxa"/>
            </w:tcMar>
            <w:vAlign w:val="center"/>
          </w:tcPr>
          <w:p w14:paraId="18F5C959" w14:textId="77777777" w:rsidR="001C7FD1" w:rsidRDefault="003F5285">
            <w:pPr>
              <w:spacing w:after="0" w:line="240" w:lineRule="auto"/>
            </w:pPr>
            <w:r>
              <w:rPr>
                <w:rFonts w:eastAsia="Arial"/>
                <w:b/>
                <w:color w:val="FFFFFF"/>
              </w:rPr>
              <w:t>Important administration note</w:t>
            </w:r>
          </w:p>
        </w:tc>
      </w:tr>
      <w:tr w:rsidR="001C7FD1" w14:paraId="65A1E107" w14:textId="77777777">
        <w:trPr>
          <w:cantSplit/>
        </w:trPr>
        <w:tc>
          <w:tcPr>
            <w:tcW w:w="2850" w:type="dxa"/>
          </w:tcPr>
          <w:p w14:paraId="5ADA78E1" w14:textId="77777777" w:rsidR="001C7FD1" w:rsidRDefault="003F5285">
            <w:pPr>
              <w:spacing w:after="0" w:line="240" w:lineRule="auto"/>
            </w:pPr>
            <w:r>
              <w:rPr>
                <w:rFonts w:eastAsia="Arial"/>
                <w:b/>
                <w:color w:val="4B1F26"/>
              </w:rPr>
              <w:t>Ages &amp; Stages Questionnaires (ASQ-3)</w:t>
            </w:r>
          </w:p>
        </w:tc>
        <w:tc>
          <w:tcPr>
            <w:tcW w:w="3150" w:type="dxa"/>
          </w:tcPr>
          <w:p w14:paraId="0A5C4874" w14:textId="77777777" w:rsidR="001C7FD1" w:rsidRDefault="003F5285">
            <w:pPr>
              <w:spacing w:after="0" w:line="240" w:lineRule="auto"/>
            </w:pPr>
            <w:r>
              <w:rPr>
                <w:rFonts w:eastAsia="Arial"/>
              </w:rPr>
              <w:t>Early childhood developmental screening using the correct age interval.</w:t>
            </w:r>
          </w:p>
        </w:tc>
        <w:tc>
          <w:tcPr>
            <w:tcW w:w="3640" w:type="dxa"/>
          </w:tcPr>
          <w:p w14:paraId="11542F29" w14:textId="77777777" w:rsidR="001C7FD1" w:rsidRDefault="003F5285">
            <w:pPr>
              <w:spacing w:after="0" w:line="240" w:lineRule="auto"/>
            </w:pPr>
            <w:r>
              <w:rPr>
                <w:rFonts w:eastAsia="Arial"/>
              </w:rPr>
              <w:t>Administer separately using authorised age-specific materials; do not infer an ASQ score from this intake.</w:t>
            </w:r>
          </w:p>
        </w:tc>
      </w:tr>
      <w:tr w:rsidR="001C7FD1" w14:paraId="2FE49756" w14:textId="77777777">
        <w:trPr>
          <w:cantSplit/>
        </w:trPr>
        <w:tc>
          <w:tcPr>
            <w:tcW w:w="2850" w:type="dxa"/>
            <w:shd w:val="clear" w:color="auto" w:fill="F5F4EF"/>
          </w:tcPr>
          <w:p w14:paraId="0E42BF09" w14:textId="77777777" w:rsidR="001C7FD1" w:rsidRDefault="003F5285">
            <w:pPr>
              <w:spacing w:after="0" w:line="240" w:lineRule="auto"/>
            </w:pPr>
            <w:r>
              <w:rPr>
                <w:rFonts w:eastAsia="Arial"/>
                <w:b/>
                <w:color w:val="4B1F26"/>
              </w:rPr>
              <w:t>SCARED - Parent Version</w:t>
            </w:r>
          </w:p>
        </w:tc>
        <w:tc>
          <w:tcPr>
            <w:tcW w:w="3150" w:type="dxa"/>
            <w:shd w:val="clear" w:color="auto" w:fill="F5F4EF"/>
          </w:tcPr>
          <w:p w14:paraId="31A7688E" w14:textId="77777777" w:rsidR="001C7FD1" w:rsidRDefault="003F5285">
            <w:pPr>
              <w:spacing w:after="0" w:line="240" w:lineRule="auto"/>
            </w:pPr>
            <w:r>
              <w:rPr>
                <w:rFonts w:eastAsia="Arial"/>
              </w:rPr>
              <w:t>Parent-reported anxiety domains for children/young people when anxiety is a referral question.</w:t>
            </w:r>
          </w:p>
        </w:tc>
        <w:tc>
          <w:tcPr>
            <w:tcW w:w="3640" w:type="dxa"/>
            <w:shd w:val="clear" w:color="auto" w:fill="F5F4EF"/>
          </w:tcPr>
          <w:p w14:paraId="7E62D078" w14:textId="77777777" w:rsidR="001C7FD1" w:rsidRDefault="003F5285">
            <w:pPr>
              <w:spacing w:after="0" w:line="240" w:lineRule="auto"/>
            </w:pPr>
            <w:r>
              <w:rPr>
                <w:rFonts w:eastAsia="Arial"/>
              </w:rPr>
              <w:t>Use the official version and current scoring guidance; not diagnostic on its own.</w:t>
            </w:r>
          </w:p>
        </w:tc>
      </w:tr>
      <w:tr w:rsidR="001C7FD1" w14:paraId="2DB76346" w14:textId="77777777">
        <w:trPr>
          <w:cantSplit/>
        </w:trPr>
        <w:tc>
          <w:tcPr>
            <w:tcW w:w="2850" w:type="dxa"/>
          </w:tcPr>
          <w:p w14:paraId="6F8E8EF0" w14:textId="77777777" w:rsidR="001C7FD1" w:rsidRDefault="003F5285">
            <w:pPr>
              <w:spacing w:after="0" w:line="240" w:lineRule="auto"/>
            </w:pPr>
            <w:r>
              <w:rPr>
                <w:rFonts w:eastAsia="Arial"/>
                <w:b/>
                <w:color w:val="4B1F26"/>
              </w:rPr>
              <w:t>Strengths and Difficulties Questionnaire (SDQ)</w:t>
            </w:r>
          </w:p>
        </w:tc>
        <w:tc>
          <w:tcPr>
            <w:tcW w:w="3150" w:type="dxa"/>
          </w:tcPr>
          <w:p w14:paraId="4B0E7F14" w14:textId="77777777" w:rsidR="001C7FD1" w:rsidRDefault="003F5285">
            <w:pPr>
              <w:spacing w:after="0" w:line="240" w:lineRule="auto"/>
            </w:pPr>
            <w:r>
              <w:rPr>
                <w:rFonts w:eastAsia="Arial"/>
              </w:rPr>
              <w:t>Child/young person emotional, behavioural, peer and prosocial screening.</w:t>
            </w:r>
          </w:p>
        </w:tc>
        <w:tc>
          <w:tcPr>
            <w:tcW w:w="3640" w:type="dxa"/>
          </w:tcPr>
          <w:p w14:paraId="062DFFB4" w14:textId="77777777" w:rsidR="001C7FD1" w:rsidRDefault="003F5285">
            <w:pPr>
              <w:spacing w:after="0" w:line="240" w:lineRule="auto"/>
            </w:pPr>
            <w:r>
              <w:rPr>
                <w:rFonts w:eastAsia="Arial"/>
              </w:rPr>
              <w:t>Select the correct age and respondent version and follow current permitted-use conditions.</w:t>
            </w:r>
          </w:p>
        </w:tc>
      </w:tr>
      <w:tr w:rsidR="001C7FD1" w14:paraId="2398B983" w14:textId="77777777">
        <w:trPr>
          <w:cantSplit/>
        </w:trPr>
        <w:tc>
          <w:tcPr>
            <w:tcW w:w="2850" w:type="dxa"/>
            <w:shd w:val="clear" w:color="auto" w:fill="F5F4EF"/>
          </w:tcPr>
          <w:p w14:paraId="6F6847D3" w14:textId="77777777" w:rsidR="001C7FD1" w:rsidRDefault="003F5285">
            <w:pPr>
              <w:spacing w:after="0" w:line="240" w:lineRule="auto"/>
            </w:pPr>
            <w:r>
              <w:rPr>
                <w:rFonts w:eastAsia="Arial"/>
                <w:b/>
                <w:color w:val="4B1F26"/>
              </w:rPr>
              <w:t>Parenting Stress Index - Short Form (PSI-SF)</w:t>
            </w:r>
          </w:p>
        </w:tc>
        <w:tc>
          <w:tcPr>
            <w:tcW w:w="3150" w:type="dxa"/>
            <w:shd w:val="clear" w:color="auto" w:fill="F5F4EF"/>
          </w:tcPr>
          <w:p w14:paraId="0E9849DD" w14:textId="77777777" w:rsidR="001C7FD1" w:rsidRDefault="003F5285">
            <w:pPr>
              <w:spacing w:after="0" w:line="240" w:lineRule="auto"/>
            </w:pPr>
            <w:r>
              <w:rPr>
                <w:rFonts w:eastAsia="Arial"/>
              </w:rPr>
              <w:t>Parenting stress and family support needs.</w:t>
            </w:r>
          </w:p>
        </w:tc>
        <w:tc>
          <w:tcPr>
            <w:tcW w:w="3640" w:type="dxa"/>
            <w:shd w:val="clear" w:color="auto" w:fill="F5F4EF"/>
          </w:tcPr>
          <w:p w14:paraId="03565F75" w14:textId="77777777" w:rsidR="001C7FD1" w:rsidRDefault="003F5285">
            <w:pPr>
              <w:spacing w:after="0" w:line="240" w:lineRule="auto"/>
            </w:pPr>
            <w:r>
              <w:rPr>
                <w:rFonts w:eastAsia="Arial"/>
              </w:rPr>
              <w:t>Formal administration may require authorised materials and qualified interpretation.</w:t>
            </w:r>
          </w:p>
        </w:tc>
      </w:tr>
      <w:tr w:rsidR="001C7FD1" w14:paraId="25E1CCC2" w14:textId="77777777">
        <w:trPr>
          <w:cantSplit/>
        </w:trPr>
        <w:tc>
          <w:tcPr>
            <w:tcW w:w="2850" w:type="dxa"/>
          </w:tcPr>
          <w:p w14:paraId="35119E4C" w14:textId="77777777" w:rsidR="001C7FD1" w:rsidRDefault="003F5285">
            <w:pPr>
              <w:spacing w:after="0" w:line="240" w:lineRule="auto"/>
            </w:pPr>
            <w:r>
              <w:rPr>
                <w:rFonts w:eastAsia="Arial"/>
                <w:b/>
                <w:color w:val="4B1F26"/>
              </w:rPr>
              <w:lastRenderedPageBreak/>
              <w:t>Parenting Daily Hassles Scale</w:t>
            </w:r>
          </w:p>
        </w:tc>
        <w:tc>
          <w:tcPr>
            <w:tcW w:w="3150" w:type="dxa"/>
          </w:tcPr>
          <w:p w14:paraId="7FF29CED" w14:textId="77777777" w:rsidR="001C7FD1" w:rsidRDefault="003F5285">
            <w:pPr>
              <w:spacing w:after="0" w:line="240" w:lineRule="auto"/>
            </w:pPr>
            <w:r>
              <w:rPr>
                <w:rFonts w:eastAsia="Arial"/>
              </w:rPr>
              <w:t>Frequency and impact of everyday parenting pressures.</w:t>
            </w:r>
          </w:p>
        </w:tc>
        <w:tc>
          <w:tcPr>
            <w:tcW w:w="3640" w:type="dxa"/>
          </w:tcPr>
          <w:p w14:paraId="197B2FB4" w14:textId="77777777" w:rsidR="001C7FD1" w:rsidRDefault="003F5285">
            <w:pPr>
              <w:spacing w:after="0" w:line="240" w:lineRule="auto"/>
            </w:pPr>
            <w:r>
              <w:rPr>
                <w:rFonts w:eastAsia="Arial"/>
              </w:rPr>
              <w:t>Check current permission and use the original form/scoring if selected.</w:t>
            </w:r>
          </w:p>
        </w:tc>
      </w:tr>
      <w:tr w:rsidR="001C7FD1" w14:paraId="10A4F869" w14:textId="77777777">
        <w:trPr>
          <w:cantSplit/>
        </w:trPr>
        <w:tc>
          <w:tcPr>
            <w:tcW w:w="2850" w:type="dxa"/>
            <w:shd w:val="clear" w:color="auto" w:fill="F5F4EF"/>
          </w:tcPr>
          <w:p w14:paraId="6278E313" w14:textId="77777777" w:rsidR="001C7FD1" w:rsidRDefault="003F5285">
            <w:pPr>
              <w:spacing w:after="0" w:line="240" w:lineRule="auto"/>
            </w:pPr>
            <w:r>
              <w:rPr>
                <w:rFonts w:eastAsia="Arial"/>
                <w:b/>
                <w:color w:val="4B1F26"/>
              </w:rPr>
              <w:t>WHODAS 2.0</w:t>
            </w:r>
          </w:p>
        </w:tc>
        <w:tc>
          <w:tcPr>
            <w:tcW w:w="3150" w:type="dxa"/>
            <w:shd w:val="clear" w:color="auto" w:fill="F5F4EF"/>
          </w:tcPr>
          <w:p w14:paraId="52AC3D5F" w14:textId="77777777" w:rsidR="001C7FD1" w:rsidRDefault="003F5285">
            <w:pPr>
              <w:spacing w:after="0" w:line="240" w:lineRule="auto"/>
            </w:pPr>
            <w:r>
              <w:rPr>
                <w:rFonts w:eastAsia="Arial"/>
              </w:rPr>
              <w:t>Adult disability and functioning across cognition, mobility, self-care, relationships, life activities and participation.</w:t>
            </w:r>
          </w:p>
        </w:tc>
        <w:tc>
          <w:tcPr>
            <w:tcW w:w="3640" w:type="dxa"/>
            <w:shd w:val="clear" w:color="auto" w:fill="F5F4EF"/>
          </w:tcPr>
          <w:p w14:paraId="34BB4DD0" w14:textId="77777777" w:rsidR="001C7FD1" w:rsidRDefault="003F5285">
            <w:pPr>
              <w:spacing w:after="0" w:line="240" w:lineRule="auto"/>
            </w:pPr>
            <w:r>
              <w:rPr>
                <w:rFonts w:eastAsia="Arial"/>
              </w:rPr>
              <w:t>Use the official self or proxy version appropriate to the person and follow WHO guidance.</w:t>
            </w:r>
          </w:p>
        </w:tc>
      </w:tr>
      <w:tr w:rsidR="001C7FD1" w14:paraId="2F802445" w14:textId="77777777">
        <w:trPr>
          <w:cantSplit/>
        </w:trPr>
        <w:tc>
          <w:tcPr>
            <w:tcW w:w="2850" w:type="dxa"/>
          </w:tcPr>
          <w:p w14:paraId="23DA9170" w14:textId="77777777" w:rsidR="001C7FD1" w:rsidRDefault="003F5285">
            <w:pPr>
              <w:spacing w:after="0" w:line="240" w:lineRule="auto"/>
            </w:pPr>
            <w:r>
              <w:rPr>
                <w:rFonts w:eastAsia="Arial"/>
                <w:b/>
                <w:color w:val="4B1F26"/>
              </w:rPr>
              <w:t>Parent/Caregiver Social Communication Data Tool</w:t>
            </w:r>
          </w:p>
        </w:tc>
        <w:tc>
          <w:tcPr>
            <w:tcW w:w="3150" w:type="dxa"/>
          </w:tcPr>
          <w:p w14:paraId="130A3F7F" w14:textId="77777777" w:rsidR="001C7FD1" w:rsidRDefault="003F5285">
            <w:pPr>
              <w:spacing w:after="0" w:line="240" w:lineRule="auto"/>
            </w:pPr>
            <w:r>
              <w:rPr>
                <w:rFonts w:eastAsia="Arial"/>
              </w:rPr>
              <w:t>Parent observations of social communication across settings.</w:t>
            </w:r>
          </w:p>
        </w:tc>
        <w:tc>
          <w:tcPr>
            <w:tcW w:w="3640" w:type="dxa"/>
          </w:tcPr>
          <w:p w14:paraId="0B329B65" w14:textId="77777777" w:rsidR="001C7FD1" w:rsidRDefault="003F5285">
            <w:pPr>
              <w:spacing w:after="0" w:line="240" w:lineRule="auto"/>
            </w:pPr>
            <w:r>
              <w:rPr>
                <w:rFonts w:eastAsia="Arial"/>
              </w:rPr>
              <w:t>Use as a separate informant tool where appropriate; it is not a stand-alone autism diagnosis.</w:t>
            </w:r>
          </w:p>
        </w:tc>
      </w:tr>
      <w:tr w:rsidR="001C7FD1" w14:paraId="6A3CDB60" w14:textId="77777777">
        <w:trPr>
          <w:cantSplit/>
        </w:trPr>
        <w:tc>
          <w:tcPr>
            <w:tcW w:w="2850" w:type="dxa"/>
            <w:shd w:val="clear" w:color="auto" w:fill="F5F4EF"/>
          </w:tcPr>
          <w:p w14:paraId="61FC35D8" w14:textId="77777777" w:rsidR="001C7FD1" w:rsidRDefault="003F5285">
            <w:pPr>
              <w:spacing w:after="0" w:line="240" w:lineRule="auto"/>
            </w:pPr>
            <w:r>
              <w:rPr>
                <w:rFonts w:eastAsia="Arial"/>
                <w:b/>
                <w:color w:val="4B1F26"/>
              </w:rPr>
              <w:t>Adolescent Wellbeing Scale</w:t>
            </w:r>
          </w:p>
        </w:tc>
        <w:tc>
          <w:tcPr>
            <w:tcW w:w="3150" w:type="dxa"/>
            <w:shd w:val="clear" w:color="auto" w:fill="F5F4EF"/>
          </w:tcPr>
          <w:p w14:paraId="23AA83F3" w14:textId="77777777" w:rsidR="001C7FD1" w:rsidRDefault="003F5285">
            <w:pPr>
              <w:spacing w:after="0" w:line="240" w:lineRule="auto"/>
            </w:pPr>
            <w:r>
              <w:rPr>
                <w:rFonts w:eastAsia="Arial"/>
              </w:rPr>
              <w:t>Young person's emotional wellbeing where the attached 11-16 year form is appropriate.</w:t>
            </w:r>
          </w:p>
        </w:tc>
        <w:tc>
          <w:tcPr>
            <w:tcW w:w="3640" w:type="dxa"/>
            <w:shd w:val="clear" w:color="auto" w:fill="F5F4EF"/>
          </w:tcPr>
          <w:p w14:paraId="5F94CB01" w14:textId="77777777" w:rsidR="001C7FD1" w:rsidRDefault="003F5285">
            <w:pPr>
              <w:spacing w:after="0" w:line="240" w:lineRule="auto"/>
            </w:pPr>
            <w:r>
              <w:rPr>
                <w:rFonts w:eastAsia="Arial"/>
              </w:rPr>
              <w:t>Prefer direct young-person report where safe; any suicide-related response requires immediate clinical follow-up.</w:t>
            </w:r>
          </w:p>
        </w:tc>
      </w:tr>
      <w:tr w:rsidR="001C7FD1" w14:paraId="6996A6E4" w14:textId="77777777">
        <w:trPr>
          <w:cantSplit/>
        </w:trPr>
        <w:tc>
          <w:tcPr>
            <w:tcW w:w="2850" w:type="dxa"/>
          </w:tcPr>
          <w:p w14:paraId="3BB8CEF0" w14:textId="77777777" w:rsidR="001C7FD1" w:rsidRDefault="003F5285">
            <w:pPr>
              <w:spacing w:after="0" w:line="240" w:lineRule="auto"/>
            </w:pPr>
            <w:r>
              <w:rPr>
                <w:rFonts w:eastAsia="Arial"/>
                <w:b/>
                <w:color w:val="4B1F26"/>
              </w:rPr>
              <w:t>Care and Needs Scale (CANS)</w:t>
            </w:r>
          </w:p>
        </w:tc>
        <w:tc>
          <w:tcPr>
            <w:tcW w:w="3150" w:type="dxa"/>
          </w:tcPr>
          <w:p w14:paraId="3BE79798" w14:textId="77777777" w:rsidR="001C7FD1" w:rsidRDefault="003F5285">
            <w:pPr>
              <w:spacing w:after="0" w:line="240" w:lineRule="auto"/>
            </w:pPr>
            <w:r>
              <w:rPr>
                <w:rFonts w:eastAsia="Arial"/>
              </w:rPr>
              <w:t>Clinician consideration of care, support and supervision intensity.</w:t>
            </w:r>
          </w:p>
        </w:tc>
        <w:tc>
          <w:tcPr>
            <w:tcW w:w="3640" w:type="dxa"/>
          </w:tcPr>
          <w:p w14:paraId="3EAF63DB" w14:textId="77777777" w:rsidR="001C7FD1" w:rsidRDefault="003F5285">
            <w:pPr>
              <w:spacing w:after="0" w:line="240" w:lineRule="auto"/>
            </w:pPr>
            <w:r>
              <w:rPr>
                <w:rFonts w:eastAsia="Arial"/>
              </w:rPr>
              <w:t>Use only within intended population, training and scoring guidance; do not derive a CANS level from this intake.</w:t>
            </w:r>
          </w:p>
        </w:tc>
      </w:tr>
      <w:tr w:rsidR="001C7FD1" w14:paraId="0D18681D" w14:textId="77777777">
        <w:trPr>
          <w:cantSplit/>
        </w:trPr>
        <w:tc>
          <w:tcPr>
            <w:tcW w:w="2850" w:type="dxa"/>
            <w:shd w:val="clear" w:color="auto" w:fill="F5F4EF"/>
          </w:tcPr>
          <w:p w14:paraId="538D6CF7" w14:textId="77777777" w:rsidR="001C7FD1" w:rsidRDefault="003F5285">
            <w:pPr>
              <w:spacing w:after="0" w:line="240" w:lineRule="auto"/>
            </w:pPr>
            <w:r>
              <w:rPr>
                <w:rFonts w:eastAsia="Arial"/>
                <w:b/>
                <w:color w:val="4B1F26"/>
              </w:rPr>
              <w:t>Adolescent/Adult Sensory Profile</w:t>
            </w:r>
          </w:p>
        </w:tc>
        <w:tc>
          <w:tcPr>
            <w:tcW w:w="3150" w:type="dxa"/>
            <w:shd w:val="clear" w:color="auto" w:fill="F5F4EF"/>
          </w:tcPr>
          <w:p w14:paraId="739A2E66" w14:textId="77777777" w:rsidR="001C7FD1" w:rsidRDefault="003F5285">
            <w:pPr>
              <w:spacing w:after="0" w:line="240" w:lineRule="auto"/>
            </w:pPr>
            <w:r>
              <w:rPr>
                <w:rFonts w:eastAsia="Arial"/>
              </w:rPr>
              <w:t>Self-reported sensory processing patterns for an adolescent/adult.</w:t>
            </w:r>
          </w:p>
        </w:tc>
        <w:tc>
          <w:tcPr>
            <w:tcW w:w="3640" w:type="dxa"/>
            <w:shd w:val="clear" w:color="auto" w:fill="F5F4EF"/>
          </w:tcPr>
          <w:p w14:paraId="7CF2E3C1" w14:textId="77777777" w:rsidR="001C7FD1" w:rsidRDefault="003F5285">
            <w:pPr>
              <w:spacing w:after="0" w:line="240" w:lineRule="auto"/>
            </w:pPr>
            <w:r>
              <w:rPr>
                <w:rFonts w:eastAsia="Arial"/>
              </w:rPr>
              <w:t>Pearson proprietary measure; official materials and qualified interpretation required.</w:t>
            </w:r>
          </w:p>
        </w:tc>
      </w:tr>
      <w:tr w:rsidR="001C7FD1" w14:paraId="775AE262" w14:textId="77777777">
        <w:trPr>
          <w:cantSplit/>
        </w:trPr>
        <w:tc>
          <w:tcPr>
            <w:tcW w:w="2850" w:type="dxa"/>
          </w:tcPr>
          <w:p w14:paraId="7C5EE3E4" w14:textId="77777777" w:rsidR="001C7FD1" w:rsidRDefault="003F5285">
            <w:pPr>
              <w:spacing w:after="0" w:line="240" w:lineRule="auto"/>
            </w:pPr>
            <w:r>
              <w:rPr>
                <w:rFonts w:eastAsia="Arial"/>
                <w:b/>
                <w:color w:val="4B1F26"/>
              </w:rPr>
              <w:t>Vanderbilt ADHD Diagnostic Parent Rating Scale</w:t>
            </w:r>
          </w:p>
        </w:tc>
        <w:tc>
          <w:tcPr>
            <w:tcW w:w="3150" w:type="dxa"/>
          </w:tcPr>
          <w:p w14:paraId="5F59AD58" w14:textId="77777777" w:rsidR="001C7FD1" w:rsidRDefault="003F5285">
            <w:pPr>
              <w:spacing w:after="0" w:line="240" w:lineRule="auto"/>
            </w:pPr>
            <w:r>
              <w:rPr>
                <w:rFonts w:eastAsia="Arial"/>
              </w:rPr>
              <w:t>Parent-reported attention, activity, behaviour and functional impairment in school-aged children.</w:t>
            </w:r>
          </w:p>
        </w:tc>
        <w:tc>
          <w:tcPr>
            <w:tcW w:w="3640" w:type="dxa"/>
          </w:tcPr>
          <w:p w14:paraId="0E5BEB34" w14:textId="77777777" w:rsidR="001C7FD1" w:rsidRDefault="003F5285">
            <w:pPr>
              <w:spacing w:after="0" w:line="240" w:lineRule="auto"/>
            </w:pPr>
            <w:r>
              <w:rPr>
                <w:rFonts w:eastAsia="Arial"/>
              </w:rPr>
              <w:t>Screening only; collect information across settings and use current scoring/clinical guidance.</w:t>
            </w:r>
          </w:p>
        </w:tc>
      </w:tr>
      <w:tr w:rsidR="001C7FD1" w14:paraId="75B581FF" w14:textId="77777777">
        <w:trPr>
          <w:cantSplit/>
        </w:trPr>
        <w:tc>
          <w:tcPr>
            <w:tcW w:w="2850" w:type="dxa"/>
            <w:shd w:val="clear" w:color="auto" w:fill="F5F4EF"/>
          </w:tcPr>
          <w:p w14:paraId="74ABC827" w14:textId="77777777" w:rsidR="001C7FD1" w:rsidRDefault="003F5285">
            <w:pPr>
              <w:spacing w:after="0" w:line="240" w:lineRule="auto"/>
            </w:pPr>
            <w:r>
              <w:rPr>
                <w:rFonts w:eastAsia="Arial"/>
                <w:b/>
                <w:color w:val="4B1F26"/>
              </w:rPr>
              <w:t>Lawton-Brody Instrumental Activities of Daily Living</w:t>
            </w:r>
          </w:p>
        </w:tc>
        <w:tc>
          <w:tcPr>
            <w:tcW w:w="3150" w:type="dxa"/>
            <w:shd w:val="clear" w:color="auto" w:fill="F5F4EF"/>
          </w:tcPr>
          <w:p w14:paraId="7D2A786D" w14:textId="77777777" w:rsidR="001C7FD1" w:rsidRDefault="003F5285">
            <w:pPr>
              <w:spacing w:after="0" w:line="240" w:lineRule="auto"/>
            </w:pPr>
            <w:r>
              <w:rPr>
                <w:rFonts w:eastAsia="Arial"/>
              </w:rPr>
              <w:t>Independent living skills, especially in older-adult assessment.</w:t>
            </w:r>
          </w:p>
        </w:tc>
        <w:tc>
          <w:tcPr>
            <w:tcW w:w="3640" w:type="dxa"/>
            <w:shd w:val="clear" w:color="auto" w:fill="F5F4EF"/>
          </w:tcPr>
          <w:p w14:paraId="615ADBF7" w14:textId="77777777" w:rsidR="001C7FD1" w:rsidRDefault="003F5285">
            <w:pPr>
              <w:spacing w:after="0" w:line="240" w:lineRule="auto"/>
            </w:pPr>
            <w:r>
              <w:rPr>
                <w:rFonts w:eastAsia="Arial"/>
              </w:rPr>
              <w:t>Consider population limitations and avoid gender-biased historical scoring conventions.</w:t>
            </w:r>
          </w:p>
        </w:tc>
      </w:tr>
      <w:tr w:rsidR="001C7FD1" w14:paraId="2B114B6D" w14:textId="77777777">
        <w:trPr>
          <w:cantSplit/>
        </w:trPr>
        <w:tc>
          <w:tcPr>
            <w:tcW w:w="2850" w:type="dxa"/>
          </w:tcPr>
          <w:p w14:paraId="4F4909B9" w14:textId="77777777" w:rsidR="001C7FD1" w:rsidRDefault="003F5285">
            <w:pPr>
              <w:spacing w:after="0" w:line="240" w:lineRule="auto"/>
            </w:pPr>
            <w:r>
              <w:rPr>
                <w:rFonts w:eastAsia="Arial"/>
                <w:b/>
                <w:color w:val="4B1F26"/>
              </w:rPr>
              <w:t>Quality of Life Scale (QOLS)</w:t>
            </w:r>
          </w:p>
        </w:tc>
        <w:tc>
          <w:tcPr>
            <w:tcW w:w="3150" w:type="dxa"/>
          </w:tcPr>
          <w:p w14:paraId="4006E23D" w14:textId="77777777" w:rsidR="001C7FD1" w:rsidRDefault="003F5285">
            <w:pPr>
              <w:spacing w:after="0" w:line="240" w:lineRule="auto"/>
            </w:pPr>
            <w:r>
              <w:rPr>
                <w:rFonts w:eastAsia="Arial"/>
              </w:rPr>
              <w:t>Satisfaction across relationships, health, roles, learning, recreation and independence.</w:t>
            </w:r>
          </w:p>
        </w:tc>
        <w:tc>
          <w:tcPr>
            <w:tcW w:w="3640" w:type="dxa"/>
          </w:tcPr>
          <w:p w14:paraId="63220471" w14:textId="77777777" w:rsidR="001C7FD1" w:rsidRDefault="003F5285">
            <w:pPr>
              <w:spacing w:after="0" w:line="240" w:lineRule="auto"/>
            </w:pPr>
            <w:r>
              <w:rPr>
                <w:rFonts w:eastAsia="Arial"/>
              </w:rPr>
              <w:t>Use the official 15- or 16-item version consistently with its scoring guidance.</w:t>
            </w:r>
          </w:p>
        </w:tc>
      </w:tr>
      <w:tr w:rsidR="001C7FD1" w14:paraId="2D49F66D" w14:textId="77777777">
        <w:trPr>
          <w:cantSplit/>
        </w:trPr>
        <w:tc>
          <w:tcPr>
            <w:tcW w:w="2850" w:type="dxa"/>
            <w:shd w:val="clear" w:color="auto" w:fill="F5F4EF"/>
          </w:tcPr>
          <w:p w14:paraId="51876F69" w14:textId="77777777" w:rsidR="001C7FD1" w:rsidRDefault="003F5285">
            <w:pPr>
              <w:spacing w:after="0" w:line="240" w:lineRule="auto"/>
            </w:pPr>
            <w:r>
              <w:rPr>
                <w:rFonts w:eastAsia="Arial"/>
                <w:b/>
                <w:color w:val="4B1F26"/>
              </w:rPr>
              <w:t>Social Support Questionnaire / ISEL</w:t>
            </w:r>
          </w:p>
        </w:tc>
        <w:tc>
          <w:tcPr>
            <w:tcW w:w="3150" w:type="dxa"/>
            <w:shd w:val="clear" w:color="auto" w:fill="F5F4EF"/>
          </w:tcPr>
          <w:p w14:paraId="53C9EEAD" w14:textId="77777777" w:rsidR="001C7FD1" w:rsidRDefault="003F5285">
            <w:pPr>
              <w:spacing w:after="0" w:line="240" w:lineRule="auto"/>
            </w:pPr>
            <w:r>
              <w:rPr>
                <w:rFonts w:eastAsia="Arial"/>
              </w:rPr>
              <w:t>Availability, type and satisfaction with social support.</w:t>
            </w:r>
          </w:p>
        </w:tc>
        <w:tc>
          <w:tcPr>
            <w:tcW w:w="3640" w:type="dxa"/>
            <w:shd w:val="clear" w:color="auto" w:fill="F5F4EF"/>
          </w:tcPr>
          <w:p w14:paraId="04D65365" w14:textId="77777777" w:rsidR="001C7FD1" w:rsidRDefault="003F5285">
            <w:pPr>
              <w:spacing w:after="0" w:line="240" w:lineRule="auto"/>
            </w:pPr>
            <w:r>
              <w:rPr>
                <w:rFonts w:eastAsia="Arial"/>
              </w:rPr>
              <w:t>Choose the validated version suited to the referral question and population.</w:t>
            </w:r>
          </w:p>
        </w:tc>
      </w:tr>
      <w:tr w:rsidR="001C7FD1" w14:paraId="4CEC94BE" w14:textId="77777777">
        <w:trPr>
          <w:cantSplit/>
        </w:trPr>
        <w:tc>
          <w:tcPr>
            <w:tcW w:w="2850" w:type="dxa"/>
          </w:tcPr>
          <w:p w14:paraId="097F77F0" w14:textId="77777777" w:rsidR="001C7FD1" w:rsidRDefault="003F5285">
            <w:pPr>
              <w:spacing w:after="0" w:line="240" w:lineRule="auto"/>
            </w:pPr>
            <w:r>
              <w:rPr>
                <w:rFonts w:eastAsia="Arial"/>
                <w:b/>
                <w:color w:val="4B1F26"/>
              </w:rPr>
              <w:t>Conners 3 Self-Report</w:t>
            </w:r>
          </w:p>
        </w:tc>
        <w:tc>
          <w:tcPr>
            <w:tcW w:w="3150" w:type="dxa"/>
          </w:tcPr>
          <w:p w14:paraId="7A28D879" w14:textId="77777777" w:rsidR="001C7FD1" w:rsidRDefault="003F5285">
            <w:pPr>
              <w:spacing w:after="0" w:line="240" w:lineRule="auto"/>
            </w:pPr>
            <w:r>
              <w:rPr>
                <w:rFonts w:eastAsia="Arial"/>
              </w:rPr>
              <w:t>Child/adolescent self-report of attention, executive, behavioural, learning and emotional concerns.</w:t>
            </w:r>
          </w:p>
        </w:tc>
        <w:tc>
          <w:tcPr>
            <w:tcW w:w="3640" w:type="dxa"/>
          </w:tcPr>
          <w:p w14:paraId="0C059332" w14:textId="77777777" w:rsidR="001C7FD1" w:rsidRDefault="003F5285">
            <w:pPr>
              <w:spacing w:after="0" w:line="240" w:lineRule="auto"/>
            </w:pPr>
            <w:r>
              <w:rPr>
                <w:rFonts w:eastAsia="Arial"/>
              </w:rPr>
              <w:t>Proprietary measure; administer and score using official materials and qualification requirements.</w:t>
            </w:r>
          </w:p>
        </w:tc>
      </w:tr>
      <w:tr w:rsidR="001C7FD1" w14:paraId="0CBB2967" w14:textId="77777777">
        <w:trPr>
          <w:cantSplit/>
        </w:trPr>
        <w:tc>
          <w:tcPr>
            <w:tcW w:w="2850" w:type="dxa"/>
            <w:shd w:val="clear" w:color="auto" w:fill="F5F4EF"/>
          </w:tcPr>
          <w:p w14:paraId="2B1323FA" w14:textId="77777777" w:rsidR="001C7FD1" w:rsidRDefault="003F5285">
            <w:pPr>
              <w:spacing w:after="0" w:line="240" w:lineRule="auto"/>
            </w:pPr>
            <w:r>
              <w:rPr>
                <w:rFonts w:eastAsia="Arial"/>
                <w:b/>
                <w:color w:val="4B1F26"/>
              </w:rPr>
              <w:t>Child Sensory Profile 2</w:t>
            </w:r>
          </w:p>
        </w:tc>
        <w:tc>
          <w:tcPr>
            <w:tcW w:w="3150" w:type="dxa"/>
            <w:shd w:val="clear" w:color="auto" w:fill="F5F4EF"/>
          </w:tcPr>
          <w:p w14:paraId="1857F754" w14:textId="77777777" w:rsidR="001C7FD1" w:rsidRDefault="003F5285">
            <w:pPr>
              <w:spacing w:after="0" w:line="240" w:lineRule="auto"/>
            </w:pPr>
            <w:r>
              <w:rPr>
                <w:rFonts w:eastAsia="Arial"/>
              </w:rPr>
              <w:t>Caregiver report of sensory patterns for the specified child age range (attached form 3:0-14:11).</w:t>
            </w:r>
          </w:p>
        </w:tc>
        <w:tc>
          <w:tcPr>
            <w:tcW w:w="3640" w:type="dxa"/>
            <w:shd w:val="clear" w:color="auto" w:fill="F5F4EF"/>
          </w:tcPr>
          <w:p w14:paraId="01B80C43" w14:textId="77777777" w:rsidR="001C7FD1" w:rsidRDefault="003F5285">
            <w:pPr>
              <w:spacing w:after="0" w:line="240" w:lineRule="auto"/>
            </w:pPr>
            <w:r>
              <w:rPr>
                <w:rFonts w:eastAsia="Arial"/>
              </w:rPr>
              <w:t>Pearson proprietary measure; official materials and qualified interpretation required.</w:t>
            </w:r>
          </w:p>
        </w:tc>
      </w:tr>
      <w:tr w:rsidR="001C7FD1" w14:paraId="1A6EBC4A" w14:textId="77777777">
        <w:trPr>
          <w:cantSplit/>
        </w:trPr>
        <w:tc>
          <w:tcPr>
            <w:tcW w:w="2850" w:type="dxa"/>
          </w:tcPr>
          <w:p w14:paraId="03301DB4" w14:textId="77777777" w:rsidR="001C7FD1" w:rsidRDefault="003F5285">
            <w:pPr>
              <w:spacing w:after="0" w:line="240" w:lineRule="auto"/>
            </w:pPr>
            <w:r>
              <w:rPr>
                <w:rFonts w:eastAsia="Arial"/>
                <w:b/>
                <w:color w:val="4B1F26"/>
              </w:rPr>
              <w:lastRenderedPageBreak/>
              <w:t>BASC-3 Parent Rating Scales - Adolescent</w:t>
            </w:r>
          </w:p>
        </w:tc>
        <w:tc>
          <w:tcPr>
            <w:tcW w:w="3150" w:type="dxa"/>
          </w:tcPr>
          <w:p w14:paraId="67F03F39" w14:textId="77777777" w:rsidR="001C7FD1" w:rsidRDefault="003F5285">
            <w:pPr>
              <w:spacing w:after="0" w:line="240" w:lineRule="auto"/>
            </w:pPr>
            <w:r>
              <w:rPr>
                <w:rFonts w:eastAsia="Arial"/>
              </w:rPr>
              <w:t>Parent-reported behavioural, emotional and adaptive functioning for the specified adolescent form (attached 12-21).</w:t>
            </w:r>
          </w:p>
        </w:tc>
        <w:tc>
          <w:tcPr>
            <w:tcW w:w="3640" w:type="dxa"/>
          </w:tcPr>
          <w:p w14:paraId="06B64B2D" w14:textId="77777777" w:rsidR="001C7FD1" w:rsidRDefault="003F5285">
            <w:pPr>
              <w:spacing w:after="0" w:line="240" w:lineRule="auto"/>
            </w:pPr>
            <w:r>
              <w:rPr>
                <w:rFonts w:eastAsia="Arial"/>
              </w:rPr>
              <w:t>Pearson proprietary measure; official materials and qualified interpretation required.</w:t>
            </w:r>
          </w:p>
        </w:tc>
      </w:tr>
    </w:tbl>
    <w:p w14:paraId="253A2C8A" w14:textId="77777777" w:rsidR="001C7FD1" w:rsidRDefault="003F5285">
      <w:pPr>
        <w:pStyle w:val="Heading2"/>
      </w:pPr>
      <w:r>
        <w:t>19.1 Measures selected for this assessment</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2450"/>
        <w:gridCol w:w="1800"/>
        <w:gridCol w:w="2250"/>
        <w:gridCol w:w="3140"/>
      </w:tblGrid>
      <w:tr w:rsidR="001C7FD1" w14:paraId="4153948F" w14:textId="77777777">
        <w:trPr>
          <w:tblHeader/>
        </w:trPr>
        <w:tc>
          <w:tcPr>
            <w:tcW w:w="2450" w:type="dxa"/>
            <w:shd w:val="clear" w:color="auto" w:fill="4B1F26"/>
            <w:tcMar>
              <w:top w:w="90" w:type="dxa"/>
              <w:left w:w="120" w:type="dxa"/>
              <w:bottom w:w="90" w:type="dxa"/>
              <w:right w:w="120" w:type="dxa"/>
            </w:tcMar>
            <w:vAlign w:val="center"/>
          </w:tcPr>
          <w:p w14:paraId="43CB72D0" w14:textId="77777777" w:rsidR="001C7FD1" w:rsidRDefault="003F5285">
            <w:pPr>
              <w:spacing w:after="0" w:line="240" w:lineRule="auto"/>
            </w:pPr>
            <w:r>
              <w:rPr>
                <w:rFonts w:eastAsia="Arial"/>
                <w:b/>
                <w:color w:val="FFFFFF"/>
              </w:rPr>
              <w:t>Measure / assessment</w:t>
            </w:r>
          </w:p>
        </w:tc>
        <w:tc>
          <w:tcPr>
            <w:tcW w:w="1800" w:type="dxa"/>
            <w:shd w:val="clear" w:color="auto" w:fill="4B1F26"/>
            <w:tcMar>
              <w:top w:w="90" w:type="dxa"/>
              <w:left w:w="120" w:type="dxa"/>
              <w:bottom w:w="90" w:type="dxa"/>
              <w:right w:w="120" w:type="dxa"/>
            </w:tcMar>
            <w:vAlign w:val="center"/>
          </w:tcPr>
          <w:p w14:paraId="6F0076BE" w14:textId="77777777" w:rsidR="001C7FD1" w:rsidRDefault="003F5285">
            <w:pPr>
              <w:spacing w:after="0" w:line="240" w:lineRule="auto"/>
            </w:pPr>
            <w:r>
              <w:rPr>
                <w:rFonts w:eastAsia="Arial"/>
                <w:b/>
                <w:color w:val="FFFFFF"/>
              </w:rPr>
              <w:t>Respondent</w:t>
            </w:r>
          </w:p>
        </w:tc>
        <w:tc>
          <w:tcPr>
            <w:tcW w:w="2250" w:type="dxa"/>
            <w:shd w:val="clear" w:color="auto" w:fill="4B1F26"/>
            <w:tcMar>
              <w:top w:w="90" w:type="dxa"/>
              <w:left w:w="120" w:type="dxa"/>
              <w:bottom w:w="90" w:type="dxa"/>
              <w:right w:w="120" w:type="dxa"/>
            </w:tcMar>
            <w:vAlign w:val="center"/>
          </w:tcPr>
          <w:p w14:paraId="7FD8476A" w14:textId="77777777" w:rsidR="001C7FD1" w:rsidRDefault="003F5285">
            <w:pPr>
              <w:spacing w:after="0" w:line="240" w:lineRule="auto"/>
            </w:pPr>
            <w:r>
              <w:rPr>
                <w:rFonts w:eastAsia="Arial"/>
                <w:b/>
                <w:color w:val="FFFFFF"/>
              </w:rPr>
              <w:t>Date / status</w:t>
            </w:r>
          </w:p>
        </w:tc>
        <w:tc>
          <w:tcPr>
            <w:tcW w:w="3140" w:type="dxa"/>
            <w:shd w:val="clear" w:color="auto" w:fill="4B1F26"/>
            <w:tcMar>
              <w:top w:w="90" w:type="dxa"/>
              <w:left w:w="120" w:type="dxa"/>
              <w:bottom w:w="90" w:type="dxa"/>
              <w:right w:w="120" w:type="dxa"/>
            </w:tcMar>
            <w:vAlign w:val="center"/>
          </w:tcPr>
          <w:p w14:paraId="27389908" w14:textId="77777777" w:rsidR="001C7FD1" w:rsidRDefault="003F5285">
            <w:pPr>
              <w:spacing w:after="0" w:line="240" w:lineRule="auto"/>
            </w:pPr>
            <w:r>
              <w:rPr>
                <w:rFonts w:eastAsia="Arial"/>
                <w:b/>
                <w:color w:val="FFFFFF"/>
              </w:rPr>
              <w:t>Reason selected and interpretation responsibility</w:t>
            </w:r>
          </w:p>
        </w:tc>
      </w:tr>
      <w:tr w:rsidR="001C7FD1" w14:paraId="6B14F75E" w14:textId="77777777">
        <w:trPr>
          <w:cantSplit/>
        </w:trPr>
        <w:tc>
          <w:tcPr>
            <w:tcW w:w="2450" w:type="dxa"/>
          </w:tcPr>
          <w:p w14:paraId="3E7704D2" w14:textId="77777777" w:rsidR="001C7FD1" w:rsidRDefault="003F5285">
            <w:pPr>
              <w:spacing w:after="0" w:line="240" w:lineRule="auto"/>
            </w:pPr>
            <w:sdt>
              <w:sdtPr>
                <w:alias w:val="T861"/>
                <w:tag w:val="T861"/>
                <w:id w:val="100861"/>
                <w:text/>
              </w:sdtPr>
              <w:sdtEndPr/>
              <w:sdtContent>
                <w:r>
                  <w:rPr>
                    <w:rFonts w:eastAsia="Arial"/>
                    <w:color w:val="555555"/>
                  </w:rPr>
                  <w:t>Click or tap to type</w:t>
                </w:r>
              </w:sdtContent>
            </w:sdt>
          </w:p>
        </w:tc>
        <w:tc>
          <w:tcPr>
            <w:tcW w:w="1800" w:type="dxa"/>
          </w:tcPr>
          <w:p w14:paraId="7700C214" w14:textId="77777777" w:rsidR="001C7FD1" w:rsidRDefault="003F5285">
            <w:pPr>
              <w:spacing w:after="0" w:line="240" w:lineRule="auto"/>
            </w:pPr>
            <w:sdt>
              <w:sdtPr>
                <w:alias w:val="T862"/>
                <w:tag w:val="T862"/>
                <w:id w:val="100862"/>
                <w:text/>
              </w:sdtPr>
              <w:sdtEndPr/>
              <w:sdtContent>
                <w:r>
                  <w:rPr>
                    <w:rFonts w:eastAsia="Arial"/>
                    <w:color w:val="555555"/>
                  </w:rPr>
                  <w:t>Click or tap to type</w:t>
                </w:r>
              </w:sdtContent>
            </w:sdt>
          </w:p>
        </w:tc>
        <w:tc>
          <w:tcPr>
            <w:tcW w:w="2250" w:type="dxa"/>
          </w:tcPr>
          <w:p w14:paraId="732278A4" w14:textId="77777777" w:rsidR="001C7FD1" w:rsidRDefault="003F5285">
            <w:pPr>
              <w:spacing w:after="0" w:line="240" w:lineRule="auto"/>
            </w:pPr>
            <w:sdt>
              <w:sdtPr>
                <w:alias w:val="T863"/>
                <w:tag w:val="T863"/>
                <w:id w:val="100863"/>
                <w:text/>
              </w:sdtPr>
              <w:sdtEndPr/>
              <w:sdtContent>
                <w:r>
                  <w:rPr>
                    <w:rFonts w:eastAsia="Arial"/>
                    <w:color w:val="555555"/>
                  </w:rPr>
                  <w:t>Click or tap to type</w:t>
                </w:r>
              </w:sdtContent>
            </w:sdt>
          </w:p>
        </w:tc>
        <w:tc>
          <w:tcPr>
            <w:tcW w:w="3140" w:type="dxa"/>
          </w:tcPr>
          <w:p w14:paraId="0C7B23B1" w14:textId="77777777" w:rsidR="001C7FD1" w:rsidRDefault="003F5285">
            <w:pPr>
              <w:spacing w:after="0" w:line="240" w:lineRule="auto"/>
            </w:pPr>
            <w:sdt>
              <w:sdtPr>
                <w:alias w:val="T864"/>
                <w:tag w:val="T864"/>
                <w:id w:val="100864"/>
                <w:text/>
              </w:sdtPr>
              <w:sdtEndPr/>
              <w:sdtContent>
                <w:r>
                  <w:rPr>
                    <w:rFonts w:eastAsia="Arial"/>
                    <w:color w:val="555555"/>
                  </w:rPr>
                  <w:t>Click or tap to type</w:t>
                </w:r>
              </w:sdtContent>
            </w:sdt>
          </w:p>
        </w:tc>
      </w:tr>
      <w:tr w:rsidR="001C7FD1" w14:paraId="7892A167" w14:textId="77777777">
        <w:trPr>
          <w:cantSplit/>
        </w:trPr>
        <w:tc>
          <w:tcPr>
            <w:tcW w:w="2450" w:type="dxa"/>
          </w:tcPr>
          <w:p w14:paraId="1E62C896" w14:textId="77777777" w:rsidR="001C7FD1" w:rsidRDefault="003F5285">
            <w:pPr>
              <w:spacing w:after="0" w:line="240" w:lineRule="auto"/>
            </w:pPr>
            <w:sdt>
              <w:sdtPr>
                <w:alias w:val="T865"/>
                <w:tag w:val="T865"/>
                <w:id w:val="100865"/>
                <w:text/>
              </w:sdtPr>
              <w:sdtEndPr/>
              <w:sdtContent>
                <w:r>
                  <w:rPr>
                    <w:rFonts w:eastAsia="Arial"/>
                    <w:color w:val="555555"/>
                  </w:rPr>
                  <w:t>Click or tap to type</w:t>
                </w:r>
              </w:sdtContent>
            </w:sdt>
          </w:p>
        </w:tc>
        <w:tc>
          <w:tcPr>
            <w:tcW w:w="1800" w:type="dxa"/>
          </w:tcPr>
          <w:p w14:paraId="4EB5EAA6" w14:textId="77777777" w:rsidR="001C7FD1" w:rsidRDefault="003F5285">
            <w:pPr>
              <w:spacing w:after="0" w:line="240" w:lineRule="auto"/>
            </w:pPr>
            <w:sdt>
              <w:sdtPr>
                <w:alias w:val="T866"/>
                <w:tag w:val="T866"/>
                <w:id w:val="100866"/>
                <w:text/>
              </w:sdtPr>
              <w:sdtEndPr/>
              <w:sdtContent>
                <w:r>
                  <w:rPr>
                    <w:rFonts w:eastAsia="Arial"/>
                    <w:color w:val="555555"/>
                  </w:rPr>
                  <w:t>Click or tap to type</w:t>
                </w:r>
              </w:sdtContent>
            </w:sdt>
          </w:p>
        </w:tc>
        <w:tc>
          <w:tcPr>
            <w:tcW w:w="2250" w:type="dxa"/>
          </w:tcPr>
          <w:p w14:paraId="33F7B913" w14:textId="77777777" w:rsidR="001C7FD1" w:rsidRDefault="003F5285">
            <w:pPr>
              <w:spacing w:after="0" w:line="240" w:lineRule="auto"/>
            </w:pPr>
            <w:sdt>
              <w:sdtPr>
                <w:alias w:val="T867"/>
                <w:tag w:val="T867"/>
                <w:id w:val="100867"/>
                <w:text/>
              </w:sdtPr>
              <w:sdtEndPr/>
              <w:sdtContent>
                <w:r>
                  <w:rPr>
                    <w:rFonts w:eastAsia="Arial"/>
                    <w:color w:val="555555"/>
                  </w:rPr>
                  <w:t>Click or tap to type</w:t>
                </w:r>
              </w:sdtContent>
            </w:sdt>
          </w:p>
        </w:tc>
        <w:tc>
          <w:tcPr>
            <w:tcW w:w="3140" w:type="dxa"/>
          </w:tcPr>
          <w:p w14:paraId="4183CE6A" w14:textId="77777777" w:rsidR="001C7FD1" w:rsidRDefault="003F5285">
            <w:pPr>
              <w:spacing w:after="0" w:line="240" w:lineRule="auto"/>
            </w:pPr>
            <w:sdt>
              <w:sdtPr>
                <w:alias w:val="T868"/>
                <w:tag w:val="T868"/>
                <w:id w:val="100868"/>
                <w:text/>
              </w:sdtPr>
              <w:sdtEndPr/>
              <w:sdtContent>
                <w:r>
                  <w:rPr>
                    <w:rFonts w:eastAsia="Arial"/>
                    <w:color w:val="555555"/>
                  </w:rPr>
                  <w:t>Click or tap to type</w:t>
                </w:r>
              </w:sdtContent>
            </w:sdt>
          </w:p>
        </w:tc>
      </w:tr>
      <w:tr w:rsidR="001C7FD1" w14:paraId="0D9BA5CD" w14:textId="77777777">
        <w:trPr>
          <w:cantSplit/>
        </w:trPr>
        <w:tc>
          <w:tcPr>
            <w:tcW w:w="2450" w:type="dxa"/>
          </w:tcPr>
          <w:p w14:paraId="2C46F803" w14:textId="77777777" w:rsidR="001C7FD1" w:rsidRDefault="003F5285">
            <w:pPr>
              <w:spacing w:after="0" w:line="240" w:lineRule="auto"/>
            </w:pPr>
            <w:sdt>
              <w:sdtPr>
                <w:alias w:val="T869"/>
                <w:tag w:val="T869"/>
                <w:id w:val="100869"/>
                <w:text/>
              </w:sdtPr>
              <w:sdtEndPr/>
              <w:sdtContent>
                <w:r>
                  <w:rPr>
                    <w:rFonts w:eastAsia="Arial"/>
                    <w:color w:val="555555"/>
                  </w:rPr>
                  <w:t>Click or tap to type</w:t>
                </w:r>
              </w:sdtContent>
            </w:sdt>
          </w:p>
        </w:tc>
        <w:tc>
          <w:tcPr>
            <w:tcW w:w="1800" w:type="dxa"/>
          </w:tcPr>
          <w:p w14:paraId="39A54DDA" w14:textId="77777777" w:rsidR="001C7FD1" w:rsidRDefault="003F5285">
            <w:pPr>
              <w:spacing w:after="0" w:line="240" w:lineRule="auto"/>
            </w:pPr>
            <w:sdt>
              <w:sdtPr>
                <w:alias w:val="T870"/>
                <w:tag w:val="T870"/>
                <w:id w:val="100870"/>
                <w:text/>
              </w:sdtPr>
              <w:sdtEndPr/>
              <w:sdtContent>
                <w:r>
                  <w:rPr>
                    <w:rFonts w:eastAsia="Arial"/>
                    <w:color w:val="555555"/>
                  </w:rPr>
                  <w:t>Click or tap to type</w:t>
                </w:r>
              </w:sdtContent>
            </w:sdt>
          </w:p>
        </w:tc>
        <w:tc>
          <w:tcPr>
            <w:tcW w:w="2250" w:type="dxa"/>
          </w:tcPr>
          <w:p w14:paraId="15A877F8" w14:textId="77777777" w:rsidR="001C7FD1" w:rsidRDefault="003F5285">
            <w:pPr>
              <w:spacing w:after="0" w:line="240" w:lineRule="auto"/>
            </w:pPr>
            <w:sdt>
              <w:sdtPr>
                <w:alias w:val="T871"/>
                <w:tag w:val="T871"/>
                <w:id w:val="100871"/>
                <w:text/>
              </w:sdtPr>
              <w:sdtEndPr/>
              <w:sdtContent>
                <w:r>
                  <w:rPr>
                    <w:rFonts w:eastAsia="Arial"/>
                    <w:color w:val="555555"/>
                  </w:rPr>
                  <w:t>Click or tap to type</w:t>
                </w:r>
              </w:sdtContent>
            </w:sdt>
          </w:p>
        </w:tc>
        <w:tc>
          <w:tcPr>
            <w:tcW w:w="3140" w:type="dxa"/>
          </w:tcPr>
          <w:p w14:paraId="7B0F1B6A" w14:textId="77777777" w:rsidR="001C7FD1" w:rsidRDefault="003F5285">
            <w:pPr>
              <w:spacing w:after="0" w:line="240" w:lineRule="auto"/>
            </w:pPr>
            <w:sdt>
              <w:sdtPr>
                <w:alias w:val="T872"/>
                <w:tag w:val="T872"/>
                <w:id w:val="100872"/>
                <w:text/>
              </w:sdtPr>
              <w:sdtEndPr/>
              <w:sdtContent>
                <w:r>
                  <w:rPr>
                    <w:rFonts w:eastAsia="Arial"/>
                    <w:color w:val="555555"/>
                  </w:rPr>
                  <w:t>Click or tap to type</w:t>
                </w:r>
              </w:sdtContent>
            </w:sdt>
          </w:p>
        </w:tc>
      </w:tr>
      <w:tr w:rsidR="001C7FD1" w14:paraId="5531945F" w14:textId="77777777">
        <w:trPr>
          <w:cantSplit/>
        </w:trPr>
        <w:tc>
          <w:tcPr>
            <w:tcW w:w="2450" w:type="dxa"/>
          </w:tcPr>
          <w:p w14:paraId="2734595B" w14:textId="77777777" w:rsidR="001C7FD1" w:rsidRDefault="003F5285">
            <w:pPr>
              <w:spacing w:after="0" w:line="240" w:lineRule="auto"/>
            </w:pPr>
            <w:sdt>
              <w:sdtPr>
                <w:alias w:val="T873"/>
                <w:tag w:val="T873"/>
                <w:id w:val="100873"/>
                <w:text/>
              </w:sdtPr>
              <w:sdtEndPr/>
              <w:sdtContent>
                <w:r>
                  <w:rPr>
                    <w:rFonts w:eastAsia="Arial"/>
                    <w:color w:val="555555"/>
                  </w:rPr>
                  <w:t>Click or tap to type</w:t>
                </w:r>
              </w:sdtContent>
            </w:sdt>
          </w:p>
        </w:tc>
        <w:tc>
          <w:tcPr>
            <w:tcW w:w="1800" w:type="dxa"/>
          </w:tcPr>
          <w:p w14:paraId="1E54AE29" w14:textId="77777777" w:rsidR="001C7FD1" w:rsidRDefault="003F5285">
            <w:pPr>
              <w:spacing w:after="0" w:line="240" w:lineRule="auto"/>
            </w:pPr>
            <w:sdt>
              <w:sdtPr>
                <w:alias w:val="T874"/>
                <w:tag w:val="T874"/>
                <w:id w:val="100874"/>
                <w:text/>
              </w:sdtPr>
              <w:sdtEndPr/>
              <w:sdtContent>
                <w:r>
                  <w:rPr>
                    <w:rFonts w:eastAsia="Arial"/>
                    <w:color w:val="555555"/>
                  </w:rPr>
                  <w:t>Click or tap to type</w:t>
                </w:r>
              </w:sdtContent>
            </w:sdt>
          </w:p>
        </w:tc>
        <w:tc>
          <w:tcPr>
            <w:tcW w:w="2250" w:type="dxa"/>
          </w:tcPr>
          <w:p w14:paraId="31AA13EB" w14:textId="77777777" w:rsidR="001C7FD1" w:rsidRDefault="003F5285">
            <w:pPr>
              <w:spacing w:after="0" w:line="240" w:lineRule="auto"/>
            </w:pPr>
            <w:sdt>
              <w:sdtPr>
                <w:alias w:val="T875"/>
                <w:tag w:val="T875"/>
                <w:id w:val="100875"/>
                <w:text/>
              </w:sdtPr>
              <w:sdtEndPr/>
              <w:sdtContent>
                <w:r>
                  <w:rPr>
                    <w:rFonts w:eastAsia="Arial"/>
                    <w:color w:val="555555"/>
                  </w:rPr>
                  <w:t>Click or tap to type</w:t>
                </w:r>
              </w:sdtContent>
            </w:sdt>
          </w:p>
        </w:tc>
        <w:tc>
          <w:tcPr>
            <w:tcW w:w="3140" w:type="dxa"/>
          </w:tcPr>
          <w:p w14:paraId="64CADA9D" w14:textId="77777777" w:rsidR="001C7FD1" w:rsidRDefault="003F5285">
            <w:pPr>
              <w:spacing w:after="0" w:line="240" w:lineRule="auto"/>
            </w:pPr>
            <w:sdt>
              <w:sdtPr>
                <w:alias w:val="T876"/>
                <w:tag w:val="T876"/>
                <w:id w:val="100876"/>
                <w:text/>
              </w:sdtPr>
              <w:sdtEndPr/>
              <w:sdtContent>
                <w:r>
                  <w:rPr>
                    <w:rFonts w:eastAsia="Arial"/>
                    <w:color w:val="555555"/>
                  </w:rPr>
                  <w:t>Click or tap to type</w:t>
                </w:r>
              </w:sdtContent>
            </w:sdt>
          </w:p>
        </w:tc>
      </w:tr>
      <w:tr w:rsidR="001C7FD1" w14:paraId="005AA883" w14:textId="77777777">
        <w:trPr>
          <w:cantSplit/>
        </w:trPr>
        <w:tc>
          <w:tcPr>
            <w:tcW w:w="2450" w:type="dxa"/>
          </w:tcPr>
          <w:p w14:paraId="6A15EA75" w14:textId="77777777" w:rsidR="001C7FD1" w:rsidRDefault="003F5285">
            <w:pPr>
              <w:spacing w:after="0" w:line="240" w:lineRule="auto"/>
            </w:pPr>
            <w:sdt>
              <w:sdtPr>
                <w:alias w:val="T877"/>
                <w:tag w:val="T877"/>
                <w:id w:val="100877"/>
                <w:text/>
              </w:sdtPr>
              <w:sdtEndPr/>
              <w:sdtContent>
                <w:r>
                  <w:rPr>
                    <w:rFonts w:eastAsia="Arial"/>
                    <w:color w:val="555555"/>
                  </w:rPr>
                  <w:t>Click or tap to type</w:t>
                </w:r>
              </w:sdtContent>
            </w:sdt>
          </w:p>
        </w:tc>
        <w:tc>
          <w:tcPr>
            <w:tcW w:w="1800" w:type="dxa"/>
          </w:tcPr>
          <w:p w14:paraId="65D0848F" w14:textId="77777777" w:rsidR="001C7FD1" w:rsidRDefault="003F5285">
            <w:pPr>
              <w:spacing w:after="0" w:line="240" w:lineRule="auto"/>
            </w:pPr>
            <w:sdt>
              <w:sdtPr>
                <w:alias w:val="T878"/>
                <w:tag w:val="T878"/>
                <w:id w:val="100878"/>
                <w:text/>
              </w:sdtPr>
              <w:sdtEndPr/>
              <w:sdtContent>
                <w:r>
                  <w:rPr>
                    <w:rFonts w:eastAsia="Arial"/>
                    <w:color w:val="555555"/>
                  </w:rPr>
                  <w:t>Click or tap to type</w:t>
                </w:r>
              </w:sdtContent>
            </w:sdt>
          </w:p>
        </w:tc>
        <w:tc>
          <w:tcPr>
            <w:tcW w:w="2250" w:type="dxa"/>
          </w:tcPr>
          <w:p w14:paraId="0B7A5E09" w14:textId="77777777" w:rsidR="001C7FD1" w:rsidRDefault="003F5285">
            <w:pPr>
              <w:spacing w:after="0" w:line="240" w:lineRule="auto"/>
            </w:pPr>
            <w:sdt>
              <w:sdtPr>
                <w:alias w:val="T879"/>
                <w:tag w:val="T879"/>
                <w:id w:val="100879"/>
                <w:text/>
              </w:sdtPr>
              <w:sdtEndPr/>
              <w:sdtContent>
                <w:r>
                  <w:rPr>
                    <w:rFonts w:eastAsia="Arial"/>
                    <w:color w:val="555555"/>
                  </w:rPr>
                  <w:t>Click or tap to type</w:t>
                </w:r>
              </w:sdtContent>
            </w:sdt>
          </w:p>
        </w:tc>
        <w:tc>
          <w:tcPr>
            <w:tcW w:w="3140" w:type="dxa"/>
          </w:tcPr>
          <w:p w14:paraId="70762AF3" w14:textId="77777777" w:rsidR="001C7FD1" w:rsidRDefault="003F5285">
            <w:pPr>
              <w:spacing w:after="0" w:line="240" w:lineRule="auto"/>
            </w:pPr>
            <w:sdt>
              <w:sdtPr>
                <w:alias w:val="T880"/>
                <w:tag w:val="T880"/>
                <w:id w:val="100880"/>
                <w:text/>
              </w:sdtPr>
              <w:sdtEndPr/>
              <w:sdtContent>
                <w:r>
                  <w:rPr>
                    <w:rFonts w:eastAsia="Arial"/>
                    <w:color w:val="555555"/>
                  </w:rPr>
                  <w:t>Click or tap to type</w:t>
                </w:r>
              </w:sdtContent>
            </w:sdt>
          </w:p>
        </w:tc>
      </w:tr>
      <w:tr w:rsidR="001C7FD1" w14:paraId="03773695" w14:textId="77777777">
        <w:trPr>
          <w:cantSplit/>
        </w:trPr>
        <w:tc>
          <w:tcPr>
            <w:tcW w:w="2450" w:type="dxa"/>
          </w:tcPr>
          <w:p w14:paraId="30FF635C" w14:textId="77777777" w:rsidR="001C7FD1" w:rsidRDefault="003F5285">
            <w:pPr>
              <w:spacing w:after="0" w:line="240" w:lineRule="auto"/>
            </w:pPr>
            <w:sdt>
              <w:sdtPr>
                <w:alias w:val="T881"/>
                <w:tag w:val="T881"/>
                <w:id w:val="100881"/>
                <w:text/>
              </w:sdtPr>
              <w:sdtEndPr/>
              <w:sdtContent>
                <w:r>
                  <w:rPr>
                    <w:rFonts w:eastAsia="Arial"/>
                    <w:color w:val="555555"/>
                  </w:rPr>
                  <w:t>Click or tap to type</w:t>
                </w:r>
              </w:sdtContent>
            </w:sdt>
          </w:p>
        </w:tc>
        <w:tc>
          <w:tcPr>
            <w:tcW w:w="1800" w:type="dxa"/>
          </w:tcPr>
          <w:p w14:paraId="50939BFC" w14:textId="77777777" w:rsidR="001C7FD1" w:rsidRDefault="003F5285">
            <w:pPr>
              <w:spacing w:after="0" w:line="240" w:lineRule="auto"/>
            </w:pPr>
            <w:sdt>
              <w:sdtPr>
                <w:alias w:val="T882"/>
                <w:tag w:val="T882"/>
                <w:id w:val="100882"/>
                <w:text/>
              </w:sdtPr>
              <w:sdtEndPr/>
              <w:sdtContent>
                <w:r>
                  <w:rPr>
                    <w:rFonts w:eastAsia="Arial"/>
                    <w:color w:val="555555"/>
                  </w:rPr>
                  <w:t>Click or tap to type</w:t>
                </w:r>
              </w:sdtContent>
            </w:sdt>
          </w:p>
        </w:tc>
        <w:tc>
          <w:tcPr>
            <w:tcW w:w="2250" w:type="dxa"/>
          </w:tcPr>
          <w:p w14:paraId="49D3F96C" w14:textId="77777777" w:rsidR="001C7FD1" w:rsidRDefault="003F5285">
            <w:pPr>
              <w:spacing w:after="0" w:line="240" w:lineRule="auto"/>
            </w:pPr>
            <w:sdt>
              <w:sdtPr>
                <w:alias w:val="T883"/>
                <w:tag w:val="T883"/>
                <w:id w:val="100883"/>
                <w:text/>
              </w:sdtPr>
              <w:sdtEndPr/>
              <w:sdtContent>
                <w:r>
                  <w:rPr>
                    <w:rFonts w:eastAsia="Arial"/>
                    <w:color w:val="555555"/>
                  </w:rPr>
                  <w:t>Click or tap to type</w:t>
                </w:r>
              </w:sdtContent>
            </w:sdt>
          </w:p>
        </w:tc>
        <w:tc>
          <w:tcPr>
            <w:tcW w:w="3140" w:type="dxa"/>
          </w:tcPr>
          <w:p w14:paraId="64148D22" w14:textId="77777777" w:rsidR="001C7FD1" w:rsidRDefault="003F5285">
            <w:pPr>
              <w:spacing w:after="0" w:line="240" w:lineRule="auto"/>
            </w:pPr>
            <w:sdt>
              <w:sdtPr>
                <w:alias w:val="T884"/>
                <w:tag w:val="T884"/>
                <w:id w:val="100884"/>
                <w:text/>
              </w:sdtPr>
              <w:sdtEndPr/>
              <w:sdtContent>
                <w:r>
                  <w:rPr>
                    <w:rFonts w:eastAsia="Arial"/>
                    <w:color w:val="555555"/>
                  </w:rPr>
                  <w:t>Click or tap to type</w:t>
                </w:r>
              </w:sdtContent>
            </w:sdt>
          </w:p>
        </w:tc>
      </w:tr>
      <w:tr w:rsidR="001C7FD1" w14:paraId="5F6CA725" w14:textId="77777777">
        <w:trPr>
          <w:cantSplit/>
        </w:trPr>
        <w:tc>
          <w:tcPr>
            <w:tcW w:w="2450" w:type="dxa"/>
          </w:tcPr>
          <w:p w14:paraId="0F75B4D2" w14:textId="77777777" w:rsidR="001C7FD1" w:rsidRDefault="003F5285">
            <w:pPr>
              <w:spacing w:after="0" w:line="240" w:lineRule="auto"/>
            </w:pPr>
            <w:sdt>
              <w:sdtPr>
                <w:alias w:val="T885"/>
                <w:tag w:val="T885"/>
                <w:id w:val="100885"/>
                <w:text/>
              </w:sdtPr>
              <w:sdtEndPr/>
              <w:sdtContent>
                <w:r>
                  <w:rPr>
                    <w:rFonts w:eastAsia="Arial"/>
                    <w:color w:val="555555"/>
                  </w:rPr>
                  <w:t>Click or tap to type</w:t>
                </w:r>
              </w:sdtContent>
            </w:sdt>
          </w:p>
        </w:tc>
        <w:tc>
          <w:tcPr>
            <w:tcW w:w="1800" w:type="dxa"/>
          </w:tcPr>
          <w:p w14:paraId="31A682BA" w14:textId="77777777" w:rsidR="001C7FD1" w:rsidRDefault="003F5285">
            <w:pPr>
              <w:spacing w:after="0" w:line="240" w:lineRule="auto"/>
            </w:pPr>
            <w:sdt>
              <w:sdtPr>
                <w:alias w:val="T886"/>
                <w:tag w:val="T886"/>
                <w:id w:val="100886"/>
                <w:text/>
              </w:sdtPr>
              <w:sdtEndPr/>
              <w:sdtContent>
                <w:r>
                  <w:rPr>
                    <w:rFonts w:eastAsia="Arial"/>
                    <w:color w:val="555555"/>
                  </w:rPr>
                  <w:t>Click or tap to type</w:t>
                </w:r>
              </w:sdtContent>
            </w:sdt>
          </w:p>
        </w:tc>
        <w:tc>
          <w:tcPr>
            <w:tcW w:w="2250" w:type="dxa"/>
          </w:tcPr>
          <w:p w14:paraId="5BF1FA60" w14:textId="77777777" w:rsidR="001C7FD1" w:rsidRDefault="003F5285">
            <w:pPr>
              <w:spacing w:after="0" w:line="240" w:lineRule="auto"/>
            </w:pPr>
            <w:sdt>
              <w:sdtPr>
                <w:alias w:val="T887"/>
                <w:tag w:val="T887"/>
                <w:id w:val="100887"/>
                <w:text/>
              </w:sdtPr>
              <w:sdtEndPr/>
              <w:sdtContent>
                <w:r>
                  <w:rPr>
                    <w:rFonts w:eastAsia="Arial"/>
                    <w:color w:val="555555"/>
                  </w:rPr>
                  <w:t>Click or tap to type</w:t>
                </w:r>
              </w:sdtContent>
            </w:sdt>
          </w:p>
        </w:tc>
        <w:tc>
          <w:tcPr>
            <w:tcW w:w="3140" w:type="dxa"/>
          </w:tcPr>
          <w:p w14:paraId="6D1F28C9" w14:textId="77777777" w:rsidR="001C7FD1" w:rsidRDefault="003F5285">
            <w:pPr>
              <w:spacing w:after="0" w:line="240" w:lineRule="auto"/>
            </w:pPr>
            <w:sdt>
              <w:sdtPr>
                <w:alias w:val="T888"/>
                <w:tag w:val="T888"/>
                <w:id w:val="100888"/>
                <w:text/>
              </w:sdtPr>
              <w:sdtEndPr/>
              <w:sdtContent>
                <w:r>
                  <w:rPr>
                    <w:rFonts w:eastAsia="Arial"/>
                    <w:color w:val="555555"/>
                  </w:rPr>
                  <w:t>Click or tap to type</w:t>
                </w:r>
              </w:sdtContent>
            </w:sdt>
          </w:p>
        </w:tc>
      </w:tr>
      <w:tr w:rsidR="001C7FD1" w14:paraId="665CEC8D" w14:textId="77777777">
        <w:trPr>
          <w:cantSplit/>
        </w:trPr>
        <w:tc>
          <w:tcPr>
            <w:tcW w:w="2450" w:type="dxa"/>
          </w:tcPr>
          <w:p w14:paraId="665527A8" w14:textId="77777777" w:rsidR="001C7FD1" w:rsidRDefault="003F5285">
            <w:pPr>
              <w:spacing w:after="0" w:line="240" w:lineRule="auto"/>
            </w:pPr>
            <w:sdt>
              <w:sdtPr>
                <w:alias w:val="T889"/>
                <w:tag w:val="T889"/>
                <w:id w:val="100889"/>
                <w:text/>
              </w:sdtPr>
              <w:sdtEndPr/>
              <w:sdtContent>
                <w:r>
                  <w:rPr>
                    <w:rFonts w:eastAsia="Arial"/>
                    <w:color w:val="555555"/>
                  </w:rPr>
                  <w:t>Click or tap to type</w:t>
                </w:r>
              </w:sdtContent>
            </w:sdt>
          </w:p>
        </w:tc>
        <w:tc>
          <w:tcPr>
            <w:tcW w:w="1800" w:type="dxa"/>
          </w:tcPr>
          <w:p w14:paraId="6BDF437A" w14:textId="77777777" w:rsidR="001C7FD1" w:rsidRDefault="003F5285">
            <w:pPr>
              <w:spacing w:after="0" w:line="240" w:lineRule="auto"/>
            </w:pPr>
            <w:sdt>
              <w:sdtPr>
                <w:alias w:val="T890"/>
                <w:tag w:val="T890"/>
                <w:id w:val="100890"/>
                <w:text/>
              </w:sdtPr>
              <w:sdtEndPr/>
              <w:sdtContent>
                <w:r>
                  <w:rPr>
                    <w:rFonts w:eastAsia="Arial"/>
                    <w:color w:val="555555"/>
                  </w:rPr>
                  <w:t>Click or tap to type</w:t>
                </w:r>
              </w:sdtContent>
            </w:sdt>
          </w:p>
        </w:tc>
        <w:tc>
          <w:tcPr>
            <w:tcW w:w="2250" w:type="dxa"/>
          </w:tcPr>
          <w:p w14:paraId="6F2C8B4A" w14:textId="77777777" w:rsidR="001C7FD1" w:rsidRDefault="003F5285">
            <w:pPr>
              <w:spacing w:after="0" w:line="240" w:lineRule="auto"/>
            </w:pPr>
            <w:sdt>
              <w:sdtPr>
                <w:alias w:val="T891"/>
                <w:tag w:val="T891"/>
                <w:id w:val="100891"/>
                <w:text/>
              </w:sdtPr>
              <w:sdtEndPr/>
              <w:sdtContent>
                <w:r>
                  <w:rPr>
                    <w:rFonts w:eastAsia="Arial"/>
                    <w:color w:val="555555"/>
                  </w:rPr>
                  <w:t>Click or tap to type</w:t>
                </w:r>
              </w:sdtContent>
            </w:sdt>
          </w:p>
        </w:tc>
        <w:tc>
          <w:tcPr>
            <w:tcW w:w="3140" w:type="dxa"/>
          </w:tcPr>
          <w:p w14:paraId="1AE88C59" w14:textId="77777777" w:rsidR="001C7FD1" w:rsidRDefault="003F5285">
            <w:pPr>
              <w:spacing w:after="0" w:line="240" w:lineRule="auto"/>
            </w:pPr>
            <w:sdt>
              <w:sdtPr>
                <w:alias w:val="T892"/>
                <w:tag w:val="T892"/>
                <w:id w:val="100892"/>
                <w:text/>
              </w:sdtPr>
              <w:sdtEndPr/>
              <w:sdtContent>
                <w:r>
                  <w:rPr>
                    <w:rFonts w:eastAsia="Arial"/>
                    <w:color w:val="555555"/>
                  </w:rPr>
                  <w:t>Click or tap to type</w:t>
                </w:r>
              </w:sdtContent>
            </w:sdt>
          </w:p>
        </w:tc>
      </w:tr>
    </w:tbl>
    <w:p w14:paraId="15EBBC3C" w14:textId="77777777" w:rsidR="001C7FD1" w:rsidRDefault="003F5285">
      <w:pPr>
        <w:pStyle w:val="Heading1"/>
      </w:pPr>
      <w:r>
        <w:t>20. Wara Yindi Practitioner Functional Summary and Assessment Plan</w:t>
      </w:r>
    </w:p>
    <w:tbl>
      <w:tblPr>
        <w:tblW w:w="9640" w:type="dxa"/>
        <w:tblInd w:w="120" w:type="dxa"/>
        <w:tblBorders>
          <w:top w:val="single" w:sz="6" w:space="0" w:color="DDD9C3"/>
          <w:left w:val="single" w:sz="6" w:space="0" w:color="DDD9C3"/>
          <w:bottom w:val="single" w:sz="6" w:space="0" w:color="DDD9C3"/>
          <w:right w:val="single" w:sz="6" w:space="0" w:color="DDD9C3"/>
          <w:insideH w:val="single" w:sz="6" w:space="0" w:color="DDD9C3"/>
          <w:insideV w:val="single" w:sz="6" w:space="0" w:color="DDD9C3"/>
        </w:tblBorders>
        <w:tblLayout w:type="fixed"/>
        <w:tblLook w:val="04A0" w:firstRow="1" w:lastRow="0" w:firstColumn="1" w:lastColumn="0" w:noHBand="0" w:noVBand="1"/>
      </w:tblPr>
      <w:tblGrid>
        <w:gridCol w:w="9640"/>
      </w:tblGrid>
      <w:tr w:rsidR="001C7FD1" w14:paraId="2FF8A2E5" w14:textId="77777777">
        <w:trPr>
          <w:cantSplit/>
        </w:trPr>
        <w:tc>
          <w:tcPr>
            <w:tcW w:w="9640" w:type="dxa"/>
            <w:shd w:val="clear" w:color="auto" w:fill="EEECE1"/>
            <w:tcMar>
              <w:top w:w="90" w:type="dxa"/>
              <w:left w:w="120" w:type="dxa"/>
              <w:bottom w:w="90" w:type="dxa"/>
              <w:right w:w="120" w:type="dxa"/>
            </w:tcMar>
            <w:vAlign w:val="center"/>
          </w:tcPr>
          <w:p w14:paraId="0FA10990" w14:textId="77777777" w:rsidR="001C7FD1" w:rsidRDefault="003F5285">
            <w:pPr>
              <w:spacing w:after="0" w:line="240" w:lineRule="auto"/>
            </w:pPr>
            <w:r>
              <w:rPr>
                <w:rFonts w:eastAsia="Arial"/>
                <w:b/>
                <w:color w:val="4B1F26"/>
              </w:rPr>
              <w:t xml:space="preserve">Practitioner use: </w:t>
            </w:r>
            <w:r>
              <w:rPr>
                <w:rFonts w:eastAsia="Arial"/>
              </w:rPr>
              <w:t>Complete after reviewing this intake, interviewing the person and relevant supporters, observing function where appropriate, and reviewing available evidence. Intake ratings are prompts for enquiry and must not be treated as validated scores.</w:t>
            </w:r>
          </w:p>
        </w:tc>
      </w:tr>
    </w:tbl>
    <w:p w14:paraId="708DECE7" w14:textId="77777777" w:rsidR="001C7FD1" w:rsidRDefault="003F5285">
      <w:pPr>
        <w:spacing w:before="100" w:after="0" w:line="72" w:lineRule="auto"/>
      </w:pPr>
      <w:r>
        <w:rPr>
          <w:rFonts w:eastAsia="Arial"/>
          <w:color w:val="FFFFFF"/>
          <w:sz w:val="8"/>
        </w:rPr>
        <w:t xml:space="preserve"> </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2300"/>
        <w:gridCol w:w="2400"/>
        <w:gridCol w:w="2300"/>
        <w:gridCol w:w="2640"/>
      </w:tblGrid>
      <w:tr w:rsidR="001C7FD1" w14:paraId="3F58558A" w14:textId="77777777">
        <w:trPr>
          <w:tblHeader/>
        </w:trPr>
        <w:tc>
          <w:tcPr>
            <w:tcW w:w="2300" w:type="dxa"/>
            <w:shd w:val="clear" w:color="auto" w:fill="4B1F26"/>
            <w:tcMar>
              <w:top w:w="90" w:type="dxa"/>
              <w:left w:w="120" w:type="dxa"/>
              <w:bottom w:w="90" w:type="dxa"/>
              <w:right w:w="120" w:type="dxa"/>
            </w:tcMar>
            <w:vAlign w:val="center"/>
          </w:tcPr>
          <w:p w14:paraId="0FC63F39" w14:textId="77777777" w:rsidR="001C7FD1" w:rsidRDefault="003F5285">
            <w:pPr>
              <w:spacing w:after="0" w:line="240" w:lineRule="auto"/>
            </w:pPr>
            <w:r>
              <w:rPr>
                <w:rFonts w:eastAsia="Arial"/>
                <w:b/>
                <w:color w:val="FFFFFF"/>
              </w:rPr>
              <w:t>Domain</w:t>
            </w:r>
          </w:p>
        </w:tc>
        <w:tc>
          <w:tcPr>
            <w:tcW w:w="2400" w:type="dxa"/>
            <w:shd w:val="clear" w:color="auto" w:fill="4B1F26"/>
            <w:tcMar>
              <w:top w:w="90" w:type="dxa"/>
              <w:left w:w="120" w:type="dxa"/>
              <w:bottom w:w="90" w:type="dxa"/>
              <w:right w:w="120" w:type="dxa"/>
            </w:tcMar>
            <w:vAlign w:val="center"/>
          </w:tcPr>
          <w:p w14:paraId="4374375D" w14:textId="77777777" w:rsidR="001C7FD1" w:rsidRDefault="003F5285">
            <w:pPr>
              <w:spacing w:after="0" w:line="240" w:lineRule="auto"/>
            </w:pPr>
            <w:r>
              <w:rPr>
                <w:rFonts w:eastAsia="Arial"/>
                <w:b/>
                <w:color w:val="FFFFFF"/>
              </w:rPr>
              <w:t>Strengths and current function</w:t>
            </w:r>
          </w:p>
        </w:tc>
        <w:tc>
          <w:tcPr>
            <w:tcW w:w="2300" w:type="dxa"/>
            <w:shd w:val="clear" w:color="auto" w:fill="4B1F26"/>
            <w:tcMar>
              <w:top w:w="90" w:type="dxa"/>
              <w:left w:w="120" w:type="dxa"/>
              <w:bottom w:w="90" w:type="dxa"/>
              <w:right w:w="120" w:type="dxa"/>
            </w:tcMar>
            <w:vAlign w:val="center"/>
          </w:tcPr>
          <w:p w14:paraId="5C7CB377" w14:textId="77777777" w:rsidR="001C7FD1" w:rsidRDefault="003F5285">
            <w:pPr>
              <w:spacing w:after="0" w:line="240" w:lineRule="auto"/>
            </w:pPr>
            <w:r>
              <w:rPr>
                <w:rFonts w:eastAsia="Arial"/>
                <w:b/>
                <w:color w:val="FFFFFF"/>
              </w:rPr>
              <w:t>Support need and impact</w:t>
            </w:r>
          </w:p>
        </w:tc>
        <w:tc>
          <w:tcPr>
            <w:tcW w:w="2640" w:type="dxa"/>
            <w:shd w:val="clear" w:color="auto" w:fill="4B1F26"/>
            <w:tcMar>
              <w:top w:w="90" w:type="dxa"/>
              <w:left w:w="120" w:type="dxa"/>
              <w:bottom w:w="90" w:type="dxa"/>
              <w:right w:w="120" w:type="dxa"/>
            </w:tcMar>
            <w:vAlign w:val="center"/>
          </w:tcPr>
          <w:p w14:paraId="36FDBD6A" w14:textId="77777777" w:rsidR="001C7FD1" w:rsidRDefault="003F5285">
            <w:pPr>
              <w:spacing w:after="0" w:line="240" w:lineRule="auto"/>
            </w:pPr>
            <w:r>
              <w:rPr>
                <w:rFonts w:eastAsia="Arial"/>
                <w:b/>
                <w:color w:val="FFFFFF"/>
              </w:rPr>
              <w:t>Evidence gap / further action</w:t>
            </w:r>
          </w:p>
        </w:tc>
      </w:tr>
      <w:tr w:rsidR="001C7FD1" w14:paraId="3BD3FF24" w14:textId="77777777">
        <w:trPr>
          <w:cantSplit/>
        </w:trPr>
        <w:tc>
          <w:tcPr>
            <w:tcW w:w="2300" w:type="dxa"/>
            <w:shd w:val="clear" w:color="auto" w:fill="EEECE1"/>
          </w:tcPr>
          <w:p w14:paraId="3AD6544B" w14:textId="77777777" w:rsidR="001C7FD1" w:rsidRDefault="003F5285">
            <w:pPr>
              <w:spacing w:after="0" w:line="240" w:lineRule="auto"/>
            </w:pPr>
            <w:r>
              <w:rPr>
                <w:rFonts w:eastAsia="Arial"/>
                <w:b/>
                <w:color w:val="4B1F26"/>
              </w:rPr>
              <w:t>Strengths, identity and goals</w:t>
            </w:r>
          </w:p>
        </w:tc>
        <w:tc>
          <w:tcPr>
            <w:tcW w:w="2400" w:type="dxa"/>
          </w:tcPr>
          <w:p w14:paraId="4B6C8DD3" w14:textId="77777777" w:rsidR="001C7FD1" w:rsidRDefault="003F5285">
            <w:pPr>
              <w:spacing w:after="0" w:line="240" w:lineRule="auto"/>
            </w:pPr>
            <w:sdt>
              <w:sdtPr>
                <w:alias w:val="T893"/>
                <w:tag w:val="T893"/>
                <w:id w:val="100893"/>
                <w:text/>
              </w:sdtPr>
              <w:sdtEndPr/>
              <w:sdtContent>
                <w:r>
                  <w:rPr>
                    <w:rFonts w:eastAsia="Arial"/>
                    <w:color w:val="555555"/>
                  </w:rPr>
                  <w:t>Click or tap to type</w:t>
                </w:r>
              </w:sdtContent>
            </w:sdt>
          </w:p>
        </w:tc>
        <w:tc>
          <w:tcPr>
            <w:tcW w:w="2300" w:type="dxa"/>
          </w:tcPr>
          <w:p w14:paraId="1E89A38F" w14:textId="77777777" w:rsidR="001C7FD1" w:rsidRDefault="003F5285">
            <w:pPr>
              <w:spacing w:after="0" w:line="240" w:lineRule="auto"/>
            </w:pPr>
            <w:sdt>
              <w:sdtPr>
                <w:alias w:val="T894"/>
                <w:tag w:val="T894"/>
                <w:id w:val="100894"/>
                <w:text/>
              </w:sdtPr>
              <w:sdtEndPr/>
              <w:sdtContent>
                <w:r>
                  <w:rPr>
                    <w:rFonts w:eastAsia="Arial"/>
                    <w:color w:val="555555"/>
                  </w:rPr>
                  <w:t>Click or tap to type</w:t>
                </w:r>
              </w:sdtContent>
            </w:sdt>
          </w:p>
        </w:tc>
        <w:tc>
          <w:tcPr>
            <w:tcW w:w="2640" w:type="dxa"/>
          </w:tcPr>
          <w:p w14:paraId="21545881" w14:textId="77777777" w:rsidR="001C7FD1" w:rsidRDefault="003F5285">
            <w:pPr>
              <w:spacing w:after="0" w:line="240" w:lineRule="auto"/>
            </w:pPr>
            <w:sdt>
              <w:sdtPr>
                <w:alias w:val="T895"/>
                <w:tag w:val="T895"/>
                <w:id w:val="100895"/>
                <w:text/>
              </w:sdtPr>
              <w:sdtEndPr/>
              <w:sdtContent>
                <w:r>
                  <w:rPr>
                    <w:rFonts w:eastAsia="Arial"/>
                    <w:color w:val="555555"/>
                  </w:rPr>
                  <w:t>Click or tap to type</w:t>
                </w:r>
              </w:sdtContent>
            </w:sdt>
          </w:p>
        </w:tc>
      </w:tr>
      <w:tr w:rsidR="001C7FD1" w14:paraId="3C9DFB0C" w14:textId="77777777">
        <w:trPr>
          <w:cantSplit/>
        </w:trPr>
        <w:tc>
          <w:tcPr>
            <w:tcW w:w="2300" w:type="dxa"/>
            <w:shd w:val="clear" w:color="auto" w:fill="EEECE1"/>
          </w:tcPr>
          <w:p w14:paraId="4EEFDD59" w14:textId="77777777" w:rsidR="001C7FD1" w:rsidRDefault="003F5285">
            <w:pPr>
              <w:spacing w:after="0" w:line="240" w:lineRule="auto"/>
            </w:pPr>
            <w:r>
              <w:rPr>
                <w:rFonts w:eastAsia="Arial"/>
                <w:b/>
                <w:color w:val="4B1F26"/>
              </w:rPr>
              <w:t>Development and learning</w:t>
            </w:r>
          </w:p>
        </w:tc>
        <w:tc>
          <w:tcPr>
            <w:tcW w:w="2400" w:type="dxa"/>
            <w:shd w:val="clear" w:color="auto" w:fill="F5F4EF"/>
          </w:tcPr>
          <w:p w14:paraId="630B6DEE" w14:textId="77777777" w:rsidR="001C7FD1" w:rsidRDefault="003F5285">
            <w:pPr>
              <w:spacing w:after="0" w:line="240" w:lineRule="auto"/>
            </w:pPr>
            <w:sdt>
              <w:sdtPr>
                <w:alias w:val="T896"/>
                <w:tag w:val="T896"/>
                <w:id w:val="100896"/>
                <w:text/>
              </w:sdtPr>
              <w:sdtEndPr/>
              <w:sdtContent>
                <w:r>
                  <w:rPr>
                    <w:rFonts w:eastAsia="Arial"/>
                    <w:color w:val="555555"/>
                  </w:rPr>
                  <w:t>Click or tap to type</w:t>
                </w:r>
              </w:sdtContent>
            </w:sdt>
          </w:p>
        </w:tc>
        <w:tc>
          <w:tcPr>
            <w:tcW w:w="2300" w:type="dxa"/>
            <w:shd w:val="clear" w:color="auto" w:fill="F5F4EF"/>
          </w:tcPr>
          <w:p w14:paraId="4885320E" w14:textId="77777777" w:rsidR="001C7FD1" w:rsidRDefault="003F5285">
            <w:pPr>
              <w:spacing w:after="0" w:line="240" w:lineRule="auto"/>
            </w:pPr>
            <w:sdt>
              <w:sdtPr>
                <w:alias w:val="T897"/>
                <w:tag w:val="T897"/>
                <w:id w:val="100897"/>
                <w:text/>
              </w:sdtPr>
              <w:sdtEndPr/>
              <w:sdtContent>
                <w:r>
                  <w:rPr>
                    <w:rFonts w:eastAsia="Arial"/>
                    <w:color w:val="555555"/>
                  </w:rPr>
                  <w:t>Click or tap to type</w:t>
                </w:r>
              </w:sdtContent>
            </w:sdt>
          </w:p>
        </w:tc>
        <w:tc>
          <w:tcPr>
            <w:tcW w:w="2640" w:type="dxa"/>
            <w:shd w:val="clear" w:color="auto" w:fill="F5F4EF"/>
          </w:tcPr>
          <w:p w14:paraId="38DE20D2" w14:textId="77777777" w:rsidR="001C7FD1" w:rsidRDefault="003F5285">
            <w:pPr>
              <w:spacing w:after="0" w:line="240" w:lineRule="auto"/>
            </w:pPr>
            <w:sdt>
              <w:sdtPr>
                <w:alias w:val="T898"/>
                <w:tag w:val="T898"/>
                <w:id w:val="100898"/>
                <w:text/>
              </w:sdtPr>
              <w:sdtEndPr/>
              <w:sdtContent>
                <w:r>
                  <w:rPr>
                    <w:rFonts w:eastAsia="Arial"/>
                    <w:color w:val="555555"/>
                  </w:rPr>
                  <w:t>Click or tap to type</w:t>
                </w:r>
              </w:sdtContent>
            </w:sdt>
          </w:p>
        </w:tc>
      </w:tr>
      <w:tr w:rsidR="001C7FD1" w14:paraId="145C736D" w14:textId="77777777">
        <w:trPr>
          <w:cantSplit/>
        </w:trPr>
        <w:tc>
          <w:tcPr>
            <w:tcW w:w="2300" w:type="dxa"/>
            <w:shd w:val="clear" w:color="auto" w:fill="EEECE1"/>
          </w:tcPr>
          <w:p w14:paraId="13B4BE46" w14:textId="77777777" w:rsidR="001C7FD1" w:rsidRDefault="003F5285">
            <w:pPr>
              <w:spacing w:after="0" w:line="240" w:lineRule="auto"/>
            </w:pPr>
            <w:r>
              <w:rPr>
                <w:rFonts w:eastAsia="Arial"/>
                <w:b/>
                <w:color w:val="4B1F26"/>
              </w:rPr>
              <w:t>Communication and social connection</w:t>
            </w:r>
          </w:p>
        </w:tc>
        <w:tc>
          <w:tcPr>
            <w:tcW w:w="2400" w:type="dxa"/>
          </w:tcPr>
          <w:p w14:paraId="17F43EC7" w14:textId="77777777" w:rsidR="001C7FD1" w:rsidRDefault="003F5285">
            <w:pPr>
              <w:spacing w:after="0" w:line="240" w:lineRule="auto"/>
            </w:pPr>
            <w:sdt>
              <w:sdtPr>
                <w:alias w:val="T899"/>
                <w:tag w:val="T899"/>
                <w:id w:val="100899"/>
                <w:text/>
              </w:sdtPr>
              <w:sdtEndPr/>
              <w:sdtContent>
                <w:r>
                  <w:rPr>
                    <w:rFonts w:eastAsia="Arial"/>
                    <w:color w:val="555555"/>
                  </w:rPr>
                  <w:t>Click or tap to type</w:t>
                </w:r>
              </w:sdtContent>
            </w:sdt>
          </w:p>
        </w:tc>
        <w:tc>
          <w:tcPr>
            <w:tcW w:w="2300" w:type="dxa"/>
          </w:tcPr>
          <w:p w14:paraId="10190661" w14:textId="77777777" w:rsidR="001C7FD1" w:rsidRDefault="003F5285">
            <w:pPr>
              <w:spacing w:after="0" w:line="240" w:lineRule="auto"/>
            </w:pPr>
            <w:sdt>
              <w:sdtPr>
                <w:alias w:val="T900"/>
                <w:tag w:val="T900"/>
                <w:id w:val="100900"/>
                <w:text/>
              </w:sdtPr>
              <w:sdtEndPr/>
              <w:sdtContent>
                <w:r>
                  <w:rPr>
                    <w:rFonts w:eastAsia="Arial"/>
                    <w:color w:val="555555"/>
                  </w:rPr>
                  <w:t>Click or tap to type</w:t>
                </w:r>
              </w:sdtContent>
            </w:sdt>
          </w:p>
        </w:tc>
        <w:tc>
          <w:tcPr>
            <w:tcW w:w="2640" w:type="dxa"/>
          </w:tcPr>
          <w:p w14:paraId="2B165F8D" w14:textId="77777777" w:rsidR="001C7FD1" w:rsidRDefault="003F5285">
            <w:pPr>
              <w:spacing w:after="0" w:line="240" w:lineRule="auto"/>
            </w:pPr>
            <w:sdt>
              <w:sdtPr>
                <w:alias w:val="T901"/>
                <w:tag w:val="T901"/>
                <w:id w:val="100901"/>
                <w:text/>
              </w:sdtPr>
              <w:sdtEndPr/>
              <w:sdtContent>
                <w:r>
                  <w:rPr>
                    <w:rFonts w:eastAsia="Arial"/>
                    <w:color w:val="555555"/>
                  </w:rPr>
                  <w:t>Click or tap to type</w:t>
                </w:r>
              </w:sdtContent>
            </w:sdt>
          </w:p>
        </w:tc>
      </w:tr>
      <w:tr w:rsidR="001C7FD1" w14:paraId="39B74D1A" w14:textId="77777777">
        <w:trPr>
          <w:cantSplit/>
        </w:trPr>
        <w:tc>
          <w:tcPr>
            <w:tcW w:w="2300" w:type="dxa"/>
            <w:shd w:val="clear" w:color="auto" w:fill="EEECE1"/>
          </w:tcPr>
          <w:p w14:paraId="39C4CFD9" w14:textId="77777777" w:rsidR="001C7FD1" w:rsidRDefault="003F5285">
            <w:pPr>
              <w:spacing w:after="0" w:line="240" w:lineRule="auto"/>
            </w:pPr>
            <w:r>
              <w:rPr>
                <w:rFonts w:eastAsia="Arial"/>
                <w:b/>
                <w:color w:val="4B1F26"/>
              </w:rPr>
              <w:lastRenderedPageBreak/>
              <w:t>Sensory and body awareness</w:t>
            </w:r>
          </w:p>
        </w:tc>
        <w:tc>
          <w:tcPr>
            <w:tcW w:w="2400" w:type="dxa"/>
            <w:shd w:val="clear" w:color="auto" w:fill="F5F4EF"/>
          </w:tcPr>
          <w:p w14:paraId="4E669AF6" w14:textId="77777777" w:rsidR="001C7FD1" w:rsidRDefault="003F5285">
            <w:pPr>
              <w:spacing w:after="0" w:line="240" w:lineRule="auto"/>
            </w:pPr>
            <w:sdt>
              <w:sdtPr>
                <w:alias w:val="T902"/>
                <w:tag w:val="T902"/>
                <w:id w:val="100902"/>
                <w:text/>
              </w:sdtPr>
              <w:sdtEndPr/>
              <w:sdtContent>
                <w:r>
                  <w:rPr>
                    <w:rFonts w:eastAsia="Arial"/>
                    <w:color w:val="555555"/>
                  </w:rPr>
                  <w:t>Click or tap to type</w:t>
                </w:r>
              </w:sdtContent>
            </w:sdt>
          </w:p>
        </w:tc>
        <w:tc>
          <w:tcPr>
            <w:tcW w:w="2300" w:type="dxa"/>
            <w:shd w:val="clear" w:color="auto" w:fill="F5F4EF"/>
          </w:tcPr>
          <w:p w14:paraId="5153B51E" w14:textId="77777777" w:rsidR="001C7FD1" w:rsidRDefault="003F5285">
            <w:pPr>
              <w:spacing w:after="0" w:line="240" w:lineRule="auto"/>
            </w:pPr>
            <w:sdt>
              <w:sdtPr>
                <w:alias w:val="T903"/>
                <w:tag w:val="T903"/>
                <w:id w:val="100903"/>
                <w:text/>
              </w:sdtPr>
              <w:sdtEndPr/>
              <w:sdtContent>
                <w:r>
                  <w:rPr>
                    <w:rFonts w:eastAsia="Arial"/>
                    <w:color w:val="555555"/>
                  </w:rPr>
                  <w:t>Click or tap to type</w:t>
                </w:r>
              </w:sdtContent>
            </w:sdt>
          </w:p>
        </w:tc>
        <w:tc>
          <w:tcPr>
            <w:tcW w:w="2640" w:type="dxa"/>
            <w:shd w:val="clear" w:color="auto" w:fill="F5F4EF"/>
          </w:tcPr>
          <w:p w14:paraId="1358335E" w14:textId="77777777" w:rsidR="001C7FD1" w:rsidRDefault="003F5285">
            <w:pPr>
              <w:spacing w:after="0" w:line="240" w:lineRule="auto"/>
            </w:pPr>
            <w:sdt>
              <w:sdtPr>
                <w:alias w:val="T904"/>
                <w:tag w:val="T904"/>
                <w:id w:val="100904"/>
                <w:text/>
              </w:sdtPr>
              <w:sdtEndPr/>
              <w:sdtContent>
                <w:r>
                  <w:rPr>
                    <w:rFonts w:eastAsia="Arial"/>
                    <w:color w:val="555555"/>
                  </w:rPr>
                  <w:t>Click or tap to type</w:t>
                </w:r>
              </w:sdtContent>
            </w:sdt>
          </w:p>
        </w:tc>
      </w:tr>
      <w:tr w:rsidR="001C7FD1" w14:paraId="0D40D088" w14:textId="77777777">
        <w:trPr>
          <w:cantSplit/>
        </w:trPr>
        <w:tc>
          <w:tcPr>
            <w:tcW w:w="2300" w:type="dxa"/>
            <w:shd w:val="clear" w:color="auto" w:fill="EEECE1"/>
          </w:tcPr>
          <w:p w14:paraId="4815C1E0" w14:textId="77777777" w:rsidR="001C7FD1" w:rsidRDefault="003F5285">
            <w:pPr>
              <w:spacing w:after="0" w:line="240" w:lineRule="auto"/>
            </w:pPr>
            <w:r>
              <w:rPr>
                <w:rFonts w:eastAsia="Arial"/>
                <w:b/>
                <w:color w:val="4B1F26"/>
              </w:rPr>
              <w:t>Attention, planning and self-regulation</w:t>
            </w:r>
          </w:p>
        </w:tc>
        <w:tc>
          <w:tcPr>
            <w:tcW w:w="2400" w:type="dxa"/>
          </w:tcPr>
          <w:p w14:paraId="05BB89A4" w14:textId="77777777" w:rsidR="001C7FD1" w:rsidRDefault="003F5285">
            <w:pPr>
              <w:spacing w:after="0" w:line="240" w:lineRule="auto"/>
            </w:pPr>
            <w:sdt>
              <w:sdtPr>
                <w:alias w:val="T905"/>
                <w:tag w:val="T905"/>
                <w:id w:val="100905"/>
                <w:text/>
              </w:sdtPr>
              <w:sdtEndPr/>
              <w:sdtContent>
                <w:r>
                  <w:rPr>
                    <w:rFonts w:eastAsia="Arial"/>
                    <w:color w:val="555555"/>
                  </w:rPr>
                  <w:t>Click or tap to type</w:t>
                </w:r>
              </w:sdtContent>
            </w:sdt>
          </w:p>
        </w:tc>
        <w:tc>
          <w:tcPr>
            <w:tcW w:w="2300" w:type="dxa"/>
          </w:tcPr>
          <w:p w14:paraId="069C1533" w14:textId="77777777" w:rsidR="001C7FD1" w:rsidRDefault="003F5285">
            <w:pPr>
              <w:spacing w:after="0" w:line="240" w:lineRule="auto"/>
            </w:pPr>
            <w:sdt>
              <w:sdtPr>
                <w:alias w:val="T906"/>
                <w:tag w:val="T906"/>
                <w:id w:val="100906"/>
                <w:text/>
              </w:sdtPr>
              <w:sdtEndPr/>
              <w:sdtContent>
                <w:r>
                  <w:rPr>
                    <w:rFonts w:eastAsia="Arial"/>
                    <w:color w:val="555555"/>
                  </w:rPr>
                  <w:t>Click or tap to type</w:t>
                </w:r>
              </w:sdtContent>
            </w:sdt>
          </w:p>
        </w:tc>
        <w:tc>
          <w:tcPr>
            <w:tcW w:w="2640" w:type="dxa"/>
          </w:tcPr>
          <w:p w14:paraId="2CE5F6FB" w14:textId="77777777" w:rsidR="001C7FD1" w:rsidRDefault="003F5285">
            <w:pPr>
              <w:spacing w:after="0" w:line="240" w:lineRule="auto"/>
            </w:pPr>
            <w:sdt>
              <w:sdtPr>
                <w:alias w:val="T907"/>
                <w:tag w:val="T907"/>
                <w:id w:val="100907"/>
                <w:text/>
              </w:sdtPr>
              <w:sdtEndPr/>
              <w:sdtContent>
                <w:r>
                  <w:rPr>
                    <w:rFonts w:eastAsia="Arial"/>
                    <w:color w:val="555555"/>
                  </w:rPr>
                  <w:t>Click or tap to type</w:t>
                </w:r>
              </w:sdtContent>
            </w:sdt>
          </w:p>
        </w:tc>
      </w:tr>
      <w:tr w:rsidR="001C7FD1" w14:paraId="16EDE52D" w14:textId="77777777">
        <w:trPr>
          <w:cantSplit/>
        </w:trPr>
        <w:tc>
          <w:tcPr>
            <w:tcW w:w="2300" w:type="dxa"/>
            <w:shd w:val="clear" w:color="auto" w:fill="EEECE1"/>
          </w:tcPr>
          <w:p w14:paraId="0A8CA09D" w14:textId="77777777" w:rsidR="001C7FD1" w:rsidRDefault="003F5285">
            <w:pPr>
              <w:spacing w:after="0" w:line="240" w:lineRule="auto"/>
            </w:pPr>
            <w:r>
              <w:rPr>
                <w:rFonts w:eastAsia="Arial"/>
                <w:b/>
                <w:color w:val="4B1F26"/>
              </w:rPr>
              <w:t>Emotional wellbeing and behaviour</w:t>
            </w:r>
          </w:p>
        </w:tc>
        <w:tc>
          <w:tcPr>
            <w:tcW w:w="2400" w:type="dxa"/>
            <w:shd w:val="clear" w:color="auto" w:fill="F5F4EF"/>
          </w:tcPr>
          <w:p w14:paraId="4FFA6B25" w14:textId="77777777" w:rsidR="001C7FD1" w:rsidRDefault="003F5285">
            <w:pPr>
              <w:spacing w:after="0" w:line="240" w:lineRule="auto"/>
            </w:pPr>
            <w:sdt>
              <w:sdtPr>
                <w:alias w:val="T908"/>
                <w:tag w:val="T908"/>
                <w:id w:val="100908"/>
                <w:text/>
              </w:sdtPr>
              <w:sdtEndPr/>
              <w:sdtContent>
                <w:r>
                  <w:rPr>
                    <w:rFonts w:eastAsia="Arial"/>
                    <w:color w:val="555555"/>
                  </w:rPr>
                  <w:t>Click or tap to type</w:t>
                </w:r>
              </w:sdtContent>
            </w:sdt>
          </w:p>
        </w:tc>
        <w:tc>
          <w:tcPr>
            <w:tcW w:w="2300" w:type="dxa"/>
            <w:shd w:val="clear" w:color="auto" w:fill="F5F4EF"/>
          </w:tcPr>
          <w:p w14:paraId="54ED488D" w14:textId="77777777" w:rsidR="001C7FD1" w:rsidRDefault="003F5285">
            <w:pPr>
              <w:spacing w:after="0" w:line="240" w:lineRule="auto"/>
            </w:pPr>
            <w:sdt>
              <w:sdtPr>
                <w:alias w:val="T909"/>
                <w:tag w:val="T909"/>
                <w:id w:val="100909"/>
                <w:text/>
              </w:sdtPr>
              <w:sdtEndPr/>
              <w:sdtContent>
                <w:r>
                  <w:rPr>
                    <w:rFonts w:eastAsia="Arial"/>
                    <w:color w:val="555555"/>
                  </w:rPr>
                  <w:t>Click or tap to type</w:t>
                </w:r>
              </w:sdtContent>
            </w:sdt>
          </w:p>
        </w:tc>
        <w:tc>
          <w:tcPr>
            <w:tcW w:w="2640" w:type="dxa"/>
            <w:shd w:val="clear" w:color="auto" w:fill="F5F4EF"/>
          </w:tcPr>
          <w:p w14:paraId="2E052875" w14:textId="77777777" w:rsidR="001C7FD1" w:rsidRDefault="003F5285">
            <w:pPr>
              <w:spacing w:after="0" w:line="240" w:lineRule="auto"/>
            </w:pPr>
            <w:sdt>
              <w:sdtPr>
                <w:alias w:val="T910"/>
                <w:tag w:val="T910"/>
                <w:id w:val="100910"/>
                <w:text/>
              </w:sdtPr>
              <w:sdtEndPr/>
              <w:sdtContent>
                <w:r>
                  <w:rPr>
                    <w:rFonts w:eastAsia="Arial"/>
                    <w:color w:val="555555"/>
                  </w:rPr>
                  <w:t>Click or tap to type</w:t>
                </w:r>
              </w:sdtContent>
            </w:sdt>
          </w:p>
        </w:tc>
      </w:tr>
      <w:tr w:rsidR="001C7FD1" w14:paraId="6BF67FED" w14:textId="77777777">
        <w:trPr>
          <w:cantSplit/>
        </w:trPr>
        <w:tc>
          <w:tcPr>
            <w:tcW w:w="2300" w:type="dxa"/>
            <w:shd w:val="clear" w:color="auto" w:fill="EEECE1"/>
          </w:tcPr>
          <w:p w14:paraId="3F7DAC90" w14:textId="77777777" w:rsidR="001C7FD1" w:rsidRDefault="003F5285">
            <w:pPr>
              <w:spacing w:after="0" w:line="240" w:lineRule="auto"/>
            </w:pPr>
            <w:r>
              <w:rPr>
                <w:rFonts w:eastAsia="Arial"/>
                <w:b/>
                <w:color w:val="4B1F26"/>
              </w:rPr>
              <w:t>Mobility and physical access</w:t>
            </w:r>
          </w:p>
        </w:tc>
        <w:tc>
          <w:tcPr>
            <w:tcW w:w="2400" w:type="dxa"/>
          </w:tcPr>
          <w:p w14:paraId="5351F983" w14:textId="77777777" w:rsidR="001C7FD1" w:rsidRDefault="003F5285">
            <w:pPr>
              <w:spacing w:after="0" w:line="240" w:lineRule="auto"/>
            </w:pPr>
            <w:sdt>
              <w:sdtPr>
                <w:alias w:val="T911"/>
                <w:tag w:val="T911"/>
                <w:id w:val="100911"/>
                <w:text/>
              </w:sdtPr>
              <w:sdtEndPr/>
              <w:sdtContent>
                <w:r>
                  <w:rPr>
                    <w:rFonts w:eastAsia="Arial"/>
                    <w:color w:val="555555"/>
                  </w:rPr>
                  <w:t>Click or tap to type</w:t>
                </w:r>
              </w:sdtContent>
            </w:sdt>
          </w:p>
        </w:tc>
        <w:tc>
          <w:tcPr>
            <w:tcW w:w="2300" w:type="dxa"/>
          </w:tcPr>
          <w:p w14:paraId="0ADDF155" w14:textId="77777777" w:rsidR="001C7FD1" w:rsidRDefault="003F5285">
            <w:pPr>
              <w:spacing w:after="0" w:line="240" w:lineRule="auto"/>
            </w:pPr>
            <w:sdt>
              <w:sdtPr>
                <w:alias w:val="T912"/>
                <w:tag w:val="T912"/>
                <w:id w:val="100912"/>
                <w:text/>
              </w:sdtPr>
              <w:sdtEndPr/>
              <w:sdtContent>
                <w:r>
                  <w:rPr>
                    <w:rFonts w:eastAsia="Arial"/>
                    <w:color w:val="555555"/>
                  </w:rPr>
                  <w:t>Click or tap to type</w:t>
                </w:r>
              </w:sdtContent>
            </w:sdt>
          </w:p>
        </w:tc>
        <w:tc>
          <w:tcPr>
            <w:tcW w:w="2640" w:type="dxa"/>
          </w:tcPr>
          <w:p w14:paraId="7F7FFC14" w14:textId="77777777" w:rsidR="001C7FD1" w:rsidRDefault="003F5285">
            <w:pPr>
              <w:spacing w:after="0" w:line="240" w:lineRule="auto"/>
            </w:pPr>
            <w:sdt>
              <w:sdtPr>
                <w:alias w:val="T913"/>
                <w:tag w:val="T913"/>
                <w:id w:val="100913"/>
                <w:text/>
              </w:sdtPr>
              <w:sdtEndPr/>
              <w:sdtContent>
                <w:r>
                  <w:rPr>
                    <w:rFonts w:eastAsia="Arial"/>
                    <w:color w:val="555555"/>
                  </w:rPr>
                  <w:t>Click or tap to type</w:t>
                </w:r>
              </w:sdtContent>
            </w:sdt>
          </w:p>
        </w:tc>
      </w:tr>
      <w:tr w:rsidR="001C7FD1" w14:paraId="1F001B15" w14:textId="77777777">
        <w:trPr>
          <w:cantSplit/>
        </w:trPr>
        <w:tc>
          <w:tcPr>
            <w:tcW w:w="2300" w:type="dxa"/>
            <w:shd w:val="clear" w:color="auto" w:fill="EEECE1"/>
          </w:tcPr>
          <w:p w14:paraId="6A96A041" w14:textId="77777777" w:rsidR="001C7FD1" w:rsidRDefault="003F5285">
            <w:pPr>
              <w:spacing w:after="0" w:line="240" w:lineRule="auto"/>
            </w:pPr>
            <w:r>
              <w:rPr>
                <w:rFonts w:eastAsia="Arial"/>
                <w:b/>
                <w:color w:val="4B1F26"/>
              </w:rPr>
              <w:t>Personal care and health management</w:t>
            </w:r>
          </w:p>
        </w:tc>
        <w:tc>
          <w:tcPr>
            <w:tcW w:w="2400" w:type="dxa"/>
            <w:shd w:val="clear" w:color="auto" w:fill="F5F4EF"/>
          </w:tcPr>
          <w:p w14:paraId="2F8ED2E1" w14:textId="77777777" w:rsidR="001C7FD1" w:rsidRDefault="003F5285">
            <w:pPr>
              <w:spacing w:after="0" w:line="240" w:lineRule="auto"/>
            </w:pPr>
            <w:sdt>
              <w:sdtPr>
                <w:alias w:val="T914"/>
                <w:tag w:val="T914"/>
                <w:id w:val="100914"/>
                <w:text/>
              </w:sdtPr>
              <w:sdtEndPr/>
              <w:sdtContent>
                <w:r>
                  <w:rPr>
                    <w:rFonts w:eastAsia="Arial"/>
                    <w:color w:val="555555"/>
                  </w:rPr>
                  <w:t>Click or tap to type</w:t>
                </w:r>
              </w:sdtContent>
            </w:sdt>
          </w:p>
        </w:tc>
        <w:tc>
          <w:tcPr>
            <w:tcW w:w="2300" w:type="dxa"/>
            <w:shd w:val="clear" w:color="auto" w:fill="F5F4EF"/>
          </w:tcPr>
          <w:p w14:paraId="153CBF7B" w14:textId="77777777" w:rsidR="001C7FD1" w:rsidRDefault="003F5285">
            <w:pPr>
              <w:spacing w:after="0" w:line="240" w:lineRule="auto"/>
            </w:pPr>
            <w:sdt>
              <w:sdtPr>
                <w:alias w:val="T915"/>
                <w:tag w:val="T915"/>
                <w:id w:val="100915"/>
                <w:text/>
              </w:sdtPr>
              <w:sdtEndPr/>
              <w:sdtContent>
                <w:r>
                  <w:rPr>
                    <w:rFonts w:eastAsia="Arial"/>
                    <w:color w:val="555555"/>
                  </w:rPr>
                  <w:t>Click or tap to type</w:t>
                </w:r>
              </w:sdtContent>
            </w:sdt>
          </w:p>
        </w:tc>
        <w:tc>
          <w:tcPr>
            <w:tcW w:w="2640" w:type="dxa"/>
            <w:shd w:val="clear" w:color="auto" w:fill="F5F4EF"/>
          </w:tcPr>
          <w:p w14:paraId="568A9EEF" w14:textId="77777777" w:rsidR="001C7FD1" w:rsidRDefault="003F5285">
            <w:pPr>
              <w:spacing w:after="0" w:line="240" w:lineRule="auto"/>
            </w:pPr>
            <w:sdt>
              <w:sdtPr>
                <w:alias w:val="T916"/>
                <w:tag w:val="T916"/>
                <w:id w:val="100916"/>
                <w:text/>
              </w:sdtPr>
              <w:sdtEndPr/>
              <w:sdtContent>
                <w:r>
                  <w:rPr>
                    <w:rFonts w:eastAsia="Arial"/>
                    <w:color w:val="555555"/>
                  </w:rPr>
                  <w:t>Click or tap to type</w:t>
                </w:r>
              </w:sdtContent>
            </w:sdt>
          </w:p>
        </w:tc>
      </w:tr>
      <w:tr w:rsidR="001C7FD1" w14:paraId="69BA8E88" w14:textId="77777777">
        <w:trPr>
          <w:cantSplit/>
        </w:trPr>
        <w:tc>
          <w:tcPr>
            <w:tcW w:w="2300" w:type="dxa"/>
            <w:shd w:val="clear" w:color="auto" w:fill="EEECE1"/>
          </w:tcPr>
          <w:p w14:paraId="621BA974" w14:textId="77777777" w:rsidR="001C7FD1" w:rsidRDefault="003F5285">
            <w:pPr>
              <w:spacing w:after="0" w:line="240" w:lineRule="auto"/>
            </w:pPr>
            <w:r>
              <w:rPr>
                <w:rFonts w:eastAsia="Arial"/>
                <w:b/>
                <w:color w:val="4B1F26"/>
              </w:rPr>
              <w:t>Home and independent living</w:t>
            </w:r>
          </w:p>
        </w:tc>
        <w:tc>
          <w:tcPr>
            <w:tcW w:w="2400" w:type="dxa"/>
          </w:tcPr>
          <w:p w14:paraId="5A40A327" w14:textId="77777777" w:rsidR="001C7FD1" w:rsidRDefault="003F5285">
            <w:pPr>
              <w:spacing w:after="0" w:line="240" w:lineRule="auto"/>
            </w:pPr>
            <w:sdt>
              <w:sdtPr>
                <w:alias w:val="T917"/>
                <w:tag w:val="T917"/>
                <w:id w:val="100917"/>
                <w:text/>
              </w:sdtPr>
              <w:sdtEndPr/>
              <w:sdtContent>
                <w:r>
                  <w:rPr>
                    <w:rFonts w:eastAsia="Arial"/>
                    <w:color w:val="555555"/>
                  </w:rPr>
                  <w:t>Click or tap to type</w:t>
                </w:r>
              </w:sdtContent>
            </w:sdt>
          </w:p>
        </w:tc>
        <w:tc>
          <w:tcPr>
            <w:tcW w:w="2300" w:type="dxa"/>
          </w:tcPr>
          <w:p w14:paraId="7CBFEB1A" w14:textId="77777777" w:rsidR="001C7FD1" w:rsidRDefault="003F5285">
            <w:pPr>
              <w:spacing w:after="0" w:line="240" w:lineRule="auto"/>
            </w:pPr>
            <w:sdt>
              <w:sdtPr>
                <w:alias w:val="T918"/>
                <w:tag w:val="T918"/>
                <w:id w:val="100918"/>
                <w:text/>
              </w:sdtPr>
              <w:sdtEndPr/>
              <w:sdtContent>
                <w:r>
                  <w:rPr>
                    <w:rFonts w:eastAsia="Arial"/>
                    <w:color w:val="555555"/>
                  </w:rPr>
                  <w:t>Click or tap to type</w:t>
                </w:r>
              </w:sdtContent>
            </w:sdt>
          </w:p>
        </w:tc>
        <w:tc>
          <w:tcPr>
            <w:tcW w:w="2640" w:type="dxa"/>
          </w:tcPr>
          <w:p w14:paraId="69AB3FC6" w14:textId="77777777" w:rsidR="001C7FD1" w:rsidRDefault="003F5285">
            <w:pPr>
              <w:spacing w:after="0" w:line="240" w:lineRule="auto"/>
            </w:pPr>
            <w:sdt>
              <w:sdtPr>
                <w:alias w:val="T919"/>
                <w:tag w:val="T919"/>
                <w:id w:val="100919"/>
                <w:text/>
              </w:sdtPr>
              <w:sdtEndPr/>
              <w:sdtContent>
                <w:r>
                  <w:rPr>
                    <w:rFonts w:eastAsia="Arial"/>
                    <w:color w:val="555555"/>
                  </w:rPr>
                  <w:t>Click or tap to type</w:t>
                </w:r>
              </w:sdtContent>
            </w:sdt>
          </w:p>
        </w:tc>
      </w:tr>
      <w:tr w:rsidR="001C7FD1" w14:paraId="6819583A" w14:textId="77777777">
        <w:trPr>
          <w:cantSplit/>
        </w:trPr>
        <w:tc>
          <w:tcPr>
            <w:tcW w:w="2300" w:type="dxa"/>
            <w:shd w:val="clear" w:color="auto" w:fill="EEECE1"/>
          </w:tcPr>
          <w:p w14:paraId="34FADE0F" w14:textId="77777777" w:rsidR="001C7FD1" w:rsidRDefault="003F5285">
            <w:pPr>
              <w:spacing w:after="0" w:line="240" w:lineRule="auto"/>
            </w:pPr>
            <w:r>
              <w:rPr>
                <w:rFonts w:eastAsia="Arial"/>
                <w:b/>
                <w:color w:val="4B1F26"/>
              </w:rPr>
              <w:t>Education, work and productive participation</w:t>
            </w:r>
          </w:p>
        </w:tc>
        <w:tc>
          <w:tcPr>
            <w:tcW w:w="2400" w:type="dxa"/>
            <w:shd w:val="clear" w:color="auto" w:fill="F5F4EF"/>
          </w:tcPr>
          <w:p w14:paraId="1725B972" w14:textId="77777777" w:rsidR="001C7FD1" w:rsidRDefault="003F5285">
            <w:pPr>
              <w:spacing w:after="0" w:line="240" w:lineRule="auto"/>
            </w:pPr>
            <w:sdt>
              <w:sdtPr>
                <w:alias w:val="T920"/>
                <w:tag w:val="T920"/>
                <w:id w:val="100920"/>
                <w:text/>
              </w:sdtPr>
              <w:sdtEndPr/>
              <w:sdtContent>
                <w:r>
                  <w:rPr>
                    <w:rFonts w:eastAsia="Arial"/>
                    <w:color w:val="555555"/>
                  </w:rPr>
                  <w:t>Click or tap to type</w:t>
                </w:r>
              </w:sdtContent>
            </w:sdt>
          </w:p>
        </w:tc>
        <w:tc>
          <w:tcPr>
            <w:tcW w:w="2300" w:type="dxa"/>
            <w:shd w:val="clear" w:color="auto" w:fill="F5F4EF"/>
          </w:tcPr>
          <w:p w14:paraId="1D4815A5" w14:textId="77777777" w:rsidR="001C7FD1" w:rsidRDefault="003F5285">
            <w:pPr>
              <w:spacing w:after="0" w:line="240" w:lineRule="auto"/>
            </w:pPr>
            <w:sdt>
              <w:sdtPr>
                <w:alias w:val="T921"/>
                <w:tag w:val="T921"/>
                <w:id w:val="100921"/>
                <w:text/>
              </w:sdtPr>
              <w:sdtEndPr/>
              <w:sdtContent>
                <w:r>
                  <w:rPr>
                    <w:rFonts w:eastAsia="Arial"/>
                    <w:color w:val="555555"/>
                  </w:rPr>
                  <w:t>Click or tap to type</w:t>
                </w:r>
              </w:sdtContent>
            </w:sdt>
          </w:p>
        </w:tc>
        <w:tc>
          <w:tcPr>
            <w:tcW w:w="2640" w:type="dxa"/>
            <w:shd w:val="clear" w:color="auto" w:fill="F5F4EF"/>
          </w:tcPr>
          <w:p w14:paraId="71731C80" w14:textId="77777777" w:rsidR="001C7FD1" w:rsidRDefault="003F5285">
            <w:pPr>
              <w:spacing w:after="0" w:line="240" w:lineRule="auto"/>
            </w:pPr>
            <w:sdt>
              <w:sdtPr>
                <w:alias w:val="T922"/>
                <w:tag w:val="T922"/>
                <w:id w:val="100922"/>
                <w:text/>
              </w:sdtPr>
              <w:sdtEndPr/>
              <w:sdtContent>
                <w:r>
                  <w:rPr>
                    <w:rFonts w:eastAsia="Arial"/>
                    <w:color w:val="555555"/>
                  </w:rPr>
                  <w:t>Click or tap to type</w:t>
                </w:r>
              </w:sdtContent>
            </w:sdt>
          </w:p>
        </w:tc>
      </w:tr>
      <w:tr w:rsidR="001C7FD1" w14:paraId="6DDC2C78" w14:textId="77777777">
        <w:trPr>
          <w:cantSplit/>
        </w:trPr>
        <w:tc>
          <w:tcPr>
            <w:tcW w:w="2300" w:type="dxa"/>
            <w:shd w:val="clear" w:color="auto" w:fill="EEECE1"/>
          </w:tcPr>
          <w:p w14:paraId="2F5AA17B" w14:textId="77777777" w:rsidR="001C7FD1" w:rsidRDefault="003F5285">
            <w:pPr>
              <w:spacing w:after="0" w:line="240" w:lineRule="auto"/>
            </w:pPr>
            <w:r>
              <w:rPr>
                <w:rFonts w:eastAsia="Arial"/>
                <w:b/>
                <w:color w:val="4B1F26"/>
              </w:rPr>
              <w:t>Relationships, community and participation</w:t>
            </w:r>
          </w:p>
        </w:tc>
        <w:tc>
          <w:tcPr>
            <w:tcW w:w="2400" w:type="dxa"/>
          </w:tcPr>
          <w:p w14:paraId="42F1C18D" w14:textId="77777777" w:rsidR="001C7FD1" w:rsidRDefault="003F5285">
            <w:pPr>
              <w:spacing w:after="0" w:line="240" w:lineRule="auto"/>
            </w:pPr>
            <w:sdt>
              <w:sdtPr>
                <w:alias w:val="T923"/>
                <w:tag w:val="T923"/>
                <w:id w:val="100923"/>
                <w:text/>
              </w:sdtPr>
              <w:sdtEndPr/>
              <w:sdtContent>
                <w:r>
                  <w:rPr>
                    <w:rFonts w:eastAsia="Arial"/>
                    <w:color w:val="555555"/>
                  </w:rPr>
                  <w:t>Click or tap to type</w:t>
                </w:r>
              </w:sdtContent>
            </w:sdt>
          </w:p>
        </w:tc>
        <w:tc>
          <w:tcPr>
            <w:tcW w:w="2300" w:type="dxa"/>
          </w:tcPr>
          <w:p w14:paraId="4F9B1E35" w14:textId="77777777" w:rsidR="001C7FD1" w:rsidRDefault="003F5285">
            <w:pPr>
              <w:spacing w:after="0" w:line="240" w:lineRule="auto"/>
            </w:pPr>
            <w:sdt>
              <w:sdtPr>
                <w:alias w:val="T924"/>
                <w:tag w:val="T924"/>
                <w:id w:val="100924"/>
                <w:text/>
              </w:sdtPr>
              <w:sdtEndPr/>
              <w:sdtContent>
                <w:r>
                  <w:rPr>
                    <w:rFonts w:eastAsia="Arial"/>
                    <w:color w:val="555555"/>
                  </w:rPr>
                  <w:t>Click or tap to type</w:t>
                </w:r>
              </w:sdtContent>
            </w:sdt>
          </w:p>
        </w:tc>
        <w:tc>
          <w:tcPr>
            <w:tcW w:w="2640" w:type="dxa"/>
          </w:tcPr>
          <w:p w14:paraId="0CE2A4E2" w14:textId="77777777" w:rsidR="001C7FD1" w:rsidRDefault="003F5285">
            <w:pPr>
              <w:spacing w:after="0" w:line="240" w:lineRule="auto"/>
            </w:pPr>
            <w:sdt>
              <w:sdtPr>
                <w:alias w:val="T925"/>
                <w:tag w:val="T925"/>
                <w:id w:val="100925"/>
                <w:text/>
              </w:sdtPr>
              <w:sdtEndPr/>
              <w:sdtContent>
                <w:r>
                  <w:rPr>
                    <w:rFonts w:eastAsia="Arial"/>
                    <w:color w:val="555555"/>
                  </w:rPr>
                  <w:t>Click or tap to type</w:t>
                </w:r>
              </w:sdtContent>
            </w:sdt>
          </w:p>
        </w:tc>
      </w:tr>
      <w:tr w:rsidR="001C7FD1" w14:paraId="67B41AD1" w14:textId="77777777">
        <w:trPr>
          <w:cantSplit/>
        </w:trPr>
        <w:tc>
          <w:tcPr>
            <w:tcW w:w="2300" w:type="dxa"/>
            <w:shd w:val="clear" w:color="auto" w:fill="EEECE1"/>
          </w:tcPr>
          <w:p w14:paraId="32A2E48A" w14:textId="77777777" w:rsidR="001C7FD1" w:rsidRDefault="003F5285">
            <w:pPr>
              <w:spacing w:after="0" w:line="240" w:lineRule="auto"/>
            </w:pPr>
            <w:r>
              <w:rPr>
                <w:rFonts w:eastAsia="Arial"/>
                <w:b/>
                <w:color w:val="4B1F26"/>
              </w:rPr>
              <w:t>Safety, supervision and safeguarding</w:t>
            </w:r>
          </w:p>
        </w:tc>
        <w:tc>
          <w:tcPr>
            <w:tcW w:w="2400" w:type="dxa"/>
            <w:shd w:val="clear" w:color="auto" w:fill="F5F4EF"/>
          </w:tcPr>
          <w:p w14:paraId="2E26602B" w14:textId="77777777" w:rsidR="001C7FD1" w:rsidRDefault="003F5285">
            <w:pPr>
              <w:spacing w:after="0" w:line="240" w:lineRule="auto"/>
            </w:pPr>
            <w:sdt>
              <w:sdtPr>
                <w:alias w:val="T926"/>
                <w:tag w:val="T926"/>
                <w:id w:val="100926"/>
                <w:text/>
              </w:sdtPr>
              <w:sdtEndPr/>
              <w:sdtContent>
                <w:r>
                  <w:rPr>
                    <w:rFonts w:eastAsia="Arial"/>
                    <w:color w:val="555555"/>
                  </w:rPr>
                  <w:t>Click or tap to type</w:t>
                </w:r>
              </w:sdtContent>
            </w:sdt>
          </w:p>
        </w:tc>
        <w:tc>
          <w:tcPr>
            <w:tcW w:w="2300" w:type="dxa"/>
            <w:shd w:val="clear" w:color="auto" w:fill="F5F4EF"/>
          </w:tcPr>
          <w:p w14:paraId="114429E4" w14:textId="77777777" w:rsidR="001C7FD1" w:rsidRDefault="003F5285">
            <w:pPr>
              <w:spacing w:after="0" w:line="240" w:lineRule="auto"/>
            </w:pPr>
            <w:sdt>
              <w:sdtPr>
                <w:alias w:val="T927"/>
                <w:tag w:val="T927"/>
                <w:id w:val="100927"/>
                <w:text/>
              </w:sdtPr>
              <w:sdtEndPr/>
              <w:sdtContent>
                <w:r>
                  <w:rPr>
                    <w:rFonts w:eastAsia="Arial"/>
                    <w:color w:val="555555"/>
                  </w:rPr>
                  <w:t>Click or tap to type</w:t>
                </w:r>
              </w:sdtContent>
            </w:sdt>
          </w:p>
        </w:tc>
        <w:tc>
          <w:tcPr>
            <w:tcW w:w="2640" w:type="dxa"/>
            <w:shd w:val="clear" w:color="auto" w:fill="F5F4EF"/>
          </w:tcPr>
          <w:p w14:paraId="7F07C240" w14:textId="77777777" w:rsidR="001C7FD1" w:rsidRDefault="003F5285">
            <w:pPr>
              <w:spacing w:after="0" w:line="240" w:lineRule="auto"/>
            </w:pPr>
            <w:sdt>
              <w:sdtPr>
                <w:alias w:val="T928"/>
                <w:tag w:val="T928"/>
                <w:id w:val="100928"/>
                <w:text/>
              </w:sdtPr>
              <w:sdtEndPr/>
              <w:sdtContent>
                <w:r>
                  <w:rPr>
                    <w:rFonts w:eastAsia="Arial"/>
                    <w:color w:val="555555"/>
                  </w:rPr>
                  <w:t>Click or tap to type</w:t>
                </w:r>
              </w:sdtContent>
            </w:sdt>
          </w:p>
        </w:tc>
      </w:tr>
      <w:tr w:rsidR="001C7FD1" w14:paraId="46A7F8B3" w14:textId="77777777">
        <w:trPr>
          <w:cantSplit/>
        </w:trPr>
        <w:tc>
          <w:tcPr>
            <w:tcW w:w="2300" w:type="dxa"/>
            <w:shd w:val="clear" w:color="auto" w:fill="EEECE1"/>
          </w:tcPr>
          <w:p w14:paraId="0375B0A7" w14:textId="77777777" w:rsidR="001C7FD1" w:rsidRDefault="003F5285">
            <w:pPr>
              <w:spacing w:after="0" w:line="240" w:lineRule="auto"/>
            </w:pPr>
            <w:r>
              <w:rPr>
                <w:rFonts w:eastAsia="Arial"/>
                <w:b/>
                <w:color w:val="4B1F26"/>
              </w:rPr>
              <w:t>Quality of life and environmental barriers</w:t>
            </w:r>
          </w:p>
        </w:tc>
        <w:tc>
          <w:tcPr>
            <w:tcW w:w="2400" w:type="dxa"/>
          </w:tcPr>
          <w:p w14:paraId="55069949" w14:textId="77777777" w:rsidR="001C7FD1" w:rsidRDefault="003F5285">
            <w:pPr>
              <w:spacing w:after="0" w:line="240" w:lineRule="auto"/>
            </w:pPr>
            <w:sdt>
              <w:sdtPr>
                <w:alias w:val="T929"/>
                <w:tag w:val="T929"/>
                <w:id w:val="100929"/>
                <w:text/>
              </w:sdtPr>
              <w:sdtEndPr/>
              <w:sdtContent>
                <w:r>
                  <w:rPr>
                    <w:rFonts w:eastAsia="Arial"/>
                    <w:color w:val="555555"/>
                  </w:rPr>
                  <w:t>Click or tap to type</w:t>
                </w:r>
              </w:sdtContent>
            </w:sdt>
          </w:p>
        </w:tc>
        <w:tc>
          <w:tcPr>
            <w:tcW w:w="2300" w:type="dxa"/>
          </w:tcPr>
          <w:p w14:paraId="79335C35" w14:textId="77777777" w:rsidR="001C7FD1" w:rsidRDefault="003F5285">
            <w:pPr>
              <w:spacing w:after="0" w:line="240" w:lineRule="auto"/>
            </w:pPr>
            <w:sdt>
              <w:sdtPr>
                <w:alias w:val="T930"/>
                <w:tag w:val="T930"/>
                <w:id w:val="100930"/>
                <w:text/>
              </w:sdtPr>
              <w:sdtEndPr/>
              <w:sdtContent>
                <w:r>
                  <w:rPr>
                    <w:rFonts w:eastAsia="Arial"/>
                    <w:color w:val="555555"/>
                  </w:rPr>
                  <w:t>Click or tap to type</w:t>
                </w:r>
              </w:sdtContent>
            </w:sdt>
          </w:p>
        </w:tc>
        <w:tc>
          <w:tcPr>
            <w:tcW w:w="2640" w:type="dxa"/>
          </w:tcPr>
          <w:p w14:paraId="42656387" w14:textId="77777777" w:rsidR="001C7FD1" w:rsidRDefault="003F5285">
            <w:pPr>
              <w:spacing w:after="0" w:line="240" w:lineRule="auto"/>
            </w:pPr>
            <w:sdt>
              <w:sdtPr>
                <w:alias w:val="T931"/>
                <w:tag w:val="T931"/>
                <w:id w:val="100931"/>
                <w:text/>
              </w:sdtPr>
              <w:sdtEndPr/>
              <w:sdtContent>
                <w:r>
                  <w:rPr>
                    <w:rFonts w:eastAsia="Arial"/>
                    <w:color w:val="555555"/>
                  </w:rPr>
                  <w:t>Click or tap to type</w:t>
                </w:r>
              </w:sdtContent>
            </w:sdt>
          </w:p>
        </w:tc>
      </w:tr>
      <w:tr w:rsidR="001C7FD1" w14:paraId="3F02052F" w14:textId="77777777">
        <w:trPr>
          <w:cantSplit/>
        </w:trPr>
        <w:tc>
          <w:tcPr>
            <w:tcW w:w="2300" w:type="dxa"/>
            <w:shd w:val="clear" w:color="auto" w:fill="EEECE1"/>
          </w:tcPr>
          <w:p w14:paraId="34FCCFE2" w14:textId="77777777" w:rsidR="001C7FD1" w:rsidRDefault="003F5285">
            <w:pPr>
              <w:spacing w:after="0" w:line="240" w:lineRule="auto"/>
            </w:pPr>
            <w:r>
              <w:rPr>
                <w:rFonts w:eastAsia="Arial"/>
                <w:b/>
                <w:color w:val="4B1F26"/>
              </w:rPr>
              <w:t>Parent/carer capacity and family sustainability</w:t>
            </w:r>
          </w:p>
        </w:tc>
        <w:tc>
          <w:tcPr>
            <w:tcW w:w="2400" w:type="dxa"/>
            <w:shd w:val="clear" w:color="auto" w:fill="F5F4EF"/>
          </w:tcPr>
          <w:p w14:paraId="61BFD74F" w14:textId="77777777" w:rsidR="001C7FD1" w:rsidRDefault="003F5285">
            <w:pPr>
              <w:spacing w:after="0" w:line="240" w:lineRule="auto"/>
            </w:pPr>
            <w:sdt>
              <w:sdtPr>
                <w:alias w:val="T932"/>
                <w:tag w:val="T932"/>
                <w:id w:val="100932"/>
                <w:text/>
              </w:sdtPr>
              <w:sdtEndPr/>
              <w:sdtContent>
                <w:r>
                  <w:rPr>
                    <w:rFonts w:eastAsia="Arial"/>
                    <w:color w:val="555555"/>
                  </w:rPr>
                  <w:t>Click or tap to type</w:t>
                </w:r>
              </w:sdtContent>
            </w:sdt>
          </w:p>
        </w:tc>
        <w:tc>
          <w:tcPr>
            <w:tcW w:w="2300" w:type="dxa"/>
            <w:shd w:val="clear" w:color="auto" w:fill="F5F4EF"/>
          </w:tcPr>
          <w:p w14:paraId="17B3D31C" w14:textId="77777777" w:rsidR="001C7FD1" w:rsidRDefault="003F5285">
            <w:pPr>
              <w:spacing w:after="0" w:line="240" w:lineRule="auto"/>
            </w:pPr>
            <w:sdt>
              <w:sdtPr>
                <w:alias w:val="T933"/>
                <w:tag w:val="T933"/>
                <w:id w:val="100933"/>
                <w:text/>
              </w:sdtPr>
              <w:sdtEndPr/>
              <w:sdtContent>
                <w:r>
                  <w:rPr>
                    <w:rFonts w:eastAsia="Arial"/>
                    <w:color w:val="555555"/>
                  </w:rPr>
                  <w:t>Click or tap to type</w:t>
                </w:r>
              </w:sdtContent>
            </w:sdt>
          </w:p>
        </w:tc>
        <w:tc>
          <w:tcPr>
            <w:tcW w:w="2640" w:type="dxa"/>
            <w:shd w:val="clear" w:color="auto" w:fill="F5F4EF"/>
          </w:tcPr>
          <w:p w14:paraId="68B691BE" w14:textId="77777777" w:rsidR="001C7FD1" w:rsidRDefault="003F5285">
            <w:pPr>
              <w:spacing w:after="0" w:line="240" w:lineRule="auto"/>
            </w:pPr>
            <w:sdt>
              <w:sdtPr>
                <w:alias w:val="T934"/>
                <w:tag w:val="T934"/>
                <w:id w:val="100934"/>
                <w:text/>
              </w:sdtPr>
              <w:sdtEndPr/>
              <w:sdtContent>
                <w:r>
                  <w:rPr>
                    <w:rFonts w:eastAsia="Arial"/>
                    <w:color w:val="555555"/>
                  </w:rPr>
                  <w:t>Click or tap to type</w:t>
                </w:r>
              </w:sdtContent>
            </w:sdt>
          </w:p>
        </w:tc>
      </w:tr>
    </w:tbl>
    <w:p w14:paraId="4B8DA9C6" w14:textId="77777777" w:rsidR="001C7FD1" w:rsidRDefault="003F5285">
      <w:pPr>
        <w:pStyle w:val="Heading2"/>
      </w:pPr>
      <w:r>
        <w:t>20.1 Overall functional formulation</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300"/>
        <w:gridCol w:w="6340"/>
      </w:tblGrid>
      <w:tr w:rsidR="001C7FD1" w14:paraId="57A3D852" w14:textId="77777777">
        <w:trPr>
          <w:tblHeader/>
        </w:trPr>
        <w:tc>
          <w:tcPr>
            <w:tcW w:w="3300" w:type="dxa"/>
            <w:shd w:val="clear" w:color="auto" w:fill="4B1F26"/>
            <w:tcMar>
              <w:top w:w="90" w:type="dxa"/>
              <w:left w:w="120" w:type="dxa"/>
              <w:bottom w:w="90" w:type="dxa"/>
              <w:right w:w="120" w:type="dxa"/>
            </w:tcMar>
            <w:vAlign w:val="center"/>
          </w:tcPr>
          <w:p w14:paraId="14B6F8A2" w14:textId="77777777" w:rsidR="001C7FD1" w:rsidRDefault="003F5285">
            <w:pPr>
              <w:spacing w:after="0" w:line="240" w:lineRule="auto"/>
            </w:pPr>
            <w:r>
              <w:rPr>
                <w:rFonts w:eastAsia="Arial"/>
                <w:b/>
                <w:color w:val="FFFFFF"/>
              </w:rPr>
              <w:t>Question</w:t>
            </w:r>
          </w:p>
        </w:tc>
        <w:tc>
          <w:tcPr>
            <w:tcW w:w="6340" w:type="dxa"/>
            <w:shd w:val="clear" w:color="auto" w:fill="4B1F26"/>
            <w:tcMar>
              <w:top w:w="90" w:type="dxa"/>
              <w:left w:w="120" w:type="dxa"/>
              <w:bottom w:w="90" w:type="dxa"/>
              <w:right w:w="120" w:type="dxa"/>
            </w:tcMar>
            <w:vAlign w:val="center"/>
          </w:tcPr>
          <w:p w14:paraId="4A6D2150" w14:textId="77777777" w:rsidR="001C7FD1" w:rsidRDefault="003F5285">
            <w:pPr>
              <w:spacing w:after="0" w:line="240" w:lineRule="auto"/>
            </w:pPr>
            <w:r>
              <w:rPr>
                <w:rFonts w:eastAsia="Arial"/>
                <w:b/>
                <w:color w:val="FFFFFF"/>
              </w:rPr>
              <w:t>Your response</w:t>
            </w:r>
          </w:p>
        </w:tc>
      </w:tr>
      <w:tr w:rsidR="001C7FD1" w14:paraId="47E85313" w14:textId="77777777">
        <w:trPr>
          <w:cantSplit/>
        </w:trPr>
        <w:tc>
          <w:tcPr>
            <w:tcW w:w="3300" w:type="dxa"/>
            <w:shd w:val="clear" w:color="auto" w:fill="EEECE1"/>
          </w:tcPr>
          <w:p w14:paraId="43AEAEF6" w14:textId="77777777" w:rsidR="001C7FD1" w:rsidRDefault="003F5285">
            <w:pPr>
              <w:spacing w:after="0" w:line="240" w:lineRule="auto"/>
            </w:pPr>
            <w:r>
              <w:rPr>
                <w:rFonts w:eastAsia="Arial"/>
                <w:b/>
                <w:color w:val="4B1F26"/>
              </w:rPr>
              <w:t>Person's priority goals and desired outcomes</w:t>
            </w:r>
          </w:p>
        </w:tc>
        <w:tc>
          <w:tcPr>
            <w:tcW w:w="6340" w:type="dxa"/>
          </w:tcPr>
          <w:p w14:paraId="1F7ADFCC" w14:textId="77777777" w:rsidR="001C7FD1" w:rsidRDefault="003F5285">
            <w:pPr>
              <w:spacing w:after="0" w:line="240" w:lineRule="auto"/>
            </w:pPr>
            <w:sdt>
              <w:sdtPr>
                <w:alias w:val="T935"/>
                <w:tag w:val="T935"/>
                <w:id w:val="100935"/>
                <w:text/>
              </w:sdtPr>
              <w:sdtEndPr/>
              <w:sdtContent>
                <w:r>
                  <w:rPr>
                    <w:rFonts w:eastAsia="Arial"/>
                    <w:color w:val="555555"/>
                  </w:rPr>
                  <w:t>Click or tap to type</w:t>
                </w:r>
              </w:sdtContent>
            </w:sdt>
          </w:p>
        </w:tc>
      </w:tr>
      <w:tr w:rsidR="001C7FD1" w14:paraId="5FC9B2EA" w14:textId="77777777">
        <w:trPr>
          <w:cantSplit/>
        </w:trPr>
        <w:tc>
          <w:tcPr>
            <w:tcW w:w="3300" w:type="dxa"/>
            <w:shd w:val="clear" w:color="auto" w:fill="EEECE1"/>
          </w:tcPr>
          <w:p w14:paraId="36C7E20F" w14:textId="77777777" w:rsidR="001C7FD1" w:rsidRDefault="003F5285">
            <w:pPr>
              <w:spacing w:after="0" w:line="240" w:lineRule="auto"/>
            </w:pPr>
            <w:r>
              <w:rPr>
                <w:rFonts w:eastAsia="Arial"/>
                <w:b/>
                <w:color w:val="4B1F26"/>
              </w:rPr>
              <w:t>Functional strengths and protective factors</w:t>
            </w:r>
          </w:p>
        </w:tc>
        <w:tc>
          <w:tcPr>
            <w:tcW w:w="6340" w:type="dxa"/>
            <w:shd w:val="clear" w:color="auto" w:fill="F5F4EF"/>
          </w:tcPr>
          <w:p w14:paraId="2D383157" w14:textId="77777777" w:rsidR="001C7FD1" w:rsidRDefault="003F5285">
            <w:pPr>
              <w:spacing w:after="0" w:line="240" w:lineRule="auto"/>
            </w:pPr>
            <w:sdt>
              <w:sdtPr>
                <w:alias w:val="T936"/>
                <w:tag w:val="T936"/>
                <w:id w:val="100936"/>
                <w:text/>
              </w:sdtPr>
              <w:sdtEndPr/>
              <w:sdtContent>
                <w:r>
                  <w:rPr>
                    <w:rFonts w:eastAsia="Arial"/>
                    <w:color w:val="555555"/>
                  </w:rPr>
                  <w:t>Click or tap to type</w:t>
                </w:r>
              </w:sdtContent>
            </w:sdt>
          </w:p>
        </w:tc>
      </w:tr>
      <w:tr w:rsidR="001C7FD1" w14:paraId="79C31484" w14:textId="77777777">
        <w:trPr>
          <w:cantSplit/>
        </w:trPr>
        <w:tc>
          <w:tcPr>
            <w:tcW w:w="3300" w:type="dxa"/>
            <w:shd w:val="clear" w:color="auto" w:fill="EEECE1"/>
          </w:tcPr>
          <w:p w14:paraId="57E1B2D1" w14:textId="77777777" w:rsidR="001C7FD1" w:rsidRDefault="003F5285">
            <w:pPr>
              <w:spacing w:after="0" w:line="240" w:lineRule="auto"/>
            </w:pPr>
            <w:r>
              <w:rPr>
                <w:rFonts w:eastAsia="Arial"/>
                <w:b/>
                <w:color w:val="4B1F26"/>
              </w:rPr>
              <w:t>Primary functional limitations and how they interact</w:t>
            </w:r>
          </w:p>
        </w:tc>
        <w:tc>
          <w:tcPr>
            <w:tcW w:w="6340" w:type="dxa"/>
          </w:tcPr>
          <w:p w14:paraId="0895E6C7" w14:textId="77777777" w:rsidR="001C7FD1" w:rsidRDefault="003F5285">
            <w:pPr>
              <w:spacing w:after="0" w:line="240" w:lineRule="auto"/>
            </w:pPr>
            <w:sdt>
              <w:sdtPr>
                <w:alias w:val="T937"/>
                <w:tag w:val="T937"/>
                <w:id w:val="100937"/>
                <w:text/>
              </w:sdtPr>
              <w:sdtEndPr/>
              <w:sdtContent>
                <w:r>
                  <w:rPr>
                    <w:rFonts w:eastAsia="Arial"/>
                    <w:color w:val="555555"/>
                  </w:rPr>
                  <w:t>Click or tap to type</w:t>
                </w:r>
              </w:sdtContent>
            </w:sdt>
          </w:p>
        </w:tc>
      </w:tr>
      <w:tr w:rsidR="001C7FD1" w14:paraId="46C8A87A" w14:textId="77777777">
        <w:trPr>
          <w:cantSplit/>
        </w:trPr>
        <w:tc>
          <w:tcPr>
            <w:tcW w:w="3300" w:type="dxa"/>
            <w:shd w:val="clear" w:color="auto" w:fill="EEECE1"/>
          </w:tcPr>
          <w:p w14:paraId="4BF6FCF2" w14:textId="77777777" w:rsidR="001C7FD1" w:rsidRDefault="003F5285">
            <w:pPr>
              <w:spacing w:after="0" w:line="240" w:lineRule="auto"/>
            </w:pPr>
            <w:r>
              <w:rPr>
                <w:rFonts w:eastAsia="Arial"/>
                <w:b/>
                <w:color w:val="4B1F26"/>
              </w:rPr>
              <w:t>Variability across settings, people, health states and days</w:t>
            </w:r>
          </w:p>
        </w:tc>
        <w:tc>
          <w:tcPr>
            <w:tcW w:w="6340" w:type="dxa"/>
            <w:shd w:val="clear" w:color="auto" w:fill="F5F4EF"/>
          </w:tcPr>
          <w:p w14:paraId="5D52A674" w14:textId="77777777" w:rsidR="001C7FD1" w:rsidRDefault="003F5285">
            <w:pPr>
              <w:spacing w:after="0" w:line="240" w:lineRule="auto"/>
            </w:pPr>
            <w:sdt>
              <w:sdtPr>
                <w:alias w:val="T938"/>
                <w:tag w:val="T938"/>
                <w:id w:val="100938"/>
                <w:text/>
              </w:sdtPr>
              <w:sdtEndPr/>
              <w:sdtContent>
                <w:r>
                  <w:rPr>
                    <w:rFonts w:eastAsia="Arial"/>
                    <w:color w:val="555555"/>
                  </w:rPr>
                  <w:t>Click or tap to type</w:t>
                </w:r>
              </w:sdtContent>
            </w:sdt>
          </w:p>
        </w:tc>
      </w:tr>
      <w:tr w:rsidR="001C7FD1" w14:paraId="20188808" w14:textId="77777777">
        <w:trPr>
          <w:cantSplit/>
        </w:trPr>
        <w:tc>
          <w:tcPr>
            <w:tcW w:w="3300" w:type="dxa"/>
            <w:shd w:val="clear" w:color="auto" w:fill="EEECE1"/>
          </w:tcPr>
          <w:p w14:paraId="1AF41F39" w14:textId="77777777" w:rsidR="001C7FD1" w:rsidRDefault="003F5285">
            <w:pPr>
              <w:spacing w:after="0" w:line="240" w:lineRule="auto"/>
            </w:pPr>
            <w:r>
              <w:rPr>
                <w:rFonts w:eastAsia="Arial"/>
                <w:b/>
                <w:color w:val="4B1F26"/>
              </w:rPr>
              <w:lastRenderedPageBreak/>
              <w:t>Environmental and systemic barriers</w:t>
            </w:r>
          </w:p>
        </w:tc>
        <w:tc>
          <w:tcPr>
            <w:tcW w:w="6340" w:type="dxa"/>
          </w:tcPr>
          <w:p w14:paraId="225E8B73" w14:textId="77777777" w:rsidR="001C7FD1" w:rsidRDefault="003F5285">
            <w:pPr>
              <w:spacing w:after="0" w:line="240" w:lineRule="auto"/>
            </w:pPr>
            <w:sdt>
              <w:sdtPr>
                <w:alias w:val="T939"/>
                <w:tag w:val="T939"/>
                <w:id w:val="100939"/>
                <w:text/>
              </w:sdtPr>
              <w:sdtEndPr/>
              <w:sdtContent>
                <w:r>
                  <w:rPr>
                    <w:rFonts w:eastAsia="Arial"/>
                    <w:color w:val="555555"/>
                  </w:rPr>
                  <w:t>Click or tap to type</w:t>
                </w:r>
              </w:sdtContent>
            </w:sdt>
          </w:p>
        </w:tc>
      </w:tr>
      <w:tr w:rsidR="001C7FD1" w14:paraId="66E8F09F" w14:textId="77777777">
        <w:trPr>
          <w:cantSplit/>
        </w:trPr>
        <w:tc>
          <w:tcPr>
            <w:tcW w:w="3300" w:type="dxa"/>
            <w:shd w:val="clear" w:color="auto" w:fill="EEECE1"/>
          </w:tcPr>
          <w:p w14:paraId="682758CB" w14:textId="77777777" w:rsidR="001C7FD1" w:rsidRDefault="003F5285">
            <w:pPr>
              <w:spacing w:after="0" w:line="240" w:lineRule="auto"/>
            </w:pPr>
            <w:r>
              <w:rPr>
                <w:rFonts w:eastAsia="Arial"/>
                <w:b/>
                <w:color w:val="4B1F26"/>
              </w:rPr>
              <w:t>Unpaid and informal support currently sustaining function</w:t>
            </w:r>
          </w:p>
        </w:tc>
        <w:tc>
          <w:tcPr>
            <w:tcW w:w="6340" w:type="dxa"/>
            <w:shd w:val="clear" w:color="auto" w:fill="F5F4EF"/>
          </w:tcPr>
          <w:p w14:paraId="4886654C" w14:textId="77777777" w:rsidR="001C7FD1" w:rsidRDefault="003F5285">
            <w:pPr>
              <w:spacing w:after="0" w:line="240" w:lineRule="auto"/>
            </w:pPr>
            <w:sdt>
              <w:sdtPr>
                <w:alias w:val="T940"/>
                <w:tag w:val="T940"/>
                <w:id w:val="100940"/>
                <w:text/>
              </w:sdtPr>
              <w:sdtEndPr/>
              <w:sdtContent>
                <w:r>
                  <w:rPr>
                    <w:rFonts w:eastAsia="Arial"/>
                    <w:color w:val="555555"/>
                  </w:rPr>
                  <w:t>Click or tap to type</w:t>
                </w:r>
              </w:sdtContent>
            </w:sdt>
          </w:p>
        </w:tc>
      </w:tr>
      <w:tr w:rsidR="001C7FD1" w14:paraId="1F71D1BB" w14:textId="77777777">
        <w:trPr>
          <w:cantSplit/>
        </w:trPr>
        <w:tc>
          <w:tcPr>
            <w:tcW w:w="3300" w:type="dxa"/>
            <w:shd w:val="clear" w:color="auto" w:fill="EEECE1"/>
          </w:tcPr>
          <w:p w14:paraId="1163DFB4" w14:textId="77777777" w:rsidR="001C7FD1" w:rsidRDefault="003F5285">
            <w:pPr>
              <w:spacing w:after="0" w:line="240" w:lineRule="auto"/>
            </w:pPr>
            <w:r>
              <w:rPr>
                <w:rFonts w:eastAsia="Arial"/>
                <w:b/>
                <w:color w:val="4B1F26"/>
              </w:rPr>
              <w:t>Risks if current or proposed supports are not available</w:t>
            </w:r>
          </w:p>
        </w:tc>
        <w:tc>
          <w:tcPr>
            <w:tcW w:w="6340" w:type="dxa"/>
          </w:tcPr>
          <w:p w14:paraId="3F89AAFF" w14:textId="77777777" w:rsidR="001C7FD1" w:rsidRDefault="003F5285">
            <w:pPr>
              <w:spacing w:after="0" w:line="240" w:lineRule="auto"/>
            </w:pPr>
            <w:sdt>
              <w:sdtPr>
                <w:alias w:val="T941"/>
                <w:tag w:val="T941"/>
                <w:id w:val="100941"/>
                <w:text/>
              </w:sdtPr>
              <w:sdtEndPr/>
              <w:sdtContent>
                <w:r>
                  <w:rPr>
                    <w:rFonts w:eastAsia="Arial"/>
                    <w:color w:val="555555"/>
                  </w:rPr>
                  <w:t>Click or tap to type</w:t>
                </w:r>
              </w:sdtContent>
            </w:sdt>
          </w:p>
        </w:tc>
      </w:tr>
      <w:tr w:rsidR="001C7FD1" w14:paraId="71688607" w14:textId="77777777">
        <w:trPr>
          <w:cantSplit/>
        </w:trPr>
        <w:tc>
          <w:tcPr>
            <w:tcW w:w="3300" w:type="dxa"/>
            <w:shd w:val="clear" w:color="auto" w:fill="EEECE1"/>
          </w:tcPr>
          <w:p w14:paraId="6C87A548" w14:textId="77777777" w:rsidR="001C7FD1" w:rsidRDefault="003F5285">
            <w:pPr>
              <w:spacing w:after="0" w:line="240" w:lineRule="auto"/>
            </w:pPr>
            <w:r>
              <w:rPr>
                <w:rFonts w:eastAsia="Arial"/>
                <w:b/>
                <w:color w:val="4B1F26"/>
              </w:rPr>
              <w:t>Current supports that are effective and should continue</w:t>
            </w:r>
          </w:p>
        </w:tc>
        <w:tc>
          <w:tcPr>
            <w:tcW w:w="6340" w:type="dxa"/>
            <w:shd w:val="clear" w:color="auto" w:fill="F5F4EF"/>
          </w:tcPr>
          <w:p w14:paraId="2ADCBDC2" w14:textId="77777777" w:rsidR="001C7FD1" w:rsidRDefault="003F5285">
            <w:pPr>
              <w:spacing w:after="0" w:line="240" w:lineRule="auto"/>
            </w:pPr>
            <w:sdt>
              <w:sdtPr>
                <w:alias w:val="T942"/>
                <w:tag w:val="T942"/>
                <w:id w:val="100942"/>
                <w:text/>
              </w:sdtPr>
              <w:sdtEndPr/>
              <w:sdtContent>
                <w:r>
                  <w:rPr>
                    <w:rFonts w:eastAsia="Arial"/>
                    <w:color w:val="555555"/>
                  </w:rPr>
                  <w:t>Click or tap to type</w:t>
                </w:r>
              </w:sdtContent>
            </w:sdt>
          </w:p>
        </w:tc>
      </w:tr>
      <w:tr w:rsidR="001C7FD1" w14:paraId="7ED8448E" w14:textId="77777777">
        <w:trPr>
          <w:cantSplit/>
        </w:trPr>
        <w:tc>
          <w:tcPr>
            <w:tcW w:w="3300" w:type="dxa"/>
            <w:shd w:val="clear" w:color="auto" w:fill="EEECE1"/>
          </w:tcPr>
          <w:p w14:paraId="51EAB07B" w14:textId="77777777" w:rsidR="001C7FD1" w:rsidRDefault="003F5285">
            <w:pPr>
              <w:spacing w:after="0" w:line="240" w:lineRule="auto"/>
            </w:pPr>
            <w:r>
              <w:rPr>
                <w:rFonts w:eastAsia="Arial"/>
                <w:b/>
                <w:color w:val="4B1F26"/>
              </w:rPr>
              <w:t>Support gaps requiring urgent action</w:t>
            </w:r>
          </w:p>
        </w:tc>
        <w:tc>
          <w:tcPr>
            <w:tcW w:w="6340" w:type="dxa"/>
          </w:tcPr>
          <w:p w14:paraId="338134ED" w14:textId="77777777" w:rsidR="001C7FD1" w:rsidRDefault="003F5285">
            <w:pPr>
              <w:spacing w:after="0" w:line="240" w:lineRule="auto"/>
            </w:pPr>
            <w:sdt>
              <w:sdtPr>
                <w:alias w:val="T943"/>
                <w:tag w:val="T943"/>
                <w:id w:val="100943"/>
                <w:text/>
              </w:sdtPr>
              <w:sdtEndPr/>
              <w:sdtContent>
                <w:r>
                  <w:rPr>
                    <w:rFonts w:eastAsia="Arial"/>
                    <w:color w:val="555555"/>
                  </w:rPr>
                  <w:t>Click or tap to type</w:t>
                </w:r>
              </w:sdtContent>
            </w:sdt>
          </w:p>
        </w:tc>
      </w:tr>
      <w:tr w:rsidR="001C7FD1" w14:paraId="502BDC41" w14:textId="77777777">
        <w:trPr>
          <w:cantSplit/>
        </w:trPr>
        <w:tc>
          <w:tcPr>
            <w:tcW w:w="3300" w:type="dxa"/>
            <w:shd w:val="clear" w:color="auto" w:fill="EEECE1"/>
          </w:tcPr>
          <w:p w14:paraId="49CB0155" w14:textId="77777777" w:rsidR="001C7FD1" w:rsidRDefault="003F5285">
            <w:pPr>
              <w:spacing w:after="0" w:line="240" w:lineRule="auto"/>
            </w:pPr>
            <w:r>
              <w:rPr>
                <w:rFonts w:eastAsia="Arial"/>
                <w:b/>
                <w:color w:val="4B1F26"/>
              </w:rPr>
              <w:t>Further direct observation or task analysis required</w:t>
            </w:r>
          </w:p>
        </w:tc>
        <w:tc>
          <w:tcPr>
            <w:tcW w:w="6340" w:type="dxa"/>
            <w:shd w:val="clear" w:color="auto" w:fill="F5F4EF"/>
          </w:tcPr>
          <w:p w14:paraId="0BFEFC90" w14:textId="77777777" w:rsidR="001C7FD1" w:rsidRDefault="003F5285">
            <w:pPr>
              <w:spacing w:after="0" w:line="240" w:lineRule="auto"/>
            </w:pPr>
            <w:sdt>
              <w:sdtPr>
                <w:alias w:val="T944"/>
                <w:tag w:val="T944"/>
                <w:id w:val="100944"/>
                <w:text/>
              </w:sdtPr>
              <w:sdtEndPr/>
              <w:sdtContent>
                <w:r>
                  <w:rPr>
                    <w:rFonts w:eastAsia="Arial"/>
                    <w:color w:val="555555"/>
                  </w:rPr>
                  <w:t>Click or tap to type</w:t>
                </w:r>
              </w:sdtContent>
            </w:sdt>
          </w:p>
        </w:tc>
      </w:tr>
      <w:tr w:rsidR="001C7FD1" w14:paraId="20AB9576" w14:textId="77777777">
        <w:trPr>
          <w:cantSplit/>
        </w:trPr>
        <w:tc>
          <w:tcPr>
            <w:tcW w:w="3300" w:type="dxa"/>
            <w:shd w:val="clear" w:color="auto" w:fill="EEECE1"/>
          </w:tcPr>
          <w:p w14:paraId="3DAD8F71" w14:textId="77777777" w:rsidR="001C7FD1" w:rsidRDefault="003F5285">
            <w:pPr>
              <w:spacing w:after="0" w:line="240" w:lineRule="auto"/>
            </w:pPr>
            <w:r>
              <w:rPr>
                <w:rFonts w:eastAsia="Arial"/>
                <w:b/>
                <w:color w:val="4B1F26"/>
              </w:rPr>
              <w:t>Further standardised or discipline-specific assessment required</w:t>
            </w:r>
          </w:p>
        </w:tc>
        <w:tc>
          <w:tcPr>
            <w:tcW w:w="6340" w:type="dxa"/>
          </w:tcPr>
          <w:p w14:paraId="4664B61F" w14:textId="77777777" w:rsidR="001C7FD1" w:rsidRDefault="003F5285">
            <w:pPr>
              <w:spacing w:after="0" w:line="240" w:lineRule="auto"/>
            </w:pPr>
            <w:sdt>
              <w:sdtPr>
                <w:alias w:val="T945"/>
                <w:tag w:val="T945"/>
                <w:id w:val="100945"/>
                <w:text/>
              </w:sdtPr>
              <w:sdtEndPr/>
              <w:sdtContent>
                <w:r>
                  <w:rPr>
                    <w:rFonts w:eastAsia="Arial"/>
                    <w:color w:val="555555"/>
                  </w:rPr>
                  <w:t>Click or tap to type</w:t>
                </w:r>
              </w:sdtContent>
            </w:sdt>
          </w:p>
        </w:tc>
      </w:tr>
      <w:tr w:rsidR="001C7FD1" w14:paraId="7049A880" w14:textId="77777777">
        <w:trPr>
          <w:cantSplit/>
        </w:trPr>
        <w:tc>
          <w:tcPr>
            <w:tcW w:w="3300" w:type="dxa"/>
            <w:shd w:val="clear" w:color="auto" w:fill="EEECE1"/>
          </w:tcPr>
          <w:p w14:paraId="71918D4E" w14:textId="77777777" w:rsidR="001C7FD1" w:rsidRDefault="003F5285">
            <w:pPr>
              <w:spacing w:after="0" w:line="240" w:lineRule="auto"/>
            </w:pPr>
            <w:r>
              <w:rPr>
                <w:rFonts w:eastAsia="Arial"/>
                <w:b/>
                <w:color w:val="4B1F26"/>
              </w:rPr>
              <w:t>Consultation required with family, school, workplace, providers or health professionals</w:t>
            </w:r>
          </w:p>
        </w:tc>
        <w:tc>
          <w:tcPr>
            <w:tcW w:w="6340" w:type="dxa"/>
            <w:shd w:val="clear" w:color="auto" w:fill="F5F4EF"/>
          </w:tcPr>
          <w:p w14:paraId="77E6E770" w14:textId="77777777" w:rsidR="001C7FD1" w:rsidRDefault="003F5285">
            <w:pPr>
              <w:spacing w:after="0" w:line="240" w:lineRule="auto"/>
            </w:pPr>
            <w:sdt>
              <w:sdtPr>
                <w:alias w:val="T946"/>
                <w:tag w:val="T946"/>
                <w:id w:val="100946"/>
                <w:text/>
              </w:sdtPr>
              <w:sdtEndPr/>
              <w:sdtContent>
                <w:r>
                  <w:rPr>
                    <w:rFonts w:eastAsia="Arial"/>
                    <w:color w:val="555555"/>
                  </w:rPr>
                  <w:t>Click or tap to type</w:t>
                </w:r>
              </w:sdtContent>
            </w:sdt>
          </w:p>
        </w:tc>
      </w:tr>
      <w:tr w:rsidR="001C7FD1" w14:paraId="0A0D89FF" w14:textId="77777777">
        <w:trPr>
          <w:cantSplit/>
        </w:trPr>
        <w:tc>
          <w:tcPr>
            <w:tcW w:w="3300" w:type="dxa"/>
            <w:shd w:val="clear" w:color="auto" w:fill="EEECE1"/>
          </w:tcPr>
          <w:p w14:paraId="54D2173B" w14:textId="77777777" w:rsidR="001C7FD1" w:rsidRDefault="003F5285">
            <w:pPr>
              <w:spacing w:after="0" w:line="240" w:lineRule="auto"/>
            </w:pPr>
            <w:r>
              <w:rPr>
                <w:rFonts w:eastAsia="Arial"/>
                <w:b/>
                <w:color w:val="4B1F26"/>
              </w:rPr>
              <w:t>Provisional recommendations to explore with the person</w:t>
            </w:r>
          </w:p>
        </w:tc>
        <w:tc>
          <w:tcPr>
            <w:tcW w:w="6340" w:type="dxa"/>
          </w:tcPr>
          <w:p w14:paraId="1AD21F75" w14:textId="77777777" w:rsidR="001C7FD1" w:rsidRDefault="003F5285">
            <w:pPr>
              <w:spacing w:after="0" w:line="240" w:lineRule="auto"/>
            </w:pPr>
            <w:sdt>
              <w:sdtPr>
                <w:alias w:val="T947"/>
                <w:tag w:val="T947"/>
                <w:id w:val="100947"/>
                <w:text/>
              </w:sdtPr>
              <w:sdtEndPr/>
              <w:sdtContent>
                <w:r>
                  <w:rPr>
                    <w:rFonts w:eastAsia="Arial"/>
                    <w:color w:val="555555"/>
                  </w:rPr>
                  <w:t>Click or tap to type</w:t>
                </w:r>
              </w:sdtContent>
            </w:sdt>
          </w:p>
        </w:tc>
      </w:tr>
      <w:tr w:rsidR="001C7FD1" w14:paraId="6557DC4F" w14:textId="77777777">
        <w:trPr>
          <w:cantSplit/>
        </w:trPr>
        <w:tc>
          <w:tcPr>
            <w:tcW w:w="3300" w:type="dxa"/>
            <w:shd w:val="clear" w:color="auto" w:fill="EEECE1"/>
          </w:tcPr>
          <w:p w14:paraId="4473C1D8" w14:textId="77777777" w:rsidR="001C7FD1" w:rsidRDefault="003F5285">
            <w:pPr>
              <w:spacing w:after="0" w:line="240" w:lineRule="auto"/>
            </w:pPr>
            <w:r>
              <w:rPr>
                <w:rFonts w:eastAsia="Arial"/>
                <w:b/>
                <w:color w:val="4B1F26"/>
              </w:rPr>
              <w:t>Limitations of the available information</w:t>
            </w:r>
          </w:p>
        </w:tc>
        <w:tc>
          <w:tcPr>
            <w:tcW w:w="6340" w:type="dxa"/>
            <w:shd w:val="clear" w:color="auto" w:fill="F5F4EF"/>
          </w:tcPr>
          <w:p w14:paraId="27E05CE1" w14:textId="77777777" w:rsidR="001C7FD1" w:rsidRDefault="003F5285">
            <w:pPr>
              <w:spacing w:after="0" w:line="240" w:lineRule="auto"/>
            </w:pPr>
            <w:sdt>
              <w:sdtPr>
                <w:alias w:val="T948"/>
                <w:tag w:val="T948"/>
                <w:id w:val="100948"/>
                <w:text/>
              </w:sdtPr>
              <w:sdtEndPr/>
              <w:sdtContent>
                <w:r>
                  <w:rPr>
                    <w:rFonts w:eastAsia="Arial"/>
                    <w:color w:val="555555"/>
                  </w:rPr>
                  <w:t>Click or tap to type</w:t>
                </w:r>
              </w:sdtContent>
            </w:sdt>
          </w:p>
        </w:tc>
      </w:tr>
    </w:tbl>
    <w:p w14:paraId="76ABA1DB" w14:textId="77777777" w:rsidR="001C7FD1" w:rsidRDefault="003F5285">
      <w:pPr>
        <w:pStyle w:val="Heading2"/>
      </w:pPr>
      <w:r>
        <w:t>20.2 Practitioner sign-off</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100"/>
        <w:gridCol w:w="6540"/>
      </w:tblGrid>
      <w:tr w:rsidR="001C7FD1" w14:paraId="21BE3891" w14:textId="77777777">
        <w:trPr>
          <w:cantSplit/>
          <w:tblHeader/>
        </w:trPr>
        <w:tc>
          <w:tcPr>
            <w:tcW w:w="3100" w:type="dxa"/>
            <w:shd w:val="clear" w:color="auto" w:fill="4B1F26"/>
            <w:tcMar>
              <w:top w:w="90" w:type="dxa"/>
              <w:left w:w="120" w:type="dxa"/>
              <w:bottom w:w="90" w:type="dxa"/>
              <w:right w:w="120" w:type="dxa"/>
            </w:tcMar>
            <w:vAlign w:val="center"/>
          </w:tcPr>
          <w:p w14:paraId="316D42A0" w14:textId="77777777" w:rsidR="001C7FD1" w:rsidRDefault="003F5285">
            <w:pPr>
              <w:spacing w:after="0" w:line="240" w:lineRule="auto"/>
            </w:pPr>
            <w:r>
              <w:rPr>
                <w:rFonts w:eastAsia="Arial"/>
                <w:b/>
                <w:color w:val="FFFFFF"/>
              </w:rPr>
              <w:t>Information</w:t>
            </w:r>
          </w:p>
        </w:tc>
        <w:tc>
          <w:tcPr>
            <w:tcW w:w="6540" w:type="dxa"/>
            <w:shd w:val="clear" w:color="auto" w:fill="4B1F26"/>
            <w:tcMar>
              <w:top w:w="90" w:type="dxa"/>
              <w:left w:w="120" w:type="dxa"/>
              <w:bottom w:w="90" w:type="dxa"/>
              <w:right w:w="120" w:type="dxa"/>
            </w:tcMar>
            <w:vAlign w:val="center"/>
          </w:tcPr>
          <w:p w14:paraId="47A1B58A" w14:textId="77777777" w:rsidR="001C7FD1" w:rsidRDefault="003F5285">
            <w:pPr>
              <w:spacing w:after="0" w:line="240" w:lineRule="auto"/>
            </w:pPr>
            <w:r>
              <w:rPr>
                <w:rFonts w:eastAsia="Arial"/>
                <w:b/>
                <w:color w:val="FFFFFF"/>
              </w:rPr>
              <w:t>Response</w:t>
            </w:r>
          </w:p>
        </w:tc>
      </w:tr>
      <w:tr w:rsidR="001C7FD1" w14:paraId="26D9940F" w14:textId="77777777">
        <w:trPr>
          <w:cantSplit/>
        </w:trPr>
        <w:tc>
          <w:tcPr>
            <w:tcW w:w="3100" w:type="dxa"/>
            <w:shd w:val="clear" w:color="auto" w:fill="EEECE1"/>
          </w:tcPr>
          <w:p w14:paraId="198CC674" w14:textId="77777777" w:rsidR="001C7FD1" w:rsidRDefault="003F5285">
            <w:pPr>
              <w:spacing w:after="0" w:line="240" w:lineRule="auto"/>
            </w:pPr>
            <w:r>
              <w:rPr>
                <w:rFonts w:eastAsia="Arial"/>
                <w:b/>
                <w:color w:val="4B1F26"/>
              </w:rPr>
              <w:t>Practitioner name</w:t>
            </w:r>
          </w:p>
        </w:tc>
        <w:tc>
          <w:tcPr>
            <w:tcW w:w="6540" w:type="dxa"/>
          </w:tcPr>
          <w:p w14:paraId="48A61753" w14:textId="77777777" w:rsidR="001C7FD1" w:rsidRDefault="003F5285">
            <w:pPr>
              <w:spacing w:after="0" w:line="240" w:lineRule="auto"/>
            </w:pPr>
            <w:sdt>
              <w:sdtPr>
                <w:alias w:val="T949"/>
                <w:tag w:val="T949"/>
                <w:id w:val="100949"/>
                <w:text/>
              </w:sdtPr>
              <w:sdtEndPr/>
              <w:sdtContent>
                <w:r>
                  <w:rPr>
                    <w:rFonts w:eastAsia="Arial"/>
                    <w:color w:val="555555"/>
                  </w:rPr>
                  <w:t>Click or tap to type</w:t>
                </w:r>
              </w:sdtContent>
            </w:sdt>
          </w:p>
        </w:tc>
      </w:tr>
      <w:tr w:rsidR="001C7FD1" w14:paraId="1D4F16BD" w14:textId="77777777">
        <w:trPr>
          <w:cantSplit/>
        </w:trPr>
        <w:tc>
          <w:tcPr>
            <w:tcW w:w="3100" w:type="dxa"/>
            <w:shd w:val="clear" w:color="auto" w:fill="EEECE1"/>
          </w:tcPr>
          <w:p w14:paraId="0411D32D" w14:textId="77777777" w:rsidR="001C7FD1" w:rsidRDefault="003F5285">
            <w:pPr>
              <w:spacing w:after="0" w:line="240" w:lineRule="auto"/>
            </w:pPr>
            <w:r>
              <w:rPr>
                <w:rFonts w:eastAsia="Arial"/>
                <w:b/>
                <w:color w:val="4B1F26"/>
              </w:rPr>
              <w:t>Role, qualifications and registration (where applicable)</w:t>
            </w:r>
          </w:p>
        </w:tc>
        <w:tc>
          <w:tcPr>
            <w:tcW w:w="6540" w:type="dxa"/>
            <w:shd w:val="clear" w:color="auto" w:fill="F5F4EF"/>
          </w:tcPr>
          <w:p w14:paraId="3ADF2304" w14:textId="77777777" w:rsidR="001C7FD1" w:rsidRDefault="003F5285">
            <w:pPr>
              <w:spacing w:after="0" w:line="240" w:lineRule="auto"/>
            </w:pPr>
            <w:sdt>
              <w:sdtPr>
                <w:alias w:val="T950"/>
                <w:tag w:val="T950"/>
                <w:id w:val="100950"/>
                <w:text/>
              </w:sdtPr>
              <w:sdtEndPr/>
              <w:sdtContent>
                <w:r>
                  <w:rPr>
                    <w:rFonts w:eastAsia="Arial"/>
                    <w:color w:val="555555"/>
                  </w:rPr>
                  <w:t>Click or tap to type</w:t>
                </w:r>
              </w:sdtContent>
            </w:sdt>
          </w:p>
        </w:tc>
      </w:tr>
      <w:tr w:rsidR="001C7FD1" w14:paraId="44C6E225" w14:textId="77777777">
        <w:trPr>
          <w:cantSplit/>
        </w:trPr>
        <w:tc>
          <w:tcPr>
            <w:tcW w:w="3100" w:type="dxa"/>
            <w:shd w:val="clear" w:color="auto" w:fill="EEECE1"/>
          </w:tcPr>
          <w:p w14:paraId="7E2812AB" w14:textId="77777777" w:rsidR="001C7FD1" w:rsidRDefault="003F5285">
            <w:pPr>
              <w:spacing w:after="0" w:line="240" w:lineRule="auto"/>
            </w:pPr>
            <w:r>
              <w:rPr>
                <w:rFonts w:eastAsia="Arial"/>
                <w:b/>
                <w:color w:val="4B1F26"/>
              </w:rPr>
              <w:t>Assessment activities completed</w:t>
            </w:r>
          </w:p>
        </w:tc>
        <w:tc>
          <w:tcPr>
            <w:tcW w:w="6540" w:type="dxa"/>
          </w:tcPr>
          <w:p w14:paraId="62612B4C" w14:textId="77777777" w:rsidR="001C7FD1" w:rsidRDefault="003F5285">
            <w:pPr>
              <w:spacing w:after="0" w:line="240" w:lineRule="auto"/>
            </w:pPr>
            <w:sdt>
              <w:sdtPr>
                <w:alias w:val="T951"/>
                <w:tag w:val="T951"/>
                <w:id w:val="100951"/>
                <w:text/>
              </w:sdtPr>
              <w:sdtEndPr/>
              <w:sdtContent>
                <w:r>
                  <w:rPr>
                    <w:rFonts w:eastAsia="Arial"/>
                    <w:color w:val="555555"/>
                  </w:rPr>
                  <w:t>Click or tap to type</w:t>
                </w:r>
              </w:sdtContent>
            </w:sdt>
          </w:p>
        </w:tc>
      </w:tr>
      <w:tr w:rsidR="001C7FD1" w14:paraId="1BBA3142" w14:textId="77777777">
        <w:trPr>
          <w:cantSplit/>
        </w:trPr>
        <w:tc>
          <w:tcPr>
            <w:tcW w:w="3100" w:type="dxa"/>
            <w:shd w:val="clear" w:color="auto" w:fill="EEECE1"/>
          </w:tcPr>
          <w:p w14:paraId="1CDE6F9F" w14:textId="77777777" w:rsidR="001C7FD1" w:rsidRDefault="003F5285">
            <w:pPr>
              <w:spacing w:after="0" w:line="240" w:lineRule="auto"/>
            </w:pPr>
            <w:r>
              <w:rPr>
                <w:rFonts w:eastAsia="Arial"/>
                <w:b/>
                <w:color w:val="4B1F26"/>
              </w:rPr>
              <w:t>Dates of interviews / observations</w:t>
            </w:r>
          </w:p>
        </w:tc>
        <w:tc>
          <w:tcPr>
            <w:tcW w:w="6540" w:type="dxa"/>
            <w:shd w:val="clear" w:color="auto" w:fill="F5F4EF"/>
          </w:tcPr>
          <w:p w14:paraId="1C6CF9DC" w14:textId="77777777" w:rsidR="001C7FD1" w:rsidRDefault="003F5285">
            <w:pPr>
              <w:spacing w:after="0" w:line="240" w:lineRule="auto"/>
            </w:pPr>
            <w:sdt>
              <w:sdtPr>
                <w:alias w:val="T952"/>
                <w:tag w:val="T952"/>
                <w:id w:val="100952"/>
                <w:text/>
              </w:sdtPr>
              <w:sdtEndPr/>
              <w:sdtContent>
                <w:r>
                  <w:rPr>
                    <w:rFonts w:eastAsia="Arial"/>
                    <w:color w:val="555555"/>
                  </w:rPr>
                  <w:t>Click or tap to type</w:t>
                </w:r>
              </w:sdtContent>
            </w:sdt>
          </w:p>
        </w:tc>
      </w:tr>
      <w:tr w:rsidR="001C7FD1" w14:paraId="2C440B37" w14:textId="77777777">
        <w:trPr>
          <w:cantSplit/>
        </w:trPr>
        <w:tc>
          <w:tcPr>
            <w:tcW w:w="3100" w:type="dxa"/>
            <w:shd w:val="clear" w:color="auto" w:fill="EEECE1"/>
          </w:tcPr>
          <w:p w14:paraId="51007DA1" w14:textId="77777777" w:rsidR="001C7FD1" w:rsidRDefault="003F5285">
            <w:pPr>
              <w:spacing w:after="0" w:line="240" w:lineRule="auto"/>
            </w:pPr>
            <w:r>
              <w:rPr>
                <w:rFonts w:eastAsia="Arial"/>
                <w:b/>
                <w:color w:val="4B1F26"/>
              </w:rPr>
              <w:t>Information sources relied upon</w:t>
            </w:r>
          </w:p>
        </w:tc>
        <w:tc>
          <w:tcPr>
            <w:tcW w:w="6540" w:type="dxa"/>
          </w:tcPr>
          <w:p w14:paraId="1AE05C5D" w14:textId="77777777" w:rsidR="001C7FD1" w:rsidRDefault="003F5285">
            <w:pPr>
              <w:spacing w:after="0" w:line="240" w:lineRule="auto"/>
            </w:pPr>
            <w:sdt>
              <w:sdtPr>
                <w:alias w:val="T953"/>
                <w:tag w:val="T953"/>
                <w:id w:val="100953"/>
                <w:text/>
              </w:sdtPr>
              <w:sdtEndPr/>
              <w:sdtContent>
                <w:r>
                  <w:rPr>
                    <w:rFonts w:eastAsia="Arial"/>
                    <w:color w:val="555555"/>
                  </w:rPr>
                  <w:t>Click or tap to type</w:t>
                </w:r>
              </w:sdtContent>
            </w:sdt>
          </w:p>
        </w:tc>
      </w:tr>
      <w:tr w:rsidR="001C7FD1" w14:paraId="658DF4F5" w14:textId="77777777">
        <w:trPr>
          <w:cantSplit/>
        </w:trPr>
        <w:tc>
          <w:tcPr>
            <w:tcW w:w="3100" w:type="dxa"/>
            <w:shd w:val="clear" w:color="auto" w:fill="EEECE1"/>
          </w:tcPr>
          <w:p w14:paraId="496F15FF" w14:textId="77777777" w:rsidR="001C7FD1" w:rsidRDefault="003F5285">
            <w:pPr>
              <w:spacing w:after="0" w:line="240" w:lineRule="auto"/>
            </w:pPr>
            <w:r>
              <w:rPr>
                <w:rFonts w:eastAsia="Arial"/>
                <w:b/>
                <w:color w:val="4B1F26"/>
              </w:rPr>
              <w:t>Conflicts, missing information or limitations</w:t>
            </w:r>
          </w:p>
        </w:tc>
        <w:tc>
          <w:tcPr>
            <w:tcW w:w="6540" w:type="dxa"/>
            <w:shd w:val="clear" w:color="auto" w:fill="F5F4EF"/>
          </w:tcPr>
          <w:p w14:paraId="45ABA962" w14:textId="77777777" w:rsidR="001C7FD1" w:rsidRDefault="003F5285">
            <w:pPr>
              <w:spacing w:after="0" w:line="240" w:lineRule="auto"/>
            </w:pPr>
            <w:sdt>
              <w:sdtPr>
                <w:alias w:val="T954"/>
                <w:tag w:val="T954"/>
                <w:id w:val="100954"/>
                <w:text/>
              </w:sdtPr>
              <w:sdtEndPr/>
              <w:sdtContent>
                <w:r>
                  <w:rPr>
                    <w:rFonts w:eastAsia="Arial"/>
                    <w:color w:val="555555"/>
                  </w:rPr>
                  <w:t>Click or tap to type</w:t>
                </w:r>
              </w:sdtContent>
            </w:sdt>
          </w:p>
        </w:tc>
      </w:tr>
      <w:tr w:rsidR="001C7FD1" w14:paraId="264D6D73" w14:textId="77777777">
        <w:trPr>
          <w:cantSplit/>
        </w:trPr>
        <w:tc>
          <w:tcPr>
            <w:tcW w:w="3100" w:type="dxa"/>
            <w:shd w:val="clear" w:color="auto" w:fill="EEECE1"/>
          </w:tcPr>
          <w:p w14:paraId="11FB4B79" w14:textId="77777777" w:rsidR="001C7FD1" w:rsidRDefault="003F5285">
            <w:pPr>
              <w:spacing w:after="0" w:line="240" w:lineRule="auto"/>
            </w:pPr>
            <w:r>
              <w:rPr>
                <w:rFonts w:eastAsia="Arial"/>
                <w:b/>
                <w:color w:val="4B1F26"/>
              </w:rPr>
              <w:t>Immediate actions completed</w:t>
            </w:r>
          </w:p>
        </w:tc>
        <w:tc>
          <w:tcPr>
            <w:tcW w:w="6540" w:type="dxa"/>
          </w:tcPr>
          <w:p w14:paraId="708B2D15" w14:textId="77777777" w:rsidR="001C7FD1" w:rsidRDefault="003F5285">
            <w:pPr>
              <w:spacing w:after="0" w:line="240" w:lineRule="auto"/>
            </w:pPr>
            <w:sdt>
              <w:sdtPr>
                <w:alias w:val="T955"/>
                <w:tag w:val="T955"/>
                <w:id w:val="100955"/>
                <w:text/>
              </w:sdtPr>
              <w:sdtEndPr/>
              <w:sdtContent>
                <w:r>
                  <w:rPr>
                    <w:rFonts w:eastAsia="Arial"/>
                    <w:color w:val="555555"/>
                  </w:rPr>
                  <w:t>Click or tap to type</w:t>
                </w:r>
              </w:sdtContent>
            </w:sdt>
          </w:p>
        </w:tc>
      </w:tr>
      <w:tr w:rsidR="001C7FD1" w14:paraId="1773D89D" w14:textId="77777777">
        <w:trPr>
          <w:cantSplit/>
        </w:trPr>
        <w:tc>
          <w:tcPr>
            <w:tcW w:w="3100" w:type="dxa"/>
            <w:shd w:val="clear" w:color="auto" w:fill="EEECE1"/>
          </w:tcPr>
          <w:p w14:paraId="036CA122" w14:textId="77777777" w:rsidR="001C7FD1" w:rsidRDefault="003F5285">
            <w:pPr>
              <w:spacing w:after="0" w:line="240" w:lineRule="auto"/>
            </w:pPr>
            <w:r>
              <w:rPr>
                <w:rFonts w:eastAsia="Arial"/>
                <w:b/>
                <w:color w:val="4B1F26"/>
              </w:rPr>
              <w:t>Next appointment / next step</w:t>
            </w:r>
          </w:p>
        </w:tc>
        <w:tc>
          <w:tcPr>
            <w:tcW w:w="6540" w:type="dxa"/>
            <w:shd w:val="clear" w:color="auto" w:fill="F5F4EF"/>
          </w:tcPr>
          <w:p w14:paraId="796E4C59" w14:textId="77777777" w:rsidR="001C7FD1" w:rsidRDefault="003F5285">
            <w:pPr>
              <w:spacing w:after="0" w:line="240" w:lineRule="auto"/>
            </w:pPr>
            <w:sdt>
              <w:sdtPr>
                <w:alias w:val="T956"/>
                <w:tag w:val="T956"/>
                <w:id w:val="100956"/>
                <w:text/>
              </w:sdtPr>
              <w:sdtEndPr/>
              <w:sdtContent>
                <w:r>
                  <w:rPr>
                    <w:rFonts w:eastAsia="Arial"/>
                    <w:color w:val="555555"/>
                  </w:rPr>
                  <w:t>Click or tap to type</w:t>
                </w:r>
              </w:sdtContent>
            </w:sdt>
          </w:p>
        </w:tc>
      </w:tr>
      <w:tr w:rsidR="001C7FD1" w14:paraId="2CF90403" w14:textId="77777777">
        <w:trPr>
          <w:cantSplit/>
        </w:trPr>
        <w:tc>
          <w:tcPr>
            <w:tcW w:w="3100" w:type="dxa"/>
            <w:shd w:val="clear" w:color="auto" w:fill="EEECE1"/>
          </w:tcPr>
          <w:p w14:paraId="5249B043" w14:textId="77777777" w:rsidR="001C7FD1" w:rsidRDefault="003F5285">
            <w:pPr>
              <w:spacing w:after="0" w:line="240" w:lineRule="auto"/>
            </w:pPr>
            <w:r>
              <w:rPr>
                <w:rFonts w:eastAsia="Arial"/>
                <w:b/>
                <w:color w:val="4B1F26"/>
              </w:rPr>
              <w:lastRenderedPageBreak/>
              <w:t>Date</w:t>
            </w:r>
          </w:p>
        </w:tc>
        <w:tc>
          <w:tcPr>
            <w:tcW w:w="6540" w:type="dxa"/>
          </w:tcPr>
          <w:p w14:paraId="6FFBE124" w14:textId="77777777" w:rsidR="001C7FD1" w:rsidRDefault="003F5285">
            <w:pPr>
              <w:spacing w:after="0" w:line="240" w:lineRule="auto"/>
            </w:pPr>
            <w:sdt>
              <w:sdtPr>
                <w:alias w:val="D957"/>
                <w:tag w:val="D957"/>
                <w:id w:val="100957"/>
                <w:text/>
              </w:sdtPr>
              <w:sdtEndPr/>
              <w:sdtContent>
                <w:r>
                  <w:rPr>
                    <w:rFonts w:eastAsia="Arial"/>
                    <w:color w:val="555555"/>
                  </w:rPr>
                  <w:t>DD/MM/YYYY</w:t>
                </w:r>
              </w:sdtContent>
            </w:sdt>
          </w:p>
        </w:tc>
      </w:tr>
    </w:tbl>
    <w:p w14:paraId="681BAA26" w14:textId="77777777" w:rsidR="001C7FD1" w:rsidRDefault="003F5285">
      <w:pPr>
        <w:pStyle w:val="Heading1"/>
      </w:pPr>
      <w:r>
        <w:t>Contact Wara Yindi</w:t>
      </w:r>
    </w:p>
    <w:p w14:paraId="085B6374" w14:textId="77777777" w:rsidR="001C7FD1" w:rsidRDefault="003F5285">
      <w:pPr>
        <w:spacing w:after="160" w:line="269" w:lineRule="auto"/>
      </w:pPr>
      <w:r>
        <w:rPr>
          <w:rFonts w:eastAsia="Arial"/>
        </w:rPr>
        <w:t>For questions about completing or returning this intake, contact Wara Yindi Support Services.</w:t>
      </w:r>
    </w:p>
    <w:tbl>
      <w:tblPr>
        <w:tblW w:w="9640" w:type="dxa"/>
        <w:tblInd w:w="120" w:type="dxa"/>
        <w:tblBorders>
          <w:top w:val="single" w:sz="6" w:space="0" w:color="B9B39D"/>
          <w:left w:val="single" w:sz="6" w:space="0" w:color="B9B39D"/>
          <w:bottom w:val="single" w:sz="6" w:space="0" w:color="B9B39D"/>
          <w:right w:val="single" w:sz="6" w:space="0" w:color="B9B39D"/>
          <w:insideH w:val="single" w:sz="6" w:space="0" w:color="B9B39D"/>
          <w:insideV w:val="single" w:sz="6" w:space="0" w:color="B9B39D"/>
        </w:tblBorders>
        <w:tblLayout w:type="fixed"/>
        <w:tblLook w:val="04A0" w:firstRow="1" w:lastRow="0" w:firstColumn="1" w:lastColumn="0" w:noHBand="0" w:noVBand="1"/>
      </w:tblPr>
      <w:tblGrid>
        <w:gridCol w:w="3500"/>
        <w:gridCol w:w="6140"/>
      </w:tblGrid>
      <w:tr w:rsidR="001C7FD1" w14:paraId="4F5CD2D4" w14:textId="77777777">
        <w:trPr>
          <w:tblHeader/>
        </w:trPr>
        <w:tc>
          <w:tcPr>
            <w:tcW w:w="3500" w:type="dxa"/>
            <w:shd w:val="clear" w:color="auto" w:fill="4B1F26"/>
            <w:tcMar>
              <w:top w:w="90" w:type="dxa"/>
              <w:left w:w="120" w:type="dxa"/>
              <w:bottom w:w="90" w:type="dxa"/>
              <w:right w:w="120" w:type="dxa"/>
            </w:tcMar>
            <w:vAlign w:val="center"/>
          </w:tcPr>
          <w:p w14:paraId="3502FEFB" w14:textId="77777777" w:rsidR="001C7FD1" w:rsidRDefault="003F5285">
            <w:pPr>
              <w:spacing w:after="0" w:line="240" w:lineRule="auto"/>
            </w:pPr>
            <w:r>
              <w:rPr>
                <w:rFonts w:eastAsia="Arial"/>
                <w:b/>
                <w:color w:val="FFFFFF"/>
              </w:rPr>
              <w:t>Contact</w:t>
            </w:r>
          </w:p>
        </w:tc>
        <w:tc>
          <w:tcPr>
            <w:tcW w:w="6140" w:type="dxa"/>
            <w:shd w:val="clear" w:color="auto" w:fill="4B1F26"/>
            <w:tcMar>
              <w:top w:w="90" w:type="dxa"/>
              <w:left w:w="120" w:type="dxa"/>
              <w:bottom w:w="90" w:type="dxa"/>
              <w:right w:w="120" w:type="dxa"/>
            </w:tcMar>
            <w:vAlign w:val="center"/>
          </w:tcPr>
          <w:p w14:paraId="4EFCB29B" w14:textId="77777777" w:rsidR="001C7FD1" w:rsidRDefault="003F5285">
            <w:pPr>
              <w:spacing w:after="0" w:line="240" w:lineRule="auto"/>
            </w:pPr>
            <w:r>
              <w:rPr>
                <w:rFonts w:eastAsia="Arial"/>
                <w:b/>
                <w:color w:val="FFFFFF"/>
              </w:rPr>
              <w:t>Details</w:t>
            </w:r>
          </w:p>
        </w:tc>
      </w:tr>
      <w:tr w:rsidR="001C7FD1" w14:paraId="67231A4E" w14:textId="77777777">
        <w:trPr>
          <w:cantSplit/>
        </w:trPr>
        <w:tc>
          <w:tcPr>
            <w:tcW w:w="3500" w:type="dxa"/>
            <w:shd w:val="clear" w:color="auto" w:fill="EEECE1"/>
          </w:tcPr>
          <w:p w14:paraId="3710E5C9" w14:textId="77777777" w:rsidR="001C7FD1" w:rsidRDefault="003F5285">
            <w:pPr>
              <w:spacing w:after="0" w:line="240" w:lineRule="auto"/>
            </w:pPr>
            <w:r>
              <w:rPr>
                <w:rFonts w:eastAsia="Arial"/>
                <w:b/>
                <w:color w:val="4B1F26"/>
              </w:rPr>
              <w:t>Website</w:t>
            </w:r>
          </w:p>
        </w:tc>
        <w:tc>
          <w:tcPr>
            <w:tcW w:w="6140" w:type="dxa"/>
          </w:tcPr>
          <w:p w14:paraId="1E4C1089" w14:textId="77777777" w:rsidR="001C7FD1" w:rsidRDefault="003F5285">
            <w:pPr>
              <w:spacing w:after="0" w:line="240" w:lineRule="auto"/>
            </w:pPr>
            <w:r>
              <w:rPr>
                <w:rFonts w:eastAsia="Arial"/>
                <w:b/>
                <w:color w:val="4B1F26"/>
              </w:rPr>
              <w:t>www.warayindi.com.au</w:t>
            </w:r>
          </w:p>
        </w:tc>
      </w:tr>
      <w:tr w:rsidR="001C7FD1" w14:paraId="0A7DA497" w14:textId="77777777">
        <w:trPr>
          <w:cantSplit/>
        </w:trPr>
        <w:tc>
          <w:tcPr>
            <w:tcW w:w="3500" w:type="dxa"/>
            <w:shd w:val="clear" w:color="auto" w:fill="EEECE1"/>
          </w:tcPr>
          <w:p w14:paraId="48B50790" w14:textId="77777777" w:rsidR="001C7FD1" w:rsidRDefault="003F5285">
            <w:pPr>
              <w:spacing w:after="0" w:line="240" w:lineRule="auto"/>
            </w:pPr>
            <w:r>
              <w:rPr>
                <w:rFonts w:eastAsia="Arial"/>
                <w:b/>
                <w:color w:val="4B1F26"/>
              </w:rPr>
              <w:t>Phone</w:t>
            </w:r>
          </w:p>
        </w:tc>
        <w:tc>
          <w:tcPr>
            <w:tcW w:w="6140" w:type="dxa"/>
            <w:shd w:val="clear" w:color="auto" w:fill="F5F4EF"/>
          </w:tcPr>
          <w:p w14:paraId="63F0085C" w14:textId="77777777" w:rsidR="001C7FD1" w:rsidRDefault="003F5285">
            <w:pPr>
              <w:spacing w:after="0" w:line="240" w:lineRule="auto"/>
            </w:pPr>
            <w:r>
              <w:rPr>
                <w:rFonts w:eastAsia="Arial"/>
                <w:b/>
                <w:color w:val="4B1F26"/>
              </w:rPr>
              <w:t>0474 463 754</w:t>
            </w:r>
          </w:p>
        </w:tc>
      </w:tr>
      <w:tr w:rsidR="001C7FD1" w14:paraId="66683071" w14:textId="77777777">
        <w:trPr>
          <w:cantSplit/>
        </w:trPr>
        <w:tc>
          <w:tcPr>
            <w:tcW w:w="3500" w:type="dxa"/>
            <w:shd w:val="clear" w:color="auto" w:fill="EEECE1"/>
          </w:tcPr>
          <w:p w14:paraId="111FEF4D" w14:textId="77777777" w:rsidR="001C7FD1" w:rsidRDefault="003F5285">
            <w:pPr>
              <w:spacing w:after="0" w:line="240" w:lineRule="auto"/>
            </w:pPr>
            <w:r>
              <w:rPr>
                <w:rFonts w:eastAsia="Arial"/>
                <w:b/>
                <w:color w:val="4B1F26"/>
              </w:rPr>
              <w:t>Email</w:t>
            </w:r>
          </w:p>
        </w:tc>
        <w:tc>
          <w:tcPr>
            <w:tcW w:w="6140" w:type="dxa"/>
          </w:tcPr>
          <w:p w14:paraId="112C2A87" w14:textId="77777777" w:rsidR="001C7FD1" w:rsidRDefault="003F5285">
            <w:pPr>
              <w:spacing w:after="0" w:line="240" w:lineRule="auto"/>
            </w:pPr>
            <w:r>
              <w:rPr>
                <w:rFonts w:eastAsia="Arial"/>
                <w:b/>
                <w:color w:val="4B1F26"/>
              </w:rPr>
              <w:t>admin@warayindi.com.au</w:t>
            </w:r>
          </w:p>
        </w:tc>
      </w:tr>
      <w:tr w:rsidR="001C7FD1" w14:paraId="7270C5FE" w14:textId="77777777">
        <w:trPr>
          <w:cantSplit/>
        </w:trPr>
        <w:tc>
          <w:tcPr>
            <w:tcW w:w="3500" w:type="dxa"/>
            <w:shd w:val="clear" w:color="auto" w:fill="EEECE1"/>
          </w:tcPr>
          <w:p w14:paraId="4617501E" w14:textId="77777777" w:rsidR="001C7FD1" w:rsidRDefault="003F5285">
            <w:pPr>
              <w:spacing w:after="0" w:line="240" w:lineRule="auto"/>
            </w:pPr>
            <w:r>
              <w:rPr>
                <w:rFonts w:eastAsia="Arial"/>
                <w:b/>
                <w:color w:val="4B1F26"/>
              </w:rPr>
              <w:t>Office and Community Yarning Space</w:t>
            </w:r>
          </w:p>
        </w:tc>
        <w:tc>
          <w:tcPr>
            <w:tcW w:w="6140" w:type="dxa"/>
            <w:shd w:val="clear" w:color="auto" w:fill="F5F4EF"/>
          </w:tcPr>
          <w:p w14:paraId="07696C6A" w14:textId="77777777" w:rsidR="001C7FD1" w:rsidRDefault="003F5285">
            <w:pPr>
              <w:spacing w:after="0" w:line="240" w:lineRule="auto"/>
            </w:pPr>
            <w:r>
              <w:rPr>
                <w:rFonts w:eastAsia="Arial"/>
              </w:rPr>
              <w:t>6 Haynes Street, Whyalla Norrie SA 5608</w:t>
            </w:r>
          </w:p>
        </w:tc>
      </w:tr>
      <w:tr w:rsidR="001C7FD1" w14:paraId="0975D4E6" w14:textId="77777777">
        <w:trPr>
          <w:cantSplit/>
        </w:trPr>
        <w:tc>
          <w:tcPr>
            <w:tcW w:w="3500" w:type="dxa"/>
            <w:shd w:val="clear" w:color="auto" w:fill="EEECE1"/>
          </w:tcPr>
          <w:p w14:paraId="6B6896E9" w14:textId="77777777" w:rsidR="001C7FD1" w:rsidRDefault="003F5285">
            <w:pPr>
              <w:spacing w:after="0" w:line="240" w:lineRule="auto"/>
            </w:pPr>
            <w:r>
              <w:rPr>
                <w:rFonts w:eastAsia="Arial"/>
                <w:b/>
                <w:color w:val="4B1F26"/>
              </w:rPr>
              <w:t>Home Base Community Hire and Group Programs Site</w:t>
            </w:r>
          </w:p>
        </w:tc>
        <w:tc>
          <w:tcPr>
            <w:tcW w:w="6140" w:type="dxa"/>
          </w:tcPr>
          <w:p w14:paraId="26724961" w14:textId="77777777" w:rsidR="001C7FD1" w:rsidRDefault="003F5285">
            <w:pPr>
              <w:spacing w:after="0" w:line="240" w:lineRule="auto"/>
            </w:pPr>
            <w:r>
              <w:rPr>
                <w:rFonts w:eastAsia="Arial"/>
              </w:rPr>
              <w:t>Unit 4, 14 Forsyth Street, Whyalla SA 5608</w:t>
            </w:r>
          </w:p>
        </w:tc>
      </w:tr>
    </w:tbl>
    <w:p w14:paraId="08753A0C" w14:textId="77777777" w:rsidR="001C7FD1" w:rsidRDefault="003F5285">
      <w:pPr>
        <w:spacing w:before="360" w:after="0" w:line="72" w:lineRule="auto"/>
      </w:pPr>
      <w:r>
        <w:rPr>
          <w:rFonts w:eastAsia="Arial"/>
          <w:color w:val="FFFFFF"/>
          <w:sz w:val="8"/>
        </w:rPr>
        <w:t xml:space="preserve"> </w:t>
      </w:r>
    </w:p>
    <w:p w14:paraId="1440A492" w14:textId="77777777" w:rsidR="001C7FD1" w:rsidRDefault="003F5285">
      <w:pPr>
        <w:spacing w:after="80"/>
        <w:jc w:val="center"/>
      </w:pPr>
      <w:r>
        <w:rPr>
          <w:rFonts w:eastAsia="Arial"/>
          <w:b/>
          <w:color w:val="4B1F26"/>
          <w:sz w:val="28"/>
        </w:rPr>
        <w:t>Community | Connection | Culture | Calmness</w:t>
      </w:r>
    </w:p>
    <w:sectPr w:rsidR="001C7FD1" w:rsidSect="00034616">
      <w:headerReference w:type="default" r:id="rId8"/>
      <w:footerReference w:type="default" r:id="rId9"/>
      <w:pgSz w:w="11906" w:h="16838"/>
      <w:pgMar w:top="1134" w:right="1134" w:bottom="1134"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919C9" w14:textId="77777777" w:rsidR="003F5285" w:rsidRDefault="003F5285">
      <w:pPr>
        <w:spacing w:after="0" w:line="240" w:lineRule="auto"/>
      </w:pPr>
      <w:r>
        <w:separator/>
      </w:r>
    </w:p>
  </w:endnote>
  <w:endnote w:type="continuationSeparator" w:id="0">
    <w:p w14:paraId="3F51AC09" w14:textId="77777777" w:rsidR="003F5285" w:rsidRDefault="003F5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8CA62" w14:textId="77777777" w:rsidR="001C7FD1" w:rsidRDefault="003F5285">
    <w:pPr>
      <w:spacing w:after="0" w:line="240" w:lineRule="auto"/>
      <w:jc w:val="center"/>
    </w:pPr>
    <w:r>
      <w:rPr>
        <w:rFonts w:eastAsia="Arial"/>
        <w:color w:val="666666"/>
        <w:sz w:val="18"/>
      </w:rPr>
      <w:t xml:space="preserve">Wara Yindi Support Services | Functional Needs Analysis Intake | August 2026 | Page </w:t>
    </w:r>
    <w:r>
      <w:rPr>
        <w:rFonts w:eastAsia="Arial"/>
        <w:color w:val="666666"/>
        <w:sz w:val="20"/>
      </w:rPr>
      <w:fldChar w:fldCharType="begin"/>
    </w:r>
    <w:r>
      <w:rPr>
        <w:rFonts w:eastAsia="Arial"/>
        <w:color w:val="666666"/>
        <w:sz w:val="20"/>
      </w:rPr>
      <w:instrText xml:space="preserve"> PAGE </w:instrText>
    </w:r>
    <w:r w:rsidR="001F4458">
      <w:rPr>
        <w:rFonts w:eastAsia="Arial"/>
        <w:color w:val="666666"/>
        <w:sz w:val="20"/>
      </w:rPr>
      <w:fldChar w:fldCharType="separate"/>
    </w:r>
    <w:r w:rsidR="001F4458">
      <w:rPr>
        <w:rFonts w:eastAsia="Arial"/>
        <w:noProof/>
        <w:color w:val="666666"/>
        <w:sz w:val="20"/>
      </w:rPr>
      <w:t>1</w:t>
    </w:r>
    <w:r>
      <w:rPr>
        <w:rFonts w:eastAsia="Arial"/>
        <w:color w:val="666666"/>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BEFB0" w14:textId="77777777" w:rsidR="003F5285" w:rsidRDefault="003F5285">
      <w:pPr>
        <w:spacing w:after="0" w:line="240" w:lineRule="auto"/>
      </w:pPr>
      <w:r>
        <w:separator/>
      </w:r>
    </w:p>
  </w:footnote>
  <w:footnote w:type="continuationSeparator" w:id="0">
    <w:p w14:paraId="6D10C511" w14:textId="77777777" w:rsidR="003F5285" w:rsidRDefault="003F52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6DFAC" w14:textId="77777777" w:rsidR="001C7FD1" w:rsidRDefault="001C7FD1"/>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2835"/>
      <w:gridCol w:w="6803"/>
    </w:tblGrid>
    <w:tr w:rsidR="001C7FD1" w14:paraId="2A87CB60" w14:textId="77777777">
      <w:tc>
        <w:tcPr>
          <w:tcW w:w="2835" w:type="dxa"/>
        </w:tcPr>
        <w:p w14:paraId="00BFC8CB" w14:textId="08C97838" w:rsidR="001C7FD1" w:rsidRDefault="001C7FD1">
          <w:pPr>
            <w:spacing w:after="0" w:line="240" w:lineRule="auto"/>
          </w:pPr>
        </w:p>
      </w:tc>
      <w:tc>
        <w:tcPr>
          <w:tcW w:w="6803" w:type="dxa"/>
        </w:tcPr>
        <w:p w14:paraId="5886B83C" w14:textId="77777777" w:rsidR="001C7FD1" w:rsidRDefault="003F5285">
          <w:pPr>
            <w:spacing w:after="0" w:line="240" w:lineRule="auto"/>
            <w:jc w:val="right"/>
          </w:pPr>
          <w:r>
            <w:rPr>
              <w:rFonts w:eastAsia="Arial"/>
              <w:b/>
              <w:color w:val="4B1F26"/>
              <w:sz w:val="18"/>
            </w:rPr>
            <w:t>Wara Yindi Support Services Pty Ltd</w:t>
          </w:r>
        </w:p>
        <w:p w14:paraId="4356C13F" w14:textId="77777777" w:rsidR="001C7FD1" w:rsidRDefault="003F5285">
          <w:pPr>
            <w:spacing w:after="0" w:line="240" w:lineRule="auto"/>
            <w:jc w:val="right"/>
          </w:pPr>
          <w:r>
            <w:rPr>
              <w:rFonts w:eastAsia="Arial"/>
              <w:b/>
              <w:color w:val="4B1F26"/>
              <w:sz w:val="17"/>
            </w:rPr>
            <w:t>Community | Connection | Culture | Calmness</w:t>
          </w:r>
        </w:p>
        <w:p w14:paraId="72405EF5" w14:textId="77777777" w:rsidR="001C7FD1" w:rsidRDefault="003F5285">
          <w:pPr>
            <w:spacing w:after="0" w:line="240" w:lineRule="auto"/>
            <w:jc w:val="right"/>
          </w:pPr>
          <w:r>
            <w:rPr>
              <w:rFonts w:eastAsia="Arial"/>
              <w:color w:val="666666"/>
              <w:sz w:val="16"/>
            </w:rPr>
            <w:t>ABN 72 697 239 660 | ACN 697 239 660</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86954861">
    <w:abstractNumId w:val="8"/>
  </w:num>
  <w:num w:numId="2" w16cid:durableId="1301181492">
    <w:abstractNumId w:val="6"/>
  </w:num>
  <w:num w:numId="3" w16cid:durableId="1778865839">
    <w:abstractNumId w:val="5"/>
  </w:num>
  <w:num w:numId="4" w16cid:durableId="1922368130">
    <w:abstractNumId w:val="4"/>
  </w:num>
  <w:num w:numId="5" w16cid:durableId="1827279870">
    <w:abstractNumId w:val="7"/>
  </w:num>
  <w:num w:numId="6" w16cid:durableId="876628664">
    <w:abstractNumId w:val="3"/>
  </w:num>
  <w:num w:numId="7" w16cid:durableId="449208001">
    <w:abstractNumId w:val="2"/>
  </w:num>
  <w:num w:numId="8" w16cid:durableId="518394694">
    <w:abstractNumId w:val="1"/>
  </w:num>
  <w:num w:numId="9" w16cid:durableId="1457682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C7FD1"/>
    <w:rsid w:val="001F4458"/>
    <w:rsid w:val="0029639D"/>
    <w:rsid w:val="00326F90"/>
    <w:rsid w:val="003F5285"/>
    <w:rsid w:val="0047357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D94434"/>
  <w14:defaultImageDpi w14:val="300"/>
  <w15:docId w15:val="{F873E78D-3BB6-44E0-9D28-C5968EB28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color w:val="000000"/>
      <w:sz w:val="24"/>
    </w:rPr>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b/>
      <w:bCs/>
      <w:color w:val="4B1F26"/>
      <w:sz w:val="40"/>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4B1F26"/>
      <w:sz w:val="32"/>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4B1F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b/>
      <w:color w:val="4B1F26"/>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b/>
      <w:i/>
      <w:iCs/>
      <w:color w:val="4B1F26"/>
      <w:spacing w:val="15"/>
      <w:sz w:val="3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9990</Words>
  <Characters>56943</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66800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Wara Yindi Functional Needs Analysis - Client, Parent &amp; Carer Intake Assessment Pack</dc:title>
  <dc:subject>All-ages Functional Needs Analysis intake</dc:subject>
  <dc:creator>Wara Yindi Support Services Pty Ltd</dc:creator>
  <cp:keywords>functional needs analysis, intake, parent, carer, disability, NDIS</cp:keywords>
  <dc:description>Version 1.0 - August 2026</dc:description>
  <cp:lastModifiedBy>Jacinta Dempsey-Taylor</cp:lastModifiedBy>
  <cp:revision>2</cp:revision>
  <dcterms:created xsi:type="dcterms:W3CDTF">2026-08-04T03:58:00Z</dcterms:created>
  <dcterms:modified xsi:type="dcterms:W3CDTF">2026-08-04T03:58:00Z</dcterms:modified>
  <cp:category/>
</cp:coreProperties>
</file>